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Voedings- &amp; Eetgedragsdagboek</w:t>
      </w:r>
    </w:p>
    <w:p>
      <w:r>
        <w:t>Naam klant:</w:t>
        <w:br/>
        <w:br/>
        <w:t>Periode (van – tot):</w:t>
        <w:br/>
        <w:br/>
        <w:t>Coach: Esthes Nutrition &amp; Coaching</w:t>
      </w:r>
    </w:p>
    <w:p>
      <w:r>
        <w:br w:type="page"/>
      </w:r>
    </w:p>
    <w:p>
      <w:pPr>
        <w:pStyle w:val="Heading1"/>
      </w:pPr>
      <w:r>
        <w:t>Maandag</w:t>
      </w:r>
    </w:p>
    <w:p>
      <w:pPr>
        <w:pStyle w:val="Heading2"/>
      </w:pPr>
      <w:r>
        <w:t>Ochtend</w:t>
      </w:r>
    </w:p>
    <w:p/>
    <w:p/>
    <w:p/>
    <w:p/>
    <w:p/>
    <w:p>
      <w:pPr>
        <w:pStyle w:val="Heading2"/>
      </w:pPr>
      <w:r>
        <w:t>Middag</w:t>
      </w:r>
    </w:p>
    <w:p/>
    <w:p/>
    <w:p/>
    <w:p/>
    <w:p/>
    <w:p>
      <w:pPr>
        <w:pStyle w:val="Heading2"/>
      </w:pPr>
      <w:r>
        <w:t>Namiddag / tussendoor</w:t>
      </w:r>
    </w:p>
    <w:p/>
    <w:p/>
    <w:p/>
    <w:p/>
    <w:p/>
    <w:p>
      <w:pPr>
        <w:pStyle w:val="Heading2"/>
      </w:pPr>
      <w:r>
        <w:t>Avond</w:t>
      </w:r>
    </w:p>
    <w:p/>
    <w:p/>
    <w:p/>
    <w:p/>
    <w:p/>
    <w:p>
      <w:pPr>
        <w:pStyle w:val="Heading2"/>
      </w:pPr>
      <w:r>
        <w:t>Avond / laat (snacks &amp; drank)</w:t>
      </w:r>
    </w:p>
    <w:p/>
    <w:p/>
    <w:p/>
    <w:p/>
    <w:p/>
    <w:p>
      <w:pPr>
        <w:pStyle w:val="Heading2"/>
      </w:pPr>
      <w:r>
        <w:t>Opmerkingen (honger, emoties, stress, klachten)</w:t>
      </w:r>
    </w:p>
    <w:p/>
    <w:p/>
    <w:p/>
    <w:p/>
    <w:p/>
    <w:p>
      <w:r>
        <w:br w:type="page"/>
      </w:r>
    </w:p>
    <w:p>
      <w:pPr>
        <w:pStyle w:val="Heading1"/>
      </w:pPr>
      <w:r>
        <w:t>Dinsdag</w:t>
      </w:r>
    </w:p>
    <w:p>
      <w:pPr>
        <w:pStyle w:val="Heading2"/>
      </w:pPr>
      <w:r>
        <w:t>Ochtend</w:t>
      </w:r>
    </w:p>
    <w:p/>
    <w:p/>
    <w:p/>
    <w:p/>
    <w:p/>
    <w:p>
      <w:pPr>
        <w:pStyle w:val="Heading2"/>
      </w:pPr>
      <w:r>
        <w:t>Middag</w:t>
      </w:r>
    </w:p>
    <w:p/>
    <w:p/>
    <w:p/>
    <w:p/>
    <w:p/>
    <w:p>
      <w:pPr>
        <w:pStyle w:val="Heading2"/>
      </w:pPr>
      <w:r>
        <w:t>Namiddag / tussendoor</w:t>
      </w:r>
    </w:p>
    <w:p/>
    <w:p/>
    <w:p/>
    <w:p/>
    <w:p/>
    <w:p>
      <w:pPr>
        <w:pStyle w:val="Heading2"/>
      </w:pPr>
      <w:r>
        <w:t>Avond</w:t>
      </w:r>
    </w:p>
    <w:p/>
    <w:p/>
    <w:p/>
    <w:p/>
    <w:p/>
    <w:p>
      <w:pPr>
        <w:pStyle w:val="Heading2"/>
      </w:pPr>
      <w:r>
        <w:t>Avond / laat (snacks &amp; drank)</w:t>
      </w:r>
    </w:p>
    <w:p/>
    <w:p/>
    <w:p/>
    <w:p/>
    <w:p/>
    <w:p>
      <w:pPr>
        <w:pStyle w:val="Heading2"/>
      </w:pPr>
      <w:r>
        <w:t>Opmerkingen (honger, emoties, stress, klachten)</w:t>
      </w:r>
    </w:p>
    <w:p/>
    <w:p/>
    <w:p/>
    <w:p/>
    <w:p/>
    <w:p>
      <w:r>
        <w:br w:type="page"/>
      </w:r>
    </w:p>
    <w:p>
      <w:pPr>
        <w:pStyle w:val="Heading1"/>
      </w:pPr>
      <w:r>
        <w:t>Woensdag</w:t>
      </w:r>
    </w:p>
    <w:p>
      <w:pPr>
        <w:pStyle w:val="Heading2"/>
      </w:pPr>
      <w:r>
        <w:t>Ochtend</w:t>
      </w:r>
    </w:p>
    <w:p/>
    <w:p/>
    <w:p/>
    <w:p/>
    <w:p/>
    <w:p>
      <w:pPr>
        <w:pStyle w:val="Heading2"/>
      </w:pPr>
      <w:r>
        <w:t>Middag</w:t>
      </w:r>
    </w:p>
    <w:p/>
    <w:p/>
    <w:p/>
    <w:p/>
    <w:p/>
    <w:p>
      <w:pPr>
        <w:pStyle w:val="Heading2"/>
      </w:pPr>
      <w:r>
        <w:t>Namiddag / tussendoor</w:t>
      </w:r>
    </w:p>
    <w:p/>
    <w:p/>
    <w:p/>
    <w:p/>
    <w:p/>
    <w:p>
      <w:pPr>
        <w:pStyle w:val="Heading2"/>
      </w:pPr>
      <w:r>
        <w:t>Avond</w:t>
      </w:r>
    </w:p>
    <w:p/>
    <w:p/>
    <w:p/>
    <w:p/>
    <w:p/>
    <w:p>
      <w:pPr>
        <w:pStyle w:val="Heading2"/>
      </w:pPr>
      <w:r>
        <w:t>Avond / laat (snacks &amp; drank)</w:t>
      </w:r>
    </w:p>
    <w:p/>
    <w:p/>
    <w:p/>
    <w:p/>
    <w:p/>
    <w:p>
      <w:pPr>
        <w:pStyle w:val="Heading2"/>
      </w:pPr>
      <w:r>
        <w:t>Opmerkingen (honger, emoties, stress, klachten)</w:t>
      </w:r>
    </w:p>
    <w:p/>
    <w:p/>
    <w:p/>
    <w:p/>
    <w:p/>
    <w:p>
      <w:r>
        <w:br w:type="page"/>
      </w:r>
    </w:p>
    <w:p>
      <w:pPr>
        <w:pStyle w:val="Heading1"/>
      </w:pPr>
      <w:r>
        <w:t>Donderdag</w:t>
      </w:r>
    </w:p>
    <w:p>
      <w:pPr>
        <w:pStyle w:val="Heading2"/>
      </w:pPr>
      <w:r>
        <w:t>Ochtend</w:t>
      </w:r>
    </w:p>
    <w:p/>
    <w:p/>
    <w:p/>
    <w:p/>
    <w:p/>
    <w:p>
      <w:pPr>
        <w:pStyle w:val="Heading2"/>
      </w:pPr>
      <w:r>
        <w:t>Middag</w:t>
      </w:r>
    </w:p>
    <w:p/>
    <w:p/>
    <w:p/>
    <w:p/>
    <w:p/>
    <w:p>
      <w:pPr>
        <w:pStyle w:val="Heading2"/>
      </w:pPr>
      <w:r>
        <w:t>Namiddag / tussendoor</w:t>
      </w:r>
    </w:p>
    <w:p/>
    <w:p/>
    <w:p/>
    <w:p/>
    <w:p/>
    <w:p>
      <w:pPr>
        <w:pStyle w:val="Heading2"/>
      </w:pPr>
      <w:r>
        <w:t>Avond</w:t>
      </w:r>
    </w:p>
    <w:p/>
    <w:p/>
    <w:p/>
    <w:p/>
    <w:p/>
    <w:p>
      <w:pPr>
        <w:pStyle w:val="Heading2"/>
      </w:pPr>
      <w:r>
        <w:t>Avond / laat (snacks &amp; drank)</w:t>
      </w:r>
    </w:p>
    <w:p/>
    <w:p/>
    <w:p/>
    <w:p/>
    <w:p/>
    <w:p>
      <w:pPr>
        <w:pStyle w:val="Heading2"/>
      </w:pPr>
      <w:r>
        <w:t>Opmerkingen (honger, emoties, stress, klachten)</w:t>
      </w:r>
    </w:p>
    <w:p/>
    <w:p/>
    <w:p/>
    <w:p/>
    <w:p/>
    <w:p>
      <w:r>
        <w:br w:type="page"/>
      </w:r>
    </w:p>
    <w:p>
      <w:pPr>
        <w:pStyle w:val="Heading1"/>
      </w:pPr>
      <w:r>
        <w:t>Vrijdag</w:t>
      </w:r>
    </w:p>
    <w:p>
      <w:pPr>
        <w:pStyle w:val="Heading2"/>
      </w:pPr>
      <w:r>
        <w:t>Ochtend</w:t>
      </w:r>
    </w:p>
    <w:p/>
    <w:p/>
    <w:p/>
    <w:p/>
    <w:p/>
    <w:p>
      <w:pPr>
        <w:pStyle w:val="Heading2"/>
      </w:pPr>
      <w:r>
        <w:t>Middag</w:t>
      </w:r>
    </w:p>
    <w:p/>
    <w:p/>
    <w:p/>
    <w:p/>
    <w:p/>
    <w:p>
      <w:pPr>
        <w:pStyle w:val="Heading2"/>
      </w:pPr>
      <w:r>
        <w:t>Namiddag / tussendoor</w:t>
      </w:r>
    </w:p>
    <w:p/>
    <w:p/>
    <w:p/>
    <w:p/>
    <w:p/>
    <w:p>
      <w:pPr>
        <w:pStyle w:val="Heading2"/>
      </w:pPr>
      <w:r>
        <w:t>Avond</w:t>
      </w:r>
    </w:p>
    <w:p/>
    <w:p/>
    <w:p/>
    <w:p/>
    <w:p/>
    <w:p>
      <w:pPr>
        <w:pStyle w:val="Heading2"/>
      </w:pPr>
      <w:r>
        <w:t>Avond / laat (snacks &amp; drank)</w:t>
      </w:r>
    </w:p>
    <w:p/>
    <w:p/>
    <w:p/>
    <w:p/>
    <w:p/>
    <w:p>
      <w:pPr>
        <w:pStyle w:val="Heading2"/>
      </w:pPr>
      <w:r>
        <w:t>Opmerkingen (honger, emoties, stress, klachten)</w:t>
      </w:r>
    </w:p>
    <w:p/>
    <w:p/>
    <w:p/>
    <w:p/>
    <w:p/>
    <w:p>
      <w:r>
        <w:br w:type="page"/>
      </w:r>
    </w:p>
    <w:p>
      <w:pPr>
        <w:pStyle w:val="Heading1"/>
      </w:pPr>
      <w:r>
        <w:t>Zaterdag</w:t>
      </w:r>
    </w:p>
    <w:p>
      <w:pPr>
        <w:pStyle w:val="Heading2"/>
      </w:pPr>
      <w:r>
        <w:t>Ochtend</w:t>
      </w:r>
    </w:p>
    <w:p/>
    <w:p/>
    <w:p/>
    <w:p/>
    <w:p/>
    <w:p>
      <w:pPr>
        <w:pStyle w:val="Heading2"/>
      </w:pPr>
      <w:r>
        <w:t>Middag</w:t>
      </w:r>
    </w:p>
    <w:p/>
    <w:p/>
    <w:p/>
    <w:p/>
    <w:p/>
    <w:p>
      <w:pPr>
        <w:pStyle w:val="Heading2"/>
      </w:pPr>
      <w:r>
        <w:t>Namiddag / tussendoor</w:t>
      </w:r>
    </w:p>
    <w:p/>
    <w:p/>
    <w:p/>
    <w:p/>
    <w:p/>
    <w:p>
      <w:pPr>
        <w:pStyle w:val="Heading2"/>
      </w:pPr>
      <w:r>
        <w:t>Avond</w:t>
      </w:r>
    </w:p>
    <w:p/>
    <w:p/>
    <w:p/>
    <w:p/>
    <w:p/>
    <w:p>
      <w:pPr>
        <w:pStyle w:val="Heading2"/>
      </w:pPr>
      <w:r>
        <w:t>Avond / laat (snacks &amp; drank)</w:t>
      </w:r>
    </w:p>
    <w:p/>
    <w:p/>
    <w:p/>
    <w:p/>
    <w:p/>
    <w:p>
      <w:pPr>
        <w:pStyle w:val="Heading2"/>
      </w:pPr>
      <w:r>
        <w:t>Opmerkingen (honger, emoties, stress, klachten)</w:t>
      </w:r>
    </w:p>
    <w:p/>
    <w:p/>
    <w:p/>
    <w:p/>
    <w:p/>
    <w:p>
      <w:r>
        <w:br w:type="page"/>
      </w:r>
    </w:p>
    <w:p>
      <w:pPr>
        <w:pStyle w:val="Heading1"/>
      </w:pPr>
      <w:r>
        <w:t>Zondag</w:t>
      </w:r>
    </w:p>
    <w:p>
      <w:pPr>
        <w:pStyle w:val="Heading2"/>
      </w:pPr>
      <w:r>
        <w:t>Ochtend</w:t>
      </w:r>
    </w:p>
    <w:p/>
    <w:p/>
    <w:p/>
    <w:p/>
    <w:p/>
    <w:p>
      <w:pPr>
        <w:pStyle w:val="Heading2"/>
      </w:pPr>
      <w:r>
        <w:t>Middag</w:t>
      </w:r>
    </w:p>
    <w:p/>
    <w:p/>
    <w:p/>
    <w:p/>
    <w:p/>
    <w:p>
      <w:pPr>
        <w:pStyle w:val="Heading2"/>
      </w:pPr>
      <w:r>
        <w:t>Namiddag / tussendoor</w:t>
      </w:r>
    </w:p>
    <w:p/>
    <w:p/>
    <w:p/>
    <w:p/>
    <w:p/>
    <w:p>
      <w:pPr>
        <w:pStyle w:val="Heading2"/>
      </w:pPr>
      <w:r>
        <w:t>Avond</w:t>
      </w:r>
    </w:p>
    <w:p/>
    <w:p/>
    <w:p/>
    <w:p/>
    <w:p/>
    <w:p>
      <w:pPr>
        <w:pStyle w:val="Heading2"/>
      </w:pPr>
      <w:r>
        <w:t>Avond / laat (snacks &amp; drank)</w:t>
      </w:r>
    </w:p>
    <w:p/>
    <w:p/>
    <w:p/>
    <w:p/>
    <w:p/>
    <w:p>
      <w:pPr>
        <w:pStyle w:val="Heading2"/>
      </w:pPr>
      <w:r>
        <w:t>Opmerkingen (honger, emoties, stress, klachten)</w:t>
      </w:r>
    </w:p>
    <w:p/>
    <w:p/>
    <w:p/>
    <w:p/>
    <w:p/>
    <w:p>
      <w:r>
        <w:br w:type="page"/>
      </w:r>
    </w:p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828800" cy="274387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ChatGPT Image Sep 16, 2025, 10_04_30 A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2743870"/>
                  </a:xfrm>
                  <a:prstGeom prst="rect"/>
                </pic:spPr>
              </pic:pic>
            </a:graphicData>
          </a:graphic>
        </wp:inline>
      </w:drawing>
    </w:r>
    <w:r>
      <w:br/>
      <w:t>ESTHES – Nutrition &amp; Coaching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Calibri" w:hAnsi="Calibr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Calibri" w:hAnsi="Calibr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