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Our Approach to Synthetic Fabrics</w:t>
      </w:r>
    </w:p>
    <w:p>
      <w:r>
        <w:t>We do not believe in fear-based messaging. Synthetic fabrics have their place in some applications, but our focus is on offering natural alternatives wherever practical because we appreciate their comfort, feel, and environmental advantages.</w:t>
      </w:r>
    </w:p>
    <w:p>
      <w:r>
        <w:rPr>
          <w:b/>
          <w:sz w:val="32"/>
        </w:rPr>
        <w:t>Affordability</w:t>
      </w:r>
    </w:p>
    <w:p>
      <w:r>
        <w:t>One belief guided us from the beginning: conscious clothing should not belong only to a small group of people. We constantly work to balance quality with accessibility.</w:t>
      </w:r>
    </w:p>
    <w:p>
      <w:r>
        <w:rPr>
          <w:b/>
          <w:sz w:val="32"/>
        </w:rPr>
        <w:t>For Our Customers</w:t>
      </w:r>
    </w:p>
    <w:p>
      <w:r>
        <w:t>To charming women and smart men, when you choose Chokhi Silai, you are not simply buying a garment. You become part of a community that values thoughtful choices, Indian craftsmanship, and eco-friendly, lasting quality.</w:t>
      </w:r>
    </w:p>
    <w:p>
      <w:r>
        <w:rPr>
          <w:b/>
          <w:sz w:val="32"/>
        </w:rPr>
        <w:t>Closing Manifesto</w:t>
      </w:r>
    </w:p>
    <w:p>
      <w:r>
        <w:t>We don't want to be the fastest brand.</w:t>
      </w:r>
    </w:p>
    <w:p>
      <w:r>
        <w:t>We don't want to be the loudest brand.</w:t>
      </w:r>
    </w:p>
    <w:p>
      <w:r>
        <w:rPr>
          <w:b/>
        </w:rPr>
        <w:t>We want to be remembered as a brand that cared.</w:t>
      </w:r>
    </w:p>
    <w:p>
      <w:r>
        <w:t>For the people who wear our clothes.</w:t>
      </w:r>
    </w:p>
    <w:p>
      <w:r>
        <w:t>For the hands that make them.</w:t>
      </w:r>
    </w:p>
    <w:p>
      <w:r>
        <w:t>For the land that grows their fibres.</w:t>
      </w:r>
    </w:p>
    <w:p>
      <w:r>
        <w:t>Fashion changes every season.</w:t>
      </w:r>
    </w:p>
    <w:p>
      <w:r>
        <w:rPr>
          <w:b/>
        </w:rPr>
        <w:t>Values do not.</w:t>
      </w:r>
    </w:p>
    <w:p>
      <w:r>
        <w:rPr>
          <w:b/>
        </w:rPr>
        <w:t>Welcome to Chokhi Silai.</w:t>
      </w:r>
    </w:p>
    <w:p>
      <w:r>
        <w:rPr>
          <w:b/>
        </w:rPr>
        <w:t>Woven with intention. Made to be lived 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