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D3B9D" w14:textId="77777777" w:rsidR="00185667" w:rsidRDefault="00000000">
      <w:pPr>
        <w:jc w:val="center"/>
      </w:pPr>
      <w:r>
        <w:rPr>
          <w:noProof/>
        </w:rPr>
        <w:drawing>
          <wp:inline distT="0" distB="0" distL="0" distR="0" wp14:anchorId="39B6D935" wp14:editId="36B7972D">
            <wp:extent cx="1080000" cy="10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-4(4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E262" w14:textId="77777777" w:rsidR="00185667" w:rsidRDefault="00000000">
      <w:pPr>
        <w:jc w:val="center"/>
      </w:pPr>
      <w:r>
        <w:rPr>
          <w:b/>
          <w:sz w:val="32"/>
        </w:rPr>
        <w:t>FORMULARIO INSTITUCIONAL DE DENUNCIA</w:t>
      </w:r>
      <w:r>
        <w:rPr>
          <w:b/>
          <w:sz w:val="32"/>
        </w:rPr>
        <w:br/>
        <w:t>Programa de Integridad y Deporte Seguro</w:t>
      </w:r>
    </w:p>
    <w:p w14:paraId="20ADA1A5" w14:textId="77777777" w:rsidR="00185667" w:rsidRDefault="00000000">
      <w:r>
        <w:rPr>
          <w:b/>
          <w:sz w:val="26"/>
        </w:rPr>
        <w:t>1. DATOS DEL DENUNCIANTE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26"/>
        <w:gridCol w:w="5636"/>
      </w:tblGrid>
      <w:tr w:rsidR="00185667" w14:paraId="543D2FF1" w14:textId="77777777">
        <w:trPr>
          <w:jc w:val="center"/>
        </w:trPr>
        <w:tc>
          <w:tcPr>
            <w:tcW w:w="4986" w:type="dxa"/>
          </w:tcPr>
          <w:p w14:paraId="401EFAD4" w14:textId="77777777" w:rsidR="00185667" w:rsidRDefault="00000000">
            <w:r>
              <w:t>Nombre</w:t>
            </w:r>
          </w:p>
        </w:tc>
        <w:tc>
          <w:tcPr>
            <w:tcW w:w="6803" w:type="dxa"/>
          </w:tcPr>
          <w:p w14:paraId="7F896038" w14:textId="77777777" w:rsidR="00185667" w:rsidRDefault="00185667"/>
        </w:tc>
      </w:tr>
      <w:tr w:rsidR="00185667" w14:paraId="5D56CA93" w14:textId="77777777">
        <w:trPr>
          <w:jc w:val="center"/>
        </w:trPr>
        <w:tc>
          <w:tcPr>
            <w:tcW w:w="4986" w:type="dxa"/>
          </w:tcPr>
          <w:p w14:paraId="4A650418" w14:textId="77777777" w:rsidR="00185667" w:rsidRDefault="00000000">
            <w:r>
              <w:t>Teléfono</w:t>
            </w:r>
          </w:p>
        </w:tc>
        <w:tc>
          <w:tcPr>
            <w:tcW w:w="6803" w:type="dxa"/>
          </w:tcPr>
          <w:p w14:paraId="205AFADE" w14:textId="77777777" w:rsidR="00185667" w:rsidRDefault="00185667"/>
        </w:tc>
      </w:tr>
      <w:tr w:rsidR="00185667" w14:paraId="22F20F72" w14:textId="77777777">
        <w:trPr>
          <w:jc w:val="center"/>
        </w:trPr>
        <w:tc>
          <w:tcPr>
            <w:tcW w:w="4986" w:type="dxa"/>
          </w:tcPr>
          <w:p w14:paraId="65A63E85" w14:textId="77777777" w:rsidR="00185667" w:rsidRDefault="00000000">
            <w:r>
              <w:t>Correo electrónico</w:t>
            </w:r>
          </w:p>
        </w:tc>
        <w:tc>
          <w:tcPr>
            <w:tcW w:w="6803" w:type="dxa"/>
          </w:tcPr>
          <w:p w14:paraId="35B95B58" w14:textId="77777777" w:rsidR="00185667" w:rsidRDefault="00185667"/>
        </w:tc>
      </w:tr>
      <w:tr w:rsidR="00185667" w14:paraId="32A3464C" w14:textId="77777777">
        <w:trPr>
          <w:jc w:val="center"/>
        </w:trPr>
        <w:tc>
          <w:tcPr>
            <w:tcW w:w="4986" w:type="dxa"/>
          </w:tcPr>
          <w:p w14:paraId="3B473F0A" w14:textId="77777777" w:rsidR="00185667" w:rsidRDefault="00000000">
            <w:r>
              <w:t>Relación con el Estadio</w:t>
            </w:r>
          </w:p>
        </w:tc>
        <w:tc>
          <w:tcPr>
            <w:tcW w:w="6803" w:type="dxa"/>
          </w:tcPr>
          <w:p w14:paraId="374A2612" w14:textId="77777777" w:rsidR="00185667" w:rsidRDefault="00185667"/>
        </w:tc>
      </w:tr>
    </w:tbl>
    <w:p w14:paraId="3CCCAF92" w14:textId="77777777" w:rsidR="00185667" w:rsidRDefault="00185667"/>
    <w:p w14:paraId="13784557" w14:textId="77777777" w:rsidR="00185667" w:rsidRDefault="00000000">
      <w:r>
        <w:rPr>
          <w:b/>
          <w:sz w:val="26"/>
        </w:rPr>
        <w:t>2. PERSONA DENUNCIADA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11"/>
        <w:gridCol w:w="5651"/>
      </w:tblGrid>
      <w:tr w:rsidR="00185667" w14:paraId="78D5D1E0" w14:textId="77777777">
        <w:trPr>
          <w:jc w:val="center"/>
        </w:trPr>
        <w:tc>
          <w:tcPr>
            <w:tcW w:w="4986" w:type="dxa"/>
          </w:tcPr>
          <w:p w14:paraId="0808D128" w14:textId="77777777" w:rsidR="00185667" w:rsidRDefault="00000000">
            <w:r>
              <w:t>Nombre</w:t>
            </w:r>
          </w:p>
        </w:tc>
        <w:tc>
          <w:tcPr>
            <w:tcW w:w="6803" w:type="dxa"/>
          </w:tcPr>
          <w:p w14:paraId="554CA7FF" w14:textId="77777777" w:rsidR="00185667" w:rsidRDefault="00185667"/>
        </w:tc>
      </w:tr>
      <w:tr w:rsidR="00185667" w14:paraId="4483C17B" w14:textId="77777777">
        <w:trPr>
          <w:jc w:val="center"/>
        </w:trPr>
        <w:tc>
          <w:tcPr>
            <w:tcW w:w="4986" w:type="dxa"/>
          </w:tcPr>
          <w:p w14:paraId="3DE18253" w14:textId="77777777" w:rsidR="00185667" w:rsidRDefault="00000000">
            <w:r>
              <w:t>Cargo</w:t>
            </w:r>
          </w:p>
        </w:tc>
        <w:tc>
          <w:tcPr>
            <w:tcW w:w="6803" w:type="dxa"/>
          </w:tcPr>
          <w:p w14:paraId="0F517F0D" w14:textId="77777777" w:rsidR="00185667" w:rsidRDefault="00185667"/>
        </w:tc>
      </w:tr>
      <w:tr w:rsidR="00185667" w14:paraId="0744BCB7" w14:textId="77777777">
        <w:trPr>
          <w:jc w:val="center"/>
        </w:trPr>
        <w:tc>
          <w:tcPr>
            <w:tcW w:w="4986" w:type="dxa"/>
          </w:tcPr>
          <w:p w14:paraId="0DA26886" w14:textId="77777777" w:rsidR="00185667" w:rsidRDefault="00000000">
            <w:r>
              <w:t>Rama deportiva</w:t>
            </w:r>
          </w:p>
        </w:tc>
        <w:tc>
          <w:tcPr>
            <w:tcW w:w="6803" w:type="dxa"/>
          </w:tcPr>
          <w:p w14:paraId="2A90922E" w14:textId="77777777" w:rsidR="00185667" w:rsidRDefault="00185667"/>
        </w:tc>
      </w:tr>
    </w:tbl>
    <w:p w14:paraId="73086F53" w14:textId="77777777" w:rsidR="00185667" w:rsidRDefault="00185667"/>
    <w:p w14:paraId="25A3C1DC" w14:textId="77777777" w:rsidR="00185667" w:rsidRDefault="00000000">
      <w:r>
        <w:rPr>
          <w:b/>
          <w:sz w:val="26"/>
        </w:rPr>
        <w:t>3. DESCRIPCIÓN DE LOS HECHOS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85667" w14:paraId="77504A36" w14:textId="77777777">
        <w:tc>
          <w:tcPr>
            <w:tcW w:w="4986" w:type="dxa"/>
          </w:tcPr>
          <w:p w14:paraId="1650CE65" w14:textId="77777777" w:rsidR="00185667" w:rsidRDefault="00000000">
            <w:r>
              <w:t>Fecha</w:t>
            </w:r>
          </w:p>
        </w:tc>
        <w:tc>
          <w:tcPr>
            <w:tcW w:w="4986" w:type="dxa"/>
          </w:tcPr>
          <w:p w14:paraId="350AB862" w14:textId="77777777" w:rsidR="00185667" w:rsidRDefault="00185667"/>
        </w:tc>
      </w:tr>
      <w:tr w:rsidR="00185667" w14:paraId="14994BF4" w14:textId="77777777">
        <w:tc>
          <w:tcPr>
            <w:tcW w:w="4986" w:type="dxa"/>
          </w:tcPr>
          <w:p w14:paraId="5E3BE5D0" w14:textId="77777777" w:rsidR="00185667" w:rsidRDefault="00000000">
            <w:r>
              <w:t>Lugar</w:t>
            </w:r>
          </w:p>
        </w:tc>
        <w:tc>
          <w:tcPr>
            <w:tcW w:w="4986" w:type="dxa"/>
          </w:tcPr>
          <w:p w14:paraId="3AEC417E" w14:textId="77777777" w:rsidR="00185667" w:rsidRDefault="00185667"/>
        </w:tc>
      </w:tr>
    </w:tbl>
    <w:p w14:paraId="58038690" w14:textId="77777777" w:rsidR="00185667" w:rsidRDefault="00000000">
      <w:r>
        <w:t>Descripción de los hechos: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85667" w14:paraId="426CAC66" w14:textId="77777777">
        <w:tc>
          <w:tcPr>
            <w:tcW w:w="9972" w:type="dxa"/>
          </w:tcPr>
          <w:p w14:paraId="1A4E21A0" w14:textId="77777777" w:rsidR="00185667" w:rsidRDefault="00185667"/>
        </w:tc>
      </w:tr>
      <w:tr w:rsidR="00185667" w14:paraId="589A1F2A" w14:textId="77777777">
        <w:tc>
          <w:tcPr>
            <w:tcW w:w="9972" w:type="dxa"/>
          </w:tcPr>
          <w:p w14:paraId="5E1EA483" w14:textId="77777777" w:rsidR="00185667" w:rsidRDefault="00185667"/>
        </w:tc>
      </w:tr>
      <w:tr w:rsidR="00185667" w14:paraId="4303BD48" w14:textId="77777777">
        <w:tc>
          <w:tcPr>
            <w:tcW w:w="9972" w:type="dxa"/>
          </w:tcPr>
          <w:p w14:paraId="2BAA657A" w14:textId="77777777" w:rsidR="00185667" w:rsidRDefault="00185667"/>
        </w:tc>
      </w:tr>
      <w:tr w:rsidR="00185667" w14:paraId="5700D4FE" w14:textId="77777777">
        <w:tc>
          <w:tcPr>
            <w:tcW w:w="9972" w:type="dxa"/>
          </w:tcPr>
          <w:p w14:paraId="01814355" w14:textId="77777777" w:rsidR="00185667" w:rsidRDefault="00185667"/>
        </w:tc>
      </w:tr>
      <w:tr w:rsidR="00185667" w14:paraId="229395E4" w14:textId="77777777">
        <w:tc>
          <w:tcPr>
            <w:tcW w:w="9972" w:type="dxa"/>
          </w:tcPr>
          <w:p w14:paraId="55F7E831" w14:textId="77777777" w:rsidR="00185667" w:rsidRDefault="00185667"/>
        </w:tc>
      </w:tr>
      <w:tr w:rsidR="00185667" w14:paraId="377B136C" w14:textId="77777777">
        <w:tc>
          <w:tcPr>
            <w:tcW w:w="9972" w:type="dxa"/>
          </w:tcPr>
          <w:p w14:paraId="12EA097F" w14:textId="77777777" w:rsidR="00185667" w:rsidRDefault="00185667"/>
        </w:tc>
      </w:tr>
      <w:tr w:rsidR="00FB0234" w14:paraId="30154A9F" w14:textId="77777777">
        <w:tc>
          <w:tcPr>
            <w:tcW w:w="9972" w:type="dxa"/>
          </w:tcPr>
          <w:p w14:paraId="7E6CD431" w14:textId="77777777" w:rsidR="00FB0234" w:rsidRDefault="00FB0234"/>
        </w:tc>
      </w:tr>
      <w:tr w:rsidR="00FB0234" w14:paraId="48698A78" w14:textId="77777777">
        <w:tc>
          <w:tcPr>
            <w:tcW w:w="9972" w:type="dxa"/>
          </w:tcPr>
          <w:p w14:paraId="15786FE6" w14:textId="77777777" w:rsidR="00FB0234" w:rsidRDefault="00FB0234"/>
        </w:tc>
      </w:tr>
      <w:tr w:rsidR="00FB0234" w14:paraId="0EC6F36B" w14:textId="77777777">
        <w:tc>
          <w:tcPr>
            <w:tcW w:w="9972" w:type="dxa"/>
          </w:tcPr>
          <w:p w14:paraId="44551301" w14:textId="77777777" w:rsidR="00FB0234" w:rsidRDefault="00FB0234"/>
        </w:tc>
      </w:tr>
      <w:tr w:rsidR="00FB0234" w14:paraId="1E2370AC" w14:textId="77777777">
        <w:tc>
          <w:tcPr>
            <w:tcW w:w="9972" w:type="dxa"/>
          </w:tcPr>
          <w:p w14:paraId="0352E4E2" w14:textId="77777777" w:rsidR="00FB0234" w:rsidRDefault="00FB0234"/>
        </w:tc>
      </w:tr>
    </w:tbl>
    <w:p w14:paraId="07A4D840" w14:textId="77777777" w:rsidR="00185667" w:rsidRDefault="00185667"/>
    <w:p w14:paraId="5A08C3B3" w14:textId="77777777" w:rsidR="00185667" w:rsidRDefault="00000000">
      <w:r>
        <w:rPr>
          <w:b/>
          <w:sz w:val="26"/>
        </w:rPr>
        <w:t>4. TESTIGOS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85667" w14:paraId="52A86BDE" w14:textId="77777777">
        <w:tc>
          <w:tcPr>
            <w:tcW w:w="4986" w:type="dxa"/>
          </w:tcPr>
          <w:p w14:paraId="1D488990" w14:textId="77777777" w:rsidR="00185667" w:rsidRDefault="00000000">
            <w:r>
              <w:t>Nombre</w:t>
            </w:r>
          </w:p>
        </w:tc>
        <w:tc>
          <w:tcPr>
            <w:tcW w:w="4986" w:type="dxa"/>
          </w:tcPr>
          <w:p w14:paraId="02D2237F" w14:textId="77777777" w:rsidR="00185667" w:rsidRDefault="00000000">
            <w:r>
              <w:t>Contacto</w:t>
            </w:r>
          </w:p>
        </w:tc>
      </w:tr>
      <w:tr w:rsidR="00185667" w14:paraId="3B0766B7" w14:textId="77777777">
        <w:tc>
          <w:tcPr>
            <w:tcW w:w="4986" w:type="dxa"/>
          </w:tcPr>
          <w:p w14:paraId="223F0E5A" w14:textId="77777777" w:rsidR="00185667" w:rsidRDefault="00185667"/>
        </w:tc>
        <w:tc>
          <w:tcPr>
            <w:tcW w:w="4986" w:type="dxa"/>
          </w:tcPr>
          <w:p w14:paraId="68164FFC" w14:textId="77777777" w:rsidR="00185667" w:rsidRDefault="00185667"/>
        </w:tc>
      </w:tr>
      <w:tr w:rsidR="00185667" w14:paraId="708D81F5" w14:textId="77777777">
        <w:tc>
          <w:tcPr>
            <w:tcW w:w="4986" w:type="dxa"/>
          </w:tcPr>
          <w:p w14:paraId="25FC5119" w14:textId="77777777" w:rsidR="00185667" w:rsidRDefault="00185667"/>
        </w:tc>
        <w:tc>
          <w:tcPr>
            <w:tcW w:w="4986" w:type="dxa"/>
          </w:tcPr>
          <w:p w14:paraId="5BC00505" w14:textId="77777777" w:rsidR="00185667" w:rsidRDefault="00185667"/>
        </w:tc>
      </w:tr>
      <w:tr w:rsidR="00185667" w14:paraId="4E73DFE3" w14:textId="77777777">
        <w:tc>
          <w:tcPr>
            <w:tcW w:w="4986" w:type="dxa"/>
          </w:tcPr>
          <w:p w14:paraId="7FBF787B" w14:textId="77777777" w:rsidR="00185667" w:rsidRDefault="00185667"/>
        </w:tc>
        <w:tc>
          <w:tcPr>
            <w:tcW w:w="4986" w:type="dxa"/>
          </w:tcPr>
          <w:p w14:paraId="6F7DF6D9" w14:textId="77777777" w:rsidR="00185667" w:rsidRDefault="00185667"/>
        </w:tc>
      </w:tr>
    </w:tbl>
    <w:p w14:paraId="769BF466" w14:textId="77777777" w:rsidR="00185667" w:rsidRDefault="00000000">
      <w:r>
        <w:rPr>
          <w:b/>
          <w:sz w:val="26"/>
        </w:rPr>
        <w:lastRenderedPageBreak/>
        <w:t>5. ANTECEDENTES ADJUNTOS</w:t>
      </w:r>
    </w:p>
    <w:p w14:paraId="57FBF426" w14:textId="77777777" w:rsidR="00185667" w:rsidRDefault="00000000">
      <w:r>
        <w:t>☐ Fotografías</w:t>
      </w:r>
    </w:p>
    <w:p w14:paraId="77D242D3" w14:textId="77777777" w:rsidR="00185667" w:rsidRDefault="00000000">
      <w:r>
        <w:t>☐ Videos</w:t>
      </w:r>
    </w:p>
    <w:p w14:paraId="585A7D81" w14:textId="77777777" w:rsidR="00185667" w:rsidRDefault="00000000">
      <w:r>
        <w:t>☐ Correos</w:t>
      </w:r>
    </w:p>
    <w:p w14:paraId="228DAA96" w14:textId="77777777" w:rsidR="00185667" w:rsidRDefault="00000000">
      <w:r>
        <w:t>☐ Otros (especificar): __________________________</w:t>
      </w:r>
    </w:p>
    <w:p w14:paraId="2FD60579" w14:textId="77777777" w:rsidR="00185667" w:rsidRDefault="00185667"/>
    <w:p w14:paraId="1177EF0B" w14:textId="77777777" w:rsidR="00FB0234" w:rsidRDefault="00FB0234"/>
    <w:p w14:paraId="2664F5E5" w14:textId="77777777" w:rsidR="00FB0234" w:rsidRDefault="00FB0234"/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B0234" w14:paraId="04CA95A4" w14:textId="77777777" w:rsidTr="00B63176">
        <w:tc>
          <w:tcPr>
            <w:tcW w:w="9889" w:type="dxa"/>
          </w:tcPr>
          <w:p w14:paraId="409CC9A6" w14:textId="0C4CF5C1" w:rsidR="00FB0234" w:rsidRDefault="00FB0234" w:rsidP="00B63176">
            <w:pPr>
              <w:jc w:val="center"/>
            </w:pPr>
            <w:r>
              <w:t xml:space="preserve">Nombre y </w:t>
            </w:r>
            <w:proofErr w:type="spellStart"/>
            <w:r>
              <w:t>Firma</w:t>
            </w:r>
            <w:proofErr w:type="spellEnd"/>
          </w:p>
        </w:tc>
      </w:tr>
    </w:tbl>
    <w:p w14:paraId="262021A1" w14:textId="77777777" w:rsidR="00000000" w:rsidRDefault="0000000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FB0234" w14:paraId="4EE3EF4C" w14:textId="77777777" w:rsidTr="00E27B3F">
        <w:tc>
          <w:tcPr>
            <w:tcW w:w="4986" w:type="dxa"/>
          </w:tcPr>
          <w:p w14:paraId="3EDB60E0" w14:textId="77777777" w:rsidR="00FB0234" w:rsidRDefault="00FB0234" w:rsidP="00E27B3F">
            <w:proofErr w:type="spellStart"/>
            <w:r>
              <w:t>Fecha</w:t>
            </w:r>
            <w:proofErr w:type="spellEnd"/>
          </w:p>
        </w:tc>
        <w:tc>
          <w:tcPr>
            <w:tcW w:w="4986" w:type="dxa"/>
          </w:tcPr>
          <w:p w14:paraId="01204AD8" w14:textId="77777777" w:rsidR="00FB0234" w:rsidRDefault="00FB0234" w:rsidP="00E27B3F"/>
        </w:tc>
      </w:tr>
    </w:tbl>
    <w:p w14:paraId="246164FA" w14:textId="77777777" w:rsidR="00FB0234" w:rsidRDefault="00FB0234"/>
    <w:sectPr w:rsidR="00FB0234" w:rsidSect="00034616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6328863">
    <w:abstractNumId w:val="8"/>
  </w:num>
  <w:num w:numId="2" w16cid:durableId="673651818">
    <w:abstractNumId w:val="6"/>
  </w:num>
  <w:num w:numId="3" w16cid:durableId="1284653715">
    <w:abstractNumId w:val="5"/>
  </w:num>
  <w:num w:numId="4" w16cid:durableId="992024295">
    <w:abstractNumId w:val="4"/>
  </w:num>
  <w:num w:numId="5" w16cid:durableId="1090085498">
    <w:abstractNumId w:val="7"/>
  </w:num>
  <w:num w:numId="6" w16cid:durableId="911738447">
    <w:abstractNumId w:val="3"/>
  </w:num>
  <w:num w:numId="7" w16cid:durableId="1199393170">
    <w:abstractNumId w:val="2"/>
  </w:num>
  <w:num w:numId="8" w16cid:durableId="621572704">
    <w:abstractNumId w:val="1"/>
  </w:num>
  <w:num w:numId="9" w16cid:durableId="156598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85667"/>
    <w:rsid w:val="0029639D"/>
    <w:rsid w:val="002B55B6"/>
    <w:rsid w:val="00326F90"/>
    <w:rsid w:val="00AA1D8D"/>
    <w:rsid w:val="00B47730"/>
    <w:rsid w:val="00B63176"/>
    <w:rsid w:val="00CB0664"/>
    <w:rsid w:val="00FB023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38D61"/>
  <w14:defaultImageDpi w14:val="300"/>
  <w15:docId w15:val="{4C8C43C4-9643-4FF3-AB85-C460FD2E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Hugo Bustamante</cp:lastModifiedBy>
  <cp:revision>3</cp:revision>
  <cp:lastPrinted>2026-06-10T19:56:00Z</cp:lastPrinted>
  <dcterms:created xsi:type="dcterms:W3CDTF">2026-06-10T19:52:00Z</dcterms:created>
  <dcterms:modified xsi:type="dcterms:W3CDTF">2026-06-10T19:57:00Z</dcterms:modified>
  <cp:category/>
</cp:coreProperties>
</file>