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309471760"/>
        <w:docPartObj>
          <w:docPartGallery w:val="Cover Pages"/>
          <w:docPartUnique/>
        </w:docPartObj>
      </w:sdtPr>
      <w:sdtContent>
        <w:p w14:paraId="54EC8281" w14:textId="6601C7A8" w:rsidR="00584869" w:rsidRDefault="00584869">
          <w:r>
            <w:rPr>
              <w:noProof/>
            </w:rPr>
            <w:drawing>
              <wp:inline distT="0" distB="0" distL="0" distR="0" wp14:anchorId="065C07BD" wp14:editId="31333573">
                <wp:extent cx="5486400" cy="8229600"/>
                <wp:effectExtent l="0" t="0" r="0" b="0"/>
                <wp:docPr id="157593573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5935734" name="Imagem 157593573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57BADB8" wp14:editId="64C4481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48" name="Grupo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Grupo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Retângulo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356694" w14:textId="77777777" w:rsidR="00584869" w:rsidRDefault="00584869">
                                    <w:pPr>
                                      <w:pStyle w:val="SemEspaamento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Grupo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Forma Livre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orma Livre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orma Livre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orma Livre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orma Livre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Caixa de Texto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1841046763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1C96ACDF" w14:textId="77777777" w:rsidR="00584869" w:rsidRDefault="00584869">
                                      <w:pPr>
                                        <w:pStyle w:val="SemEspaamento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  <w:lang w:val="pt-BR"/>
                                        </w:rPr>
                                        <w:t>[Título do documento]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686441493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5B729C96" w14:textId="77777777" w:rsidR="00584869" w:rsidRDefault="00584869">
                                      <w:pPr>
                                        <w:pStyle w:val="SemEspaamento"/>
                                        <w:spacing w:before="120"/>
                                        <w:rPr>
                                          <w:color w:val="4F81BD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4F81BD" w:themeColor="accent1"/>
                                          <w:sz w:val="36"/>
                                          <w:szCs w:val="36"/>
                                          <w:lang w:val="pt-BR"/>
                                        </w:rPr>
                                        <w:t>[Subtítulo do documento]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57BADB8" id="Grupo 48" o:spid="_x0000_s1026" style="position:absolute;margin-left:0;margin-top:0;width:540pt;height:10in;z-index:-25165721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">
                    <v:group id="Grupo 49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Retângulo 54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" fillcolor="#214d85 [3122]" stroked="f" strokeweight="2pt">
                        <v:fill color2="#1c4170 [2882]" rotate="t" angle="348" colors="0 #5cb2dc;6554f #5cb2dc" focus="100%" type="gradient"/>
                        <v:textbox inset="54pt,54pt,1in,5in">
                          <w:txbxContent>
                            <w:p w14:paraId="08356694" w14:textId="77777777" w:rsidR="00584869" w:rsidRDefault="00584869">
                              <w:pPr>
                                <w:pStyle w:val="SemEspaamento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upo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Forma Livre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orma Livre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orma Livre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orma Livre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orma Livre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61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184104676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C96ACDF" w14:textId="77777777" w:rsidR="00584869" w:rsidRDefault="00584869">
                                <w:pPr>
                                  <w:pStyle w:val="SemEspaamento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  <w:lang w:val="pt-BR"/>
                                  </w:rPr>
                                  <w:t>[Título do documento]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68644149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5B729C96" w14:textId="77777777" w:rsidR="00584869" w:rsidRDefault="00584869">
                                <w:pPr>
                                  <w:pStyle w:val="SemEspaamento"/>
                                  <w:spacing w:before="120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36"/>
                                    <w:szCs w:val="36"/>
                                    <w:lang w:val="pt-BR"/>
                                  </w:rPr>
                                  <w:t>[Subtítulo do documento]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</w:sdtContent>
    </w:sdt>
    <w:p w14:paraId="71EFF26D" w14:textId="0C488394" w:rsidR="00CA104F" w:rsidRDefault="00000000">
      <w:pPr>
        <w:pStyle w:val="Ttulo"/>
      </w:pPr>
      <w:r>
        <w:lastRenderedPageBreak/>
        <w:t>Guia Rápido – Perguntas Frequentes sobre Carreira em Manutenção de Máquinas Industriais</w:t>
      </w:r>
    </w:p>
    <w:p w14:paraId="1D343038" w14:textId="387741F6" w:rsidR="00CA104F" w:rsidRDefault="0030782A">
      <w:r>
        <w:t>Nas industrias a área de maior valor agregado em se tratando de profissionais é na área de manutenção industrial é o objetivo de muitos técnicos que desejam trabalhar em indústrias de diferentes setores (automotivo, alimentício, metalúrgico, farmacêutico, entre outros). Para ajudar quem está interessado, reunimos aqui as perguntas mais comuns e suas respostas.</w:t>
      </w:r>
    </w:p>
    <w:p w14:paraId="762A881E" w14:textId="77777777" w:rsidR="00CA104F" w:rsidRDefault="00000000">
      <w:pPr>
        <w:pStyle w:val="Ttulo2"/>
      </w:pPr>
      <w:r>
        <w:t>Preciso de curso técnico para trabalhar na área?</w:t>
      </w:r>
    </w:p>
    <w:p w14:paraId="58B4D471" w14:textId="1F4D41DE" w:rsidR="00CA104F" w:rsidRDefault="00000000">
      <w:r>
        <w:t xml:space="preserve">Sim. A maioria das empresas </w:t>
      </w:r>
      <w:r w:rsidR="0030782A">
        <w:t>pedem</w:t>
      </w:r>
      <w:r>
        <w:t xml:space="preserve"> formação em cursos como Técnico</w:t>
      </w:r>
      <w:r w:rsidR="0030782A">
        <w:t xml:space="preserve"> ou que </w:t>
      </w:r>
      <w:r w:rsidR="00C54AB4">
        <w:t>estejam</w:t>
      </w:r>
      <w:r w:rsidR="0030782A">
        <w:t xml:space="preserve"> em andamento nas formações Elétrica, </w:t>
      </w:r>
      <w:r w:rsidR="00C54AB4">
        <w:t>Mecânica</w:t>
      </w:r>
      <w:r>
        <w:t xml:space="preserve">, </w:t>
      </w:r>
      <w:r w:rsidR="00C54AB4">
        <w:t>Eletromecânica</w:t>
      </w:r>
      <w:r>
        <w:t xml:space="preserve">, </w:t>
      </w:r>
      <w:proofErr w:type="gramStart"/>
      <w:r w:rsidR="00C54AB4">
        <w:t>Eletrotécnica</w:t>
      </w:r>
      <w:proofErr w:type="gramEnd"/>
      <w:r>
        <w:t xml:space="preserve"> ou Mecatrônica.</w:t>
      </w:r>
      <w:r>
        <w:br/>
        <w:t>➡</w:t>
      </w:r>
      <w:proofErr w:type="gramStart"/>
      <w:r>
        <w:t>️ Para</w:t>
      </w:r>
      <w:proofErr w:type="gramEnd"/>
      <w:r>
        <w:t xml:space="preserve"> funções de auxiliar, algumas empresas aceitam candidatos com cursos livres e vontade de aprender.</w:t>
      </w:r>
    </w:p>
    <w:p w14:paraId="2AD73EB8" w14:textId="1231CD50" w:rsidR="0030782A" w:rsidRDefault="0030782A">
      <w:r>
        <w:t>Mais o melhor é que os cursos técnicos são em média de 1 ano e meio e você já está apto para o mercado de trabalho</w:t>
      </w:r>
      <w:r w:rsidR="00E82B54">
        <w:t xml:space="preserve"> o que é muito rápido.</w:t>
      </w:r>
    </w:p>
    <w:p w14:paraId="2C46E278" w14:textId="77777777" w:rsidR="00CA104F" w:rsidRDefault="00000000">
      <w:pPr>
        <w:pStyle w:val="Ttulo2"/>
      </w:pPr>
      <w:r>
        <w:t>Quais são os conhecimentos mais importantes?</w:t>
      </w:r>
    </w:p>
    <w:p w14:paraId="366AF341" w14:textId="77777777" w:rsidR="00CA104F" w:rsidRDefault="00000000">
      <w:r>
        <w:t>- Mecânica: motores, redutores, rolamentos, lubrificação.</w:t>
      </w:r>
      <w:r>
        <w:br/>
        <w:t>- Elétrica: motores elétricos, inversores, comandos elétricos.</w:t>
      </w:r>
      <w:r>
        <w:br/>
        <w:t>- Hidráulica e pneumática.</w:t>
      </w:r>
      <w:r>
        <w:br/>
        <w:t>- Leitura de desenhos técnicos e manuais.</w:t>
      </w:r>
      <w:r>
        <w:br/>
        <w:t>- Segurança do trabalho: normas como NR-10, NR-12 e NR-35.</w:t>
      </w:r>
    </w:p>
    <w:p w14:paraId="4002E067" w14:textId="77777777" w:rsidR="00CA104F" w:rsidRDefault="00000000">
      <w:pPr>
        <w:pStyle w:val="Ttulo2"/>
      </w:pPr>
      <w:r>
        <w:t>Qual a diferença entre manutenção corretiva, preventiva e preditiva?</w:t>
      </w:r>
    </w:p>
    <w:p w14:paraId="49679673" w14:textId="77777777" w:rsidR="00CA104F" w:rsidRDefault="00000000">
      <w:r>
        <w:t>- Corretiva: quando a máquina quebra e precisa ser reparada.</w:t>
      </w:r>
      <w:r>
        <w:br/>
        <w:t>- Preventiva: revisão programada para evitar falhas.</w:t>
      </w:r>
      <w:r>
        <w:br/>
        <w:t>- Preditiva: monitoramento com sensores e técnicas (como vibração ou termografia) para prever falhas antes que ocorram.</w:t>
      </w:r>
    </w:p>
    <w:p w14:paraId="26039B1C" w14:textId="77777777" w:rsidR="00CA104F" w:rsidRDefault="00000000">
      <w:pPr>
        <w:pStyle w:val="Ttulo2"/>
      </w:pPr>
      <w:r>
        <w:t>Preciso saber programar CLP para trabalhar na manutenção?</w:t>
      </w:r>
    </w:p>
    <w:p w14:paraId="73625923" w14:textId="77777777" w:rsidR="00CA104F" w:rsidRDefault="00000000">
      <w:r>
        <w:t>Não é obrigatório. Muitos técnicos trabalham apenas com mecânica e elétrica.</w:t>
      </w:r>
      <w:r>
        <w:br/>
        <w:t>➡</w:t>
      </w:r>
      <w:proofErr w:type="gramStart"/>
      <w:r>
        <w:t>️</w:t>
      </w:r>
      <w:proofErr w:type="gramEnd"/>
      <w:r>
        <w:t xml:space="preserve"> Mas, ter noções de automação e CLP é um diferencial importante para crescer na carreira.</w:t>
      </w:r>
    </w:p>
    <w:p w14:paraId="1F0276FF" w14:textId="77777777" w:rsidR="00CA104F" w:rsidRDefault="00000000">
      <w:pPr>
        <w:pStyle w:val="Ttulo2"/>
      </w:pPr>
      <w:r>
        <w:lastRenderedPageBreak/>
        <w:t>Quais ferramentas básicas preciso dominar?</w:t>
      </w:r>
    </w:p>
    <w:p w14:paraId="3C9BE20A" w14:textId="77777777" w:rsidR="00CA104F" w:rsidRDefault="00000000">
      <w:r>
        <w:t>- Multímetro e alicate amperímetro;</w:t>
      </w:r>
      <w:r>
        <w:br/>
        <w:t>- Paquímetro e micrômetro;</w:t>
      </w:r>
      <w:r>
        <w:br/>
        <w:t>- Chaves de torque e chaves combinadas;</w:t>
      </w:r>
      <w:r>
        <w:br/>
        <w:t>- Ferramentas de alinhamento;</w:t>
      </w:r>
      <w:r>
        <w:br/>
        <w:t>- Softwares de manutenção (quando disponíveis).</w:t>
      </w:r>
    </w:p>
    <w:p w14:paraId="433B6576" w14:textId="77777777" w:rsidR="00CA104F" w:rsidRDefault="00000000">
      <w:pPr>
        <w:pStyle w:val="Ttulo2"/>
      </w:pPr>
      <w:r>
        <w:t>Como é a rotina de trabalho em manutenção industrial?</w:t>
      </w:r>
    </w:p>
    <w:p w14:paraId="58B032D0" w14:textId="040B196B" w:rsidR="00CA104F" w:rsidRDefault="00000000">
      <w:r>
        <w:t>Depende da indústria, mas inclui:</w:t>
      </w:r>
      <w:r>
        <w:br/>
        <w:t>- Inspeções diárias;</w:t>
      </w:r>
      <w:r>
        <w:br/>
        <w:t>- Atendimento a falhas;</w:t>
      </w:r>
      <w:r>
        <w:br/>
        <w:t>- Execução de planos de manutenção preventiva;</w:t>
      </w:r>
      <w:r>
        <w:br/>
        <w:t>- Registro das atividades em sistema</w:t>
      </w:r>
      <w:r w:rsidR="002B2ABA">
        <w:t>;</w:t>
      </w:r>
    </w:p>
    <w:p w14:paraId="7A9A3252" w14:textId="77777777" w:rsidR="00CA104F" w:rsidRDefault="00000000">
      <w:pPr>
        <w:pStyle w:val="Ttulo2"/>
      </w:pPr>
      <w:r>
        <w:t>O mercado de trabalho é bom?</w:t>
      </w:r>
    </w:p>
    <w:p w14:paraId="08896F0D" w14:textId="2E232B3A" w:rsidR="00CA104F" w:rsidRDefault="00000000">
      <w:r>
        <w:t xml:space="preserve">Sim! </w:t>
      </w:r>
      <w:r w:rsidR="002B2ABA">
        <w:t xml:space="preserve">EXCELENTE o </w:t>
      </w:r>
      <w:r>
        <w:t>setor industrial tem alta demanda por técnicos de manutenção. É uma área com boas oportunidades e estabilidade.</w:t>
      </w:r>
    </w:p>
    <w:p w14:paraId="6659C9AA" w14:textId="37CE4592" w:rsidR="002B2ABA" w:rsidRDefault="002B2ABA">
      <w:r>
        <w:t>As industrias normalmente disputam para ter estes profissionais.</w:t>
      </w:r>
    </w:p>
    <w:p w14:paraId="1B75F18F" w14:textId="77777777" w:rsidR="00CA104F" w:rsidRDefault="00000000">
      <w:pPr>
        <w:pStyle w:val="Ttulo2"/>
      </w:pPr>
      <w:r>
        <w:t>Quanto ganha um técnico de manutenção?</w:t>
      </w:r>
    </w:p>
    <w:p w14:paraId="16C0B865" w14:textId="0CC8C8BD" w:rsidR="00CA104F" w:rsidRDefault="00000000">
      <w:r>
        <w:t>Em média no Brasil (2025):</w:t>
      </w:r>
      <w:r>
        <w:br/>
        <w:t>- Auxiliar: R$ 1.800 – R$ 2.500;</w:t>
      </w:r>
      <w:r>
        <w:br/>
        <w:t>- Técnico: R$ 2.500 – R$ 4.500;</w:t>
      </w:r>
      <w:r>
        <w:br/>
        <w:t>- Especialista (CLP/automação): R$ 6.000 ou mais.</w:t>
      </w:r>
    </w:p>
    <w:p w14:paraId="31E8D873" w14:textId="4A759EC0" w:rsidR="002B2ABA" w:rsidRDefault="002B2ABA">
      <w:r>
        <w:t>Mais estes ganhos são bem maiores quando o profissional se qualifica.</w:t>
      </w:r>
    </w:p>
    <w:p w14:paraId="7A6EAC11" w14:textId="1D96FA2B" w:rsidR="00CA104F" w:rsidRDefault="00000000">
      <w:pPr>
        <w:pStyle w:val="Ttulo2"/>
      </w:pPr>
      <w:r>
        <w:t xml:space="preserve">Quais cursos </w:t>
      </w:r>
      <w:r w:rsidR="00E82B54">
        <w:t>básicos preciso para</w:t>
      </w:r>
      <w:r>
        <w:t xml:space="preserve"> entrar na área?</w:t>
      </w:r>
    </w:p>
    <w:p w14:paraId="02CBFCEB" w14:textId="22C31214" w:rsidR="00CA104F" w:rsidRDefault="00000000">
      <w:r>
        <w:t xml:space="preserve">- NR-10 – </w:t>
      </w:r>
      <w:r w:rsidR="00E82B54">
        <w:t>Para trabalhar na área</w:t>
      </w:r>
      <w:r>
        <w:t xml:space="preserve"> elétricas</w:t>
      </w:r>
      <w:r w:rsidR="002B2ABA">
        <w:t xml:space="preserve"> </w:t>
      </w:r>
      <w:r w:rsidR="00C54AB4">
        <w:t>(normalmente</w:t>
      </w:r>
      <w:r w:rsidR="002B2ABA">
        <w:t xml:space="preserve"> as empresas fornecem esta formação para seus </w:t>
      </w:r>
      <w:r w:rsidR="00C54AB4">
        <w:t>colaboradores)</w:t>
      </w:r>
      <w:r>
        <w:br/>
        <w:t xml:space="preserve">- NR-12 – </w:t>
      </w:r>
      <w:r w:rsidR="00E82B54">
        <w:t xml:space="preserve">Segurança de </w:t>
      </w:r>
      <w:r>
        <w:t>Máquinas e equipamentos</w:t>
      </w:r>
      <w:r w:rsidR="002B2ABA">
        <w:t xml:space="preserve"> </w:t>
      </w:r>
      <w:r w:rsidR="00C54AB4">
        <w:t>(normalmente</w:t>
      </w:r>
      <w:r w:rsidR="002B2ABA">
        <w:t xml:space="preserve"> as empresas fornecem esta formação para seus </w:t>
      </w:r>
      <w:r w:rsidR="00C54AB4">
        <w:t>colaboradores)</w:t>
      </w:r>
      <w:r>
        <w:br/>
      </w:r>
      <w:r w:rsidR="00E82B54">
        <w:t>- NR-06 – Correto uso de EPI equipamentos de proteção individual (normalmente as empresas fornecem esta formação para seus colaboradores)</w:t>
      </w:r>
    </w:p>
    <w:p w14:paraId="66B276D8" w14:textId="77777777" w:rsidR="00CA104F" w:rsidRDefault="00000000">
      <w:pPr>
        <w:pStyle w:val="Ttulo2"/>
      </w:pPr>
      <w:r>
        <w:t>Preciso de inglês?</w:t>
      </w:r>
    </w:p>
    <w:p w14:paraId="05C9C803" w14:textId="5C0F6F3C" w:rsidR="00E82B54" w:rsidRDefault="00000000">
      <w:r>
        <w:t>Não é obrigatório, mas ajuda muito, já que muitos manuais de máquinas estão em inglês.</w:t>
      </w:r>
    </w:p>
    <w:p w14:paraId="22992942" w14:textId="77777777" w:rsidR="00CA104F" w:rsidRDefault="00000000">
      <w:pPr>
        <w:pStyle w:val="Ttulo1"/>
      </w:pPr>
      <w:r>
        <w:t>Conclusão</w:t>
      </w:r>
    </w:p>
    <w:p w14:paraId="68D08E22" w14:textId="77777777" w:rsidR="00CA104F" w:rsidRDefault="00000000">
      <w:r>
        <w:t xml:space="preserve">A área de manutenção industrial é promissora para quem gosta de resolver problemas práticos e trabalhar com tecnologia. Investir em cursos técnicos, aprender normas de </w:t>
      </w:r>
      <w:r>
        <w:lastRenderedPageBreak/>
        <w:t>segurança e adquirir experiência prática são os primeiros passos para conquistar um bom emprego.</w:t>
      </w:r>
    </w:p>
    <w:p w14:paraId="0117A2DA" w14:textId="77777777" w:rsidR="002B2ABA" w:rsidRDefault="002B2ABA"/>
    <w:p w14:paraId="3FBCB897" w14:textId="621306B1" w:rsidR="002B2ABA" w:rsidRDefault="002B2ABA" w:rsidP="002B2ABA">
      <w:pPr>
        <w:pStyle w:val="Ttulo1"/>
      </w:pPr>
      <w:r>
        <w:t>Agora vamos falar de cursos que te levam para o próximo nível.</w:t>
      </w:r>
    </w:p>
    <w:p w14:paraId="18D235D7" w14:textId="77777777" w:rsidR="00C54AB4" w:rsidRDefault="002B2ABA" w:rsidP="002B2ABA">
      <w:r>
        <w:t xml:space="preserve">Os cursos indicados neste site foram selecionados exclusivamente paras você ficar um passo </w:t>
      </w:r>
      <w:proofErr w:type="spellStart"/>
      <w:r>
        <w:t>á</w:t>
      </w:r>
      <w:proofErr w:type="spellEnd"/>
      <w:r>
        <w:t xml:space="preserve"> frente </w:t>
      </w:r>
      <w:r w:rsidR="00C54AB4">
        <w:t>na sua área e ser um profissional disputado pelas empresas.</w:t>
      </w:r>
    </w:p>
    <w:p w14:paraId="561287A7" w14:textId="3AA9F51A" w:rsidR="00C54AB4" w:rsidRDefault="00C54AB4" w:rsidP="00C54AB4">
      <w:pPr>
        <w:pStyle w:val="Ttulo1"/>
      </w:pPr>
      <w:r>
        <w:t>Vamos pegar um exemplo prático pra você entender.</w:t>
      </w:r>
    </w:p>
    <w:p w14:paraId="4112FF9B" w14:textId="77777777" w:rsidR="00C54AB4" w:rsidRDefault="00C54AB4" w:rsidP="00C54AB4"/>
    <w:p w14:paraId="30674915" w14:textId="5E94F6B1" w:rsidR="00C54AB4" w:rsidRDefault="00C54AB4" w:rsidP="00C54AB4">
      <w:r>
        <w:t>EXEMPLO: UM TORNO CNC</w:t>
      </w:r>
    </w:p>
    <w:p w14:paraId="005D4538" w14:textId="31AB6623" w:rsidR="00D81B58" w:rsidRDefault="00D81B58" w:rsidP="00C54AB4">
      <w:r>
        <w:rPr>
          <w:noProof/>
        </w:rPr>
        <w:drawing>
          <wp:inline distT="0" distB="0" distL="0" distR="0" wp14:anchorId="177A2B2F" wp14:editId="6FF2DF5D">
            <wp:extent cx="5486400" cy="3086100"/>
            <wp:effectExtent l="0" t="0" r="0" b="0"/>
            <wp:docPr id="1102477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7742" name="Imagem 1102477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A703" w14:textId="77777777" w:rsidR="00584869" w:rsidRDefault="00584869" w:rsidP="00584869">
      <w:pPr>
        <w:pStyle w:val="Ttulo"/>
      </w:pPr>
      <w:r>
        <w:t>Checklist de Competências - Técnico de Manutenção CNC</w:t>
      </w:r>
    </w:p>
    <w:p w14:paraId="4AA9ED5D" w14:textId="134091AB" w:rsidR="00584869" w:rsidRDefault="00584869" w:rsidP="00584869">
      <w:r>
        <w:t xml:space="preserve">Este checklist permite avaliar as competências de um técnico de manutenção em máquinas CNC. Use as colunas para marcar se a competência </w:t>
      </w:r>
      <w:r w:rsidR="003C3EAD">
        <w:t>que precisa ser</w:t>
      </w:r>
      <w:r>
        <w:t xml:space="preserve"> desenvolvida, </w:t>
      </w:r>
      <w:r w:rsidR="003C3EAD">
        <w:t>nos</w:t>
      </w:r>
      <w:r>
        <w:t xml:space="preserve"> links </w:t>
      </w:r>
      <w:r w:rsidR="003C3EAD">
        <w:t>você vai encontrar um curso que é o atalho para se tornar especialista.</w:t>
      </w:r>
    </w:p>
    <w:tbl>
      <w:tblPr>
        <w:tblStyle w:val="GradeClara-nfase1"/>
        <w:tblW w:w="0" w:type="auto"/>
        <w:tblLook w:val="04A0" w:firstRow="1" w:lastRow="0" w:firstColumn="1" w:lastColumn="0" w:noHBand="0" w:noVBand="1"/>
      </w:tblPr>
      <w:tblGrid>
        <w:gridCol w:w="2117"/>
        <w:gridCol w:w="3510"/>
        <w:gridCol w:w="1157"/>
        <w:gridCol w:w="2072"/>
      </w:tblGrid>
      <w:tr w:rsidR="00584869" w14:paraId="603A6A88" w14:textId="77777777" w:rsidTr="003C3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403E95D" w14:textId="77777777" w:rsidR="00584869" w:rsidRDefault="00584869" w:rsidP="002C715D">
            <w:r>
              <w:t>Competência</w:t>
            </w:r>
          </w:p>
        </w:tc>
        <w:tc>
          <w:tcPr>
            <w:tcW w:w="3760" w:type="dxa"/>
          </w:tcPr>
          <w:p w14:paraId="551C9A28" w14:textId="77777777" w:rsidR="00584869" w:rsidRDefault="00584869" w:rsidP="002C71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Aplicação prática na manutenção de CNC</w:t>
            </w:r>
          </w:p>
        </w:tc>
        <w:tc>
          <w:tcPr>
            <w:tcW w:w="560" w:type="dxa"/>
          </w:tcPr>
          <w:p w14:paraId="4552D6A9" w14:textId="77777777" w:rsidR="00584869" w:rsidRDefault="00584869" w:rsidP="002C71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Domínio (Sim/Não)</w:t>
            </w:r>
          </w:p>
        </w:tc>
        <w:tc>
          <w:tcPr>
            <w:tcW w:w="2160" w:type="dxa"/>
          </w:tcPr>
          <w:p w14:paraId="1601DAFA" w14:textId="4425C37D" w:rsidR="00584869" w:rsidRDefault="0020620B" w:rsidP="002C71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Suas </w:t>
            </w:r>
            <w:r w:rsidR="00584869">
              <w:t>Observações</w:t>
            </w:r>
          </w:p>
        </w:tc>
      </w:tr>
      <w:tr w:rsidR="00584869" w14:paraId="12B8DF97" w14:textId="77777777" w:rsidTr="003C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3C15C8B6" w14:textId="77777777" w:rsidR="00584869" w:rsidRDefault="00584869" w:rsidP="002C715D">
            <w:r>
              <w:lastRenderedPageBreak/>
              <w:t>Leitura e interpretação de desenhos técnicos</w:t>
            </w:r>
          </w:p>
        </w:tc>
        <w:tc>
          <w:tcPr>
            <w:tcW w:w="3760" w:type="dxa"/>
          </w:tcPr>
          <w:p w14:paraId="2AC1B7C6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Identificar dimensões, tolerâncias e montagens mecânicas e elétricas da máquina.</w:t>
            </w:r>
          </w:p>
        </w:tc>
        <w:tc>
          <w:tcPr>
            <w:tcW w:w="560" w:type="dxa"/>
          </w:tcPr>
          <w:p w14:paraId="64B3EF9C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65FC14DA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869" w14:paraId="736B592C" w14:textId="77777777" w:rsidTr="003C3E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59666903" w14:textId="77777777" w:rsidR="00584869" w:rsidRDefault="00584869" w:rsidP="002C715D">
            <w:r>
              <w:t>Conhecimento em comandos CNC (</w:t>
            </w:r>
            <w:proofErr w:type="spellStart"/>
            <w:r>
              <w:t>Fanuc</w:t>
            </w:r>
            <w:proofErr w:type="spellEnd"/>
            <w:r>
              <w:t>, Siemens, etc.)</w:t>
            </w:r>
          </w:p>
        </w:tc>
        <w:tc>
          <w:tcPr>
            <w:tcW w:w="3760" w:type="dxa"/>
          </w:tcPr>
          <w:p w14:paraId="48D78B08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Ler alarmes, ajustar parâmetros, editar programas e realizar testes.</w:t>
            </w:r>
          </w:p>
        </w:tc>
        <w:tc>
          <w:tcPr>
            <w:tcW w:w="560" w:type="dxa"/>
          </w:tcPr>
          <w:p w14:paraId="0FFD7DD0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0AD0481E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84869" w14:paraId="49D7FBAC" w14:textId="77777777" w:rsidTr="003C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848E89D" w14:textId="77777777" w:rsidR="00584869" w:rsidRDefault="00584869" w:rsidP="002C715D">
            <w:r>
              <w:t>Programação CNC básica</w:t>
            </w:r>
          </w:p>
        </w:tc>
        <w:tc>
          <w:tcPr>
            <w:tcW w:w="3760" w:type="dxa"/>
          </w:tcPr>
          <w:p w14:paraId="2010C426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Corrigir pequenos erros de código e ajustar ciclos de usinagem para testes.</w:t>
            </w:r>
          </w:p>
        </w:tc>
        <w:tc>
          <w:tcPr>
            <w:tcW w:w="560" w:type="dxa"/>
          </w:tcPr>
          <w:p w14:paraId="3E41BC0C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7AD7F4D1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869" w14:paraId="72A93C00" w14:textId="77777777" w:rsidTr="003C3E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DDED829" w14:textId="77777777" w:rsidR="00584869" w:rsidRDefault="00584869" w:rsidP="002C715D">
            <w:r>
              <w:t>Mecânica industrial</w:t>
            </w:r>
          </w:p>
        </w:tc>
        <w:tc>
          <w:tcPr>
            <w:tcW w:w="3760" w:type="dxa"/>
          </w:tcPr>
          <w:p w14:paraId="6917A590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Desmontar, ajustar guias lineares, fusos de esferas, mancais e sistemas de transmissão.</w:t>
            </w:r>
          </w:p>
        </w:tc>
        <w:tc>
          <w:tcPr>
            <w:tcW w:w="560" w:type="dxa"/>
          </w:tcPr>
          <w:p w14:paraId="4B376B24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28161826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84869" w14:paraId="58241860" w14:textId="77777777" w:rsidTr="003C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16FAFCE" w14:textId="77777777" w:rsidR="00584869" w:rsidRDefault="00584869" w:rsidP="002C715D">
            <w:r>
              <w:t>Elétrica e eletrônica industrial</w:t>
            </w:r>
          </w:p>
        </w:tc>
        <w:tc>
          <w:tcPr>
            <w:tcW w:w="3760" w:type="dxa"/>
          </w:tcPr>
          <w:p w14:paraId="14B84994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Trocar cabos, sensores, motores, drives e interpretar esquemas elétricos.</w:t>
            </w:r>
          </w:p>
        </w:tc>
        <w:tc>
          <w:tcPr>
            <w:tcW w:w="560" w:type="dxa"/>
          </w:tcPr>
          <w:p w14:paraId="7CEB8123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71C61BC4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869" w14:paraId="5CCF4C29" w14:textId="77777777" w:rsidTr="003C3E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BC8038C" w14:textId="77777777" w:rsidR="00584869" w:rsidRDefault="00584869" w:rsidP="002C715D">
            <w:r>
              <w:t>Hidráulica e pneumática</w:t>
            </w:r>
          </w:p>
        </w:tc>
        <w:tc>
          <w:tcPr>
            <w:tcW w:w="3760" w:type="dxa"/>
          </w:tcPr>
          <w:p w14:paraId="433D088C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Manter sistemas de fixação, troca automática de ferramentas e sistemas auxiliares.</w:t>
            </w:r>
          </w:p>
        </w:tc>
        <w:tc>
          <w:tcPr>
            <w:tcW w:w="560" w:type="dxa"/>
          </w:tcPr>
          <w:p w14:paraId="177DB1E9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4C1F0352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84869" w14:paraId="602AA03C" w14:textId="77777777" w:rsidTr="003C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17A9A5E7" w14:textId="77777777" w:rsidR="00584869" w:rsidRDefault="00584869" w:rsidP="002C715D">
            <w:r>
              <w:t>Metrologia</w:t>
            </w:r>
          </w:p>
        </w:tc>
        <w:tc>
          <w:tcPr>
            <w:tcW w:w="3760" w:type="dxa"/>
          </w:tcPr>
          <w:p w14:paraId="624E3CB3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Usar paquímetro, micrômetro e relógio comparador para checar precisão da máquina.</w:t>
            </w:r>
          </w:p>
        </w:tc>
        <w:tc>
          <w:tcPr>
            <w:tcW w:w="560" w:type="dxa"/>
          </w:tcPr>
          <w:p w14:paraId="6E7B7831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11BECF7D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869" w14:paraId="2636C838" w14:textId="77777777" w:rsidTr="003C3E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5E5215FB" w14:textId="77777777" w:rsidR="00584869" w:rsidRDefault="00584869" w:rsidP="002C715D">
            <w:r>
              <w:t>Manutenção preventiva e corretiva</w:t>
            </w:r>
          </w:p>
        </w:tc>
        <w:tc>
          <w:tcPr>
            <w:tcW w:w="3760" w:type="dxa"/>
          </w:tcPr>
          <w:p w14:paraId="0E222583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Planejar trocas de peças, lubrificação e reagir a falhas inesperadas.</w:t>
            </w:r>
          </w:p>
        </w:tc>
        <w:tc>
          <w:tcPr>
            <w:tcW w:w="560" w:type="dxa"/>
          </w:tcPr>
          <w:p w14:paraId="4F05D893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2E524BE8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84869" w14:paraId="4B2883CE" w14:textId="77777777" w:rsidTr="003C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1EABC405" w14:textId="77777777" w:rsidR="00584869" w:rsidRDefault="00584869" w:rsidP="002C715D">
            <w:r>
              <w:t>Diagnóstico de falhas</w:t>
            </w:r>
          </w:p>
        </w:tc>
        <w:tc>
          <w:tcPr>
            <w:tcW w:w="3760" w:type="dxa"/>
          </w:tcPr>
          <w:p w14:paraId="3E8BA5B8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Identificar origem de problemas (mecânicos, elétricos ou de software).</w:t>
            </w:r>
          </w:p>
        </w:tc>
        <w:tc>
          <w:tcPr>
            <w:tcW w:w="560" w:type="dxa"/>
          </w:tcPr>
          <w:p w14:paraId="0E615CA3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482B960E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869" w14:paraId="45C0D2BA" w14:textId="77777777" w:rsidTr="003C3E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C55652D" w14:textId="77777777" w:rsidR="00584869" w:rsidRDefault="00584869" w:rsidP="002C715D">
            <w:r>
              <w:t>CAD/CAM básico</w:t>
            </w:r>
          </w:p>
        </w:tc>
        <w:tc>
          <w:tcPr>
            <w:tcW w:w="3760" w:type="dxa"/>
          </w:tcPr>
          <w:p w14:paraId="23176C68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Entender integração entre projeto e execução na máquina CNC.</w:t>
            </w:r>
          </w:p>
        </w:tc>
        <w:tc>
          <w:tcPr>
            <w:tcW w:w="560" w:type="dxa"/>
          </w:tcPr>
          <w:p w14:paraId="54A68B66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143EBC0C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84869" w14:paraId="6CBDDD83" w14:textId="77777777" w:rsidTr="003C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11611685" w14:textId="77777777" w:rsidR="00584869" w:rsidRDefault="00584869" w:rsidP="002C715D">
            <w:r>
              <w:t>Segurança do trabalho</w:t>
            </w:r>
          </w:p>
        </w:tc>
        <w:tc>
          <w:tcPr>
            <w:tcW w:w="3760" w:type="dxa"/>
          </w:tcPr>
          <w:p w14:paraId="54A9A3D6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Seguir normas de bloqueio de energia, </w:t>
            </w:r>
            <w:proofErr w:type="spellStart"/>
            <w:r>
              <w:t>EPI’s</w:t>
            </w:r>
            <w:proofErr w:type="spellEnd"/>
            <w:r>
              <w:t xml:space="preserve"> e boas práticas para evitar acidentes.</w:t>
            </w:r>
          </w:p>
        </w:tc>
        <w:tc>
          <w:tcPr>
            <w:tcW w:w="560" w:type="dxa"/>
          </w:tcPr>
          <w:p w14:paraId="0AFF3970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7C4B385A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869" w14:paraId="2245031E" w14:textId="77777777" w:rsidTr="003C3E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4AE7DE81" w14:textId="77777777" w:rsidR="00584869" w:rsidRDefault="00584869" w:rsidP="002C715D">
            <w:r>
              <w:t>Raciocínio lógico</w:t>
            </w:r>
          </w:p>
        </w:tc>
        <w:tc>
          <w:tcPr>
            <w:tcW w:w="3760" w:type="dxa"/>
          </w:tcPr>
          <w:p w14:paraId="3C4FD4B4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Resolver problemas de forma estruturada e rápida.</w:t>
            </w:r>
          </w:p>
        </w:tc>
        <w:tc>
          <w:tcPr>
            <w:tcW w:w="560" w:type="dxa"/>
          </w:tcPr>
          <w:p w14:paraId="5D9FCF10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56D77233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84869" w14:paraId="764B69A0" w14:textId="77777777" w:rsidTr="003C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4C9561A7" w14:textId="77777777" w:rsidR="00584869" w:rsidRDefault="00584869" w:rsidP="002C715D">
            <w:r>
              <w:t>Organização</w:t>
            </w:r>
          </w:p>
        </w:tc>
        <w:tc>
          <w:tcPr>
            <w:tcW w:w="3760" w:type="dxa"/>
          </w:tcPr>
          <w:p w14:paraId="19D00FA6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Manter registros de manutenção e ferramentas em ordem.</w:t>
            </w:r>
          </w:p>
        </w:tc>
        <w:tc>
          <w:tcPr>
            <w:tcW w:w="560" w:type="dxa"/>
          </w:tcPr>
          <w:p w14:paraId="5DF50DD2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1D202C2D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869" w14:paraId="2E7B92FE" w14:textId="77777777" w:rsidTr="003C3E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46201091" w14:textId="77777777" w:rsidR="00584869" w:rsidRDefault="00584869" w:rsidP="002C715D">
            <w:r>
              <w:t>Trabalho em equipe</w:t>
            </w:r>
          </w:p>
        </w:tc>
        <w:tc>
          <w:tcPr>
            <w:tcW w:w="3760" w:type="dxa"/>
          </w:tcPr>
          <w:p w14:paraId="572864D0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Colaborar com operadores e engenheiros para reduzir tempo de máquina parada.</w:t>
            </w:r>
          </w:p>
        </w:tc>
        <w:tc>
          <w:tcPr>
            <w:tcW w:w="560" w:type="dxa"/>
          </w:tcPr>
          <w:p w14:paraId="43B06D1C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62569413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84869" w14:paraId="2298F2A2" w14:textId="77777777" w:rsidTr="003C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55C2D7F0" w14:textId="77777777" w:rsidR="00584869" w:rsidRDefault="00584869" w:rsidP="002C715D">
            <w:r>
              <w:t>Comunicação clara</w:t>
            </w:r>
          </w:p>
        </w:tc>
        <w:tc>
          <w:tcPr>
            <w:tcW w:w="3760" w:type="dxa"/>
          </w:tcPr>
          <w:p w14:paraId="2EE2FED6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Relatar falhas e soluções no histórico da máquina.</w:t>
            </w:r>
          </w:p>
        </w:tc>
        <w:tc>
          <w:tcPr>
            <w:tcW w:w="560" w:type="dxa"/>
          </w:tcPr>
          <w:p w14:paraId="555719C1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0983DBEE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4869" w14:paraId="2C6B6C16" w14:textId="77777777" w:rsidTr="003C3E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0A0FB07" w14:textId="77777777" w:rsidR="00584869" w:rsidRDefault="00584869" w:rsidP="002C715D">
            <w:r>
              <w:t>Atualização constante</w:t>
            </w:r>
          </w:p>
        </w:tc>
        <w:tc>
          <w:tcPr>
            <w:tcW w:w="3760" w:type="dxa"/>
          </w:tcPr>
          <w:p w14:paraId="1ACB3501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Acompanhar novas tecnologias de automação e CNC.</w:t>
            </w:r>
          </w:p>
        </w:tc>
        <w:tc>
          <w:tcPr>
            <w:tcW w:w="560" w:type="dxa"/>
          </w:tcPr>
          <w:p w14:paraId="00BD2BB4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74423EAD" w14:textId="77777777" w:rsidR="00584869" w:rsidRDefault="00584869" w:rsidP="002C71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84869" w14:paraId="14C44492" w14:textId="77777777" w:rsidTr="003C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301E42F6" w14:textId="77777777" w:rsidR="00584869" w:rsidRDefault="00584869" w:rsidP="002C715D">
            <w:r>
              <w:t>Proatividade e responsabilidade</w:t>
            </w:r>
          </w:p>
        </w:tc>
        <w:tc>
          <w:tcPr>
            <w:tcW w:w="3760" w:type="dxa"/>
          </w:tcPr>
          <w:p w14:paraId="13FBAF56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Antecipar problemas e garantir a produtividade das máquinas.</w:t>
            </w:r>
          </w:p>
        </w:tc>
        <w:tc>
          <w:tcPr>
            <w:tcW w:w="560" w:type="dxa"/>
          </w:tcPr>
          <w:p w14:paraId="39823329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52F17938" w14:textId="77777777" w:rsidR="00584869" w:rsidRDefault="00584869" w:rsidP="002C7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63744CA" w14:textId="77777777" w:rsidR="00E82B54" w:rsidRDefault="00E82B54" w:rsidP="00C54AB4"/>
    <w:p w14:paraId="0FDF67B7" w14:textId="238F8456" w:rsidR="00E82B54" w:rsidRDefault="0020620B" w:rsidP="00E82B54">
      <w:pPr>
        <w:pStyle w:val="Ttulo2"/>
      </w:pPr>
      <w:r>
        <w:lastRenderedPageBreak/>
        <w:t>“</w:t>
      </w:r>
      <w:r w:rsidR="000B3859">
        <w:t>Mais a</w:t>
      </w:r>
      <w:r w:rsidR="00E82B54">
        <w:t>gora calma</w:t>
      </w:r>
      <w:r>
        <w:t>” fica tranquilo,</w:t>
      </w:r>
      <w:r w:rsidR="00E82B54">
        <w:t xml:space="preserve"> você </w:t>
      </w:r>
      <w:r>
        <w:t xml:space="preserve">precisa escolher seu curso </w:t>
      </w:r>
    </w:p>
    <w:p w14:paraId="43DF14DB" w14:textId="1051DABE" w:rsidR="00E82B54" w:rsidRDefault="00E82B54" w:rsidP="00C54AB4"/>
    <w:p w14:paraId="351BFBE2" w14:textId="0990AC3C" w:rsidR="0020620B" w:rsidRDefault="0020620B" w:rsidP="00C54AB4">
      <w:r>
        <w:t>Vamos pegar uma máquina de usinagem CNC como exemplo pois é uma máquina vastamente usada na indústria e que tem uma variedade de tecnologias que abriga todos tipos de profissionais para atuar em sua manutenção.</w:t>
      </w:r>
      <w:r w:rsidR="000B3859">
        <w:t xml:space="preserve"> Você escolhe uma parte para se qualificar de </w:t>
      </w:r>
      <w:proofErr w:type="spellStart"/>
      <w:r w:rsidR="000B3859">
        <w:t>inicio</w:t>
      </w:r>
      <w:proofErr w:type="spellEnd"/>
      <w:r w:rsidR="000B3859">
        <w:t xml:space="preserve"> OK.</w:t>
      </w:r>
      <w:r>
        <w:t xml:space="preserve"> </w:t>
      </w:r>
    </w:p>
    <w:p w14:paraId="6D87DF14" w14:textId="77777777" w:rsidR="00F20B50" w:rsidRDefault="00F20B50" w:rsidP="00C54AB4"/>
    <w:p w14:paraId="75673593" w14:textId="7FB72CA5" w:rsidR="00F20B50" w:rsidRDefault="00F20B50" w:rsidP="00F20B50">
      <w:pPr>
        <w:ind w:left="-567"/>
      </w:pPr>
      <w:r>
        <w:rPr>
          <w:noProof/>
        </w:rPr>
        <w:drawing>
          <wp:inline distT="0" distB="0" distL="0" distR="0" wp14:anchorId="5B17B032" wp14:editId="08ADB745">
            <wp:extent cx="6240780" cy="6240780"/>
            <wp:effectExtent l="0" t="0" r="7620" b="7620"/>
            <wp:docPr id="99395707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20E3" w14:textId="3A8A28B3" w:rsidR="0020620B" w:rsidRDefault="006176D7" w:rsidP="00C54AB4">
      <w:r>
        <w:lastRenderedPageBreak/>
        <w:t xml:space="preserve">Pinel de comando: </w:t>
      </w:r>
    </w:p>
    <w:p w14:paraId="26B441C4" w14:textId="2D22238C" w:rsidR="006176D7" w:rsidRDefault="006176D7" w:rsidP="00C54AB4">
      <w:r>
        <w:rPr>
          <w:noProof/>
        </w:rPr>
        <w:drawing>
          <wp:inline distT="0" distB="0" distL="0" distR="0" wp14:anchorId="659C105F" wp14:editId="679E9DD4">
            <wp:extent cx="3093720" cy="3093720"/>
            <wp:effectExtent l="0" t="0" r="0" b="0"/>
            <wp:docPr id="2048406757" name="Imagem 9" descr="COMANDO CNC 2 EIXOS TORNO CNC COM SUB-PAINEL PRECISÃO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ANDO CNC 2 EIXOS TORNO CNC COM SUB-PAINEL PRECISÃO 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92AF" w14:textId="2DD54522" w:rsidR="006176D7" w:rsidRDefault="006176D7" w:rsidP="00C54AB4">
      <w:r w:rsidRPr="006176D7">
        <w:t xml:space="preserve">Sobre cursos voltados para o painel de comando de torno CNC, há opções que abrangem desde a programação até a operação prática, focando no aprendizado do uso dos comandos e funções do painel. Um exemplo de curso inclui a programação e operação do torno CNC com comando </w:t>
      </w:r>
      <w:r w:rsidR="00064D4B">
        <w:t xml:space="preserve">Siemens ou </w:t>
      </w:r>
      <w:proofErr w:type="spellStart"/>
      <w:r w:rsidRPr="006176D7">
        <w:t>Fanuc</w:t>
      </w:r>
      <w:proofErr w:type="spellEnd"/>
      <w:r w:rsidRPr="006176D7">
        <w:t>, que envolve conhecer códigos G e M, criação e edição de programas no painel e simulação de usinagem. Outros cursos abordam a entrada manual de dados, operações iniciais e avaliação de geometria das peças para otimização da usinagem. Estes cursos são geralmente indicados para técnicos, engenheiros mecânicos, estudantes e profissionais que desejam atuar na área de usinagem CNC.</w:t>
      </w:r>
    </w:p>
    <w:p w14:paraId="6835EEFE" w14:textId="77777777" w:rsidR="0020620B" w:rsidRDefault="0020620B" w:rsidP="00C54AB4"/>
    <w:p w14:paraId="7A406141" w14:textId="77777777" w:rsidR="0020620B" w:rsidRDefault="0020620B" w:rsidP="00C54AB4"/>
    <w:sectPr w:rsidR="0020620B" w:rsidSect="00584869">
      <w:pgSz w:w="12240" w:h="15840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09332413">
    <w:abstractNumId w:val="8"/>
  </w:num>
  <w:num w:numId="2" w16cid:durableId="1779911622">
    <w:abstractNumId w:val="6"/>
  </w:num>
  <w:num w:numId="3" w16cid:durableId="1337004024">
    <w:abstractNumId w:val="5"/>
  </w:num>
  <w:num w:numId="4" w16cid:durableId="292828127">
    <w:abstractNumId w:val="4"/>
  </w:num>
  <w:num w:numId="5" w16cid:durableId="60325628">
    <w:abstractNumId w:val="7"/>
  </w:num>
  <w:num w:numId="6" w16cid:durableId="924538034">
    <w:abstractNumId w:val="3"/>
  </w:num>
  <w:num w:numId="7" w16cid:durableId="1670060899">
    <w:abstractNumId w:val="2"/>
  </w:num>
  <w:num w:numId="8" w16cid:durableId="366416029">
    <w:abstractNumId w:val="1"/>
  </w:num>
  <w:num w:numId="9" w16cid:durableId="1243368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4D4B"/>
    <w:rsid w:val="000B3859"/>
    <w:rsid w:val="00131895"/>
    <w:rsid w:val="0015074B"/>
    <w:rsid w:val="0020620B"/>
    <w:rsid w:val="0029639D"/>
    <w:rsid w:val="002B2ABA"/>
    <w:rsid w:val="0030782A"/>
    <w:rsid w:val="00322A01"/>
    <w:rsid w:val="00326F90"/>
    <w:rsid w:val="00386C09"/>
    <w:rsid w:val="003C3EAD"/>
    <w:rsid w:val="0042412F"/>
    <w:rsid w:val="00552F4F"/>
    <w:rsid w:val="00584869"/>
    <w:rsid w:val="005A1EE3"/>
    <w:rsid w:val="005F52A0"/>
    <w:rsid w:val="006176D7"/>
    <w:rsid w:val="008D1266"/>
    <w:rsid w:val="00AA1D8D"/>
    <w:rsid w:val="00B47730"/>
    <w:rsid w:val="00C54AB4"/>
    <w:rsid w:val="00CA104F"/>
    <w:rsid w:val="00CB0664"/>
    <w:rsid w:val="00D81B58"/>
    <w:rsid w:val="00E82B54"/>
    <w:rsid w:val="00F121B1"/>
    <w:rsid w:val="00F20B50"/>
    <w:rsid w:val="00FB40A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63207C"/>
  <w14:defaultImageDpi w14:val="300"/>
  <w15:docId w15:val="{1EF9D206-1FE8-4315-86E9-28AC56FE6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link w:val="SemEspaamentoChar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SemEspaamentoChar">
    <w:name w:val="Sem Espaçamento Char"/>
    <w:basedOn w:val="Fontepargpadro"/>
    <w:link w:val="SemEspaamento"/>
    <w:uiPriority w:val="1"/>
    <w:rsid w:val="00584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7</Pages>
  <Words>1068</Words>
  <Characters>5771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6826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RENATO CASTRO</cp:lastModifiedBy>
  <cp:revision>18</cp:revision>
  <dcterms:created xsi:type="dcterms:W3CDTF">2013-12-23T23:15:00Z</dcterms:created>
  <dcterms:modified xsi:type="dcterms:W3CDTF">2025-10-31T18:51:00Z</dcterms:modified>
  <cp:category/>
</cp:coreProperties>
</file>