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D90F0E" w14:textId="7A4645EF" w:rsidR="0023390D" w:rsidRDefault="0023390D">
      <w:pPr>
        <w:pStyle w:val="Heading1"/>
      </w:pPr>
      <w:bookmarkStart w:id="0" w:name="_GoBack"/>
      <w:bookmarkEnd w:id="0"/>
      <w:r>
        <w:rPr>
          <w:noProof/>
        </w:rPr>
        <w:drawing>
          <wp:inline distT="0" distB="0" distL="0" distR="0" wp14:anchorId="5A4EFF80" wp14:editId="0F6A451B">
            <wp:extent cx="1195754" cy="10623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BUSCANDO HEROES 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21209" cy="108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1895B65A" wp14:editId="4D047C0D">
            <wp:extent cx="2328204" cy="10081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AST HEROES ENTERTAINMENTE-LOGO oficial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46016" cy="1015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D22B3" w14:textId="77777777" w:rsidR="0023390D" w:rsidRDefault="0023390D">
      <w:pPr>
        <w:pStyle w:val="Heading1"/>
      </w:pPr>
    </w:p>
    <w:p w14:paraId="59587B19" w14:textId="6D2355BD" w:rsidR="006B4A37" w:rsidRDefault="0023390D">
      <w:pPr>
        <w:pStyle w:val="Heading1"/>
      </w:pPr>
      <w:r>
        <w:t>FORMULARIO DE INSCRIPCIÓN – BUSCANDO HÉROES</w:t>
      </w:r>
    </w:p>
    <w:p w14:paraId="32775B67" w14:textId="77777777" w:rsidR="006B4A37" w:rsidRDefault="0023390D">
      <w:r>
        <w:t>Para Padres, Madres o Encargados Legales</w:t>
      </w:r>
      <w:r>
        <w:br/>
        <w:t>Niños de 8 a 12 años</w:t>
      </w:r>
      <w:r>
        <w:br/>
      </w:r>
    </w:p>
    <w:p w14:paraId="27FA58C9" w14:textId="38A7F412" w:rsidR="006B4A37" w:rsidRDefault="0023390D">
      <w:pPr>
        <w:pStyle w:val="Heading2"/>
      </w:pPr>
      <w:proofErr w:type="spellStart"/>
      <w:r>
        <w:t>Información</w:t>
      </w:r>
      <w:proofErr w:type="spellEnd"/>
      <w:r>
        <w:t xml:space="preserve"> del Niño</w:t>
      </w:r>
    </w:p>
    <w:p w14:paraId="1E4B29B6" w14:textId="77777777" w:rsidR="0023390D" w:rsidRPr="0023390D" w:rsidRDefault="0023390D" w:rsidP="0023390D"/>
    <w:p w14:paraId="4A2CCCBE" w14:textId="2F896A4B" w:rsidR="006B4A37" w:rsidRDefault="0023390D">
      <w:proofErr w:type="spellStart"/>
      <w:r>
        <w:t>Nombre</w:t>
      </w:r>
      <w:proofErr w:type="spellEnd"/>
      <w:r>
        <w:t xml:space="preserve"> </w:t>
      </w:r>
      <w:proofErr w:type="spellStart"/>
      <w:r>
        <w:t>completo</w:t>
      </w:r>
      <w:proofErr w:type="spellEnd"/>
      <w:r>
        <w:t>: ________________________________________</w:t>
      </w:r>
    </w:p>
    <w:p w14:paraId="33B777EE" w14:textId="77777777" w:rsidR="006B4A37" w:rsidRDefault="0023390D">
      <w:r>
        <w:t>Edad: ______</w:t>
      </w:r>
    </w:p>
    <w:p w14:paraId="2080B650" w14:textId="77777777" w:rsidR="006B4A37" w:rsidRDefault="0023390D">
      <w:r>
        <w:t>Fecha de nacimiento: ____ / ____ / ______</w:t>
      </w:r>
    </w:p>
    <w:p w14:paraId="04DECE2B" w14:textId="77777777" w:rsidR="006B4A37" w:rsidRDefault="0023390D">
      <w:r>
        <w:t>Ciudad / Pueblo: ______________________________</w:t>
      </w:r>
    </w:p>
    <w:p w14:paraId="7297F673" w14:textId="23DC49BB" w:rsidR="006B4A37" w:rsidRDefault="006B4A37"/>
    <w:p w14:paraId="4AD687C6" w14:textId="45BF9E2E" w:rsidR="006B4A37" w:rsidRDefault="0023390D">
      <w:pPr>
        <w:pStyle w:val="Heading2"/>
      </w:pPr>
      <w:r>
        <w:t xml:space="preserve">Información del Padre, Madre o </w:t>
      </w:r>
      <w:proofErr w:type="spellStart"/>
      <w:r>
        <w:t>Encargado</w:t>
      </w:r>
      <w:proofErr w:type="spellEnd"/>
      <w:r>
        <w:t xml:space="preserve"> Legal</w:t>
      </w:r>
    </w:p>
    <w:p w14:paraId="632429DE" w14:textId="77777777" w:rsidR="0023390D" w:rsidRPr="0023390D" w:rsidRDefault="0023390D" w:rsidP="0023390D"/>
    <w:p w14:paraId="23238349" w14:textId="5B52A266" w:rsidR="006B4A37" w:rsidRDefault="0023390D">
      <w:proofErr w:type="spellStart"/>
      <w:r>
        <w:t>Nombre</w:t>
      </w:r>
      <w:proofErr w:type="spellEnd"/>
      <w:r>
        <w:t xml:space="preserve"> Padre: ______________________________________ </w:t>
      </w:r>
      <w:proofErr w:type="spellStart"/>
      <w:r>
        <w:t>Nombre</w:t>
      </w:r>
      <w:proofErr w:type="spellEnd"/>
      <w:r>
        <w:t xml:space="preserve"> Madre:_______________________________</w:t>
      </w:r>
    </w:p>
    <w:p w14:paraId="24703E85" w14:textId="77EBB6D1" w:rsidR="006B4A37" w:rsidRDefault="0023390D">
      <w:r>
        <w:t xml:space="preserve">Relación con el niño: Padre____ / Madre____ / </w:t>
      </w:r>
      <w:proofErr w:type="spellStart"/>
      <w:r>
        <w:t>Encargado</w:t>
      </w:r>
      <w:proofErr w:type="spellEnd"/>
      <w:r>
        <w:t xml:space="preserve"> ____</w:t>
      </w:r>
    </w:p>
    <w:p w14:paraId="011B343C" w14:textId="77777777" w:rsidR="006B4A37" w:rsidRDefault="0023390D">
      <w:r>
        <w:t>Teléfono: ______________________________</w:t>
      </w:r>
    </w:p>
    <w:p w14:paraId="0BAF92F4" w14:textId="77777777" w:rsidR="006B4A37" w:rsidRDefault="0023390D">
      <w:r>
        <w:t>Correo electrónico: ____________________________</w:t>
      </w:r>
    </w:p>
    <w:p w14:paraId="69A5541C" w14:textId="77777777" w:rsidR="006B4A37" w:rsidRDefault="0023390D">
      <w:pPr>
        <w:pStyle w:val="Heading2"/>
      </w:pPr>
      <w:r>
        <w:t>Talentos del Niño (Marque lo que aplique)</w:t>
      </w:r>
    </w:p>
    <w:p w14:paraId="0698A7BB" w14:textId="77777777" w:rsidR="006B4A37" w:rsidRDefault="0023390D">
      <w:r>
        <w:t>☐ Canta</w:t>
      </w:r>
    </w:p>
    <w:p w14:paraId="29675BCB" w14:textId="77777777" w:rsidR="006B4A37" w:rsidRDefault="0023390D">
      <w:r>
        <w:t>☐ Baila</w:t>
      </w:r>
    </w:p>
    <w:p w14:paraId="7D3950AF" w14:textId="77777777" w:rsidR="006B4A37" w:rsidRDefault="0023390D">
      <w:r>
        <w:lastRenderedPageBreak/>
        <w:t>☐ Actúa</w:t>
      </w:r>
    </w:p>
    <w:p w14:paraId="1AD956E4" w14:textId="77777777" w:rsidR="006B4A37" w:rsidRDefault="0023390D">
      <w:r>
        <w:t>☐ Toca instrumento (¿Cuál?: ______________________)</w:t>
      </w:r>
    </w:p>
    <w:p w14:paraId="1EE7327C" w14:textId="77777777" w:rsidR="006B4A37" w:rsidRDefault="0023390D">
      <w:r>
        <w:t>☐ Otro (Explique): ____________________________________</w:t>
      </w:r>
    </w:p>
    <w:p w14:paraId="268887BB" w14:textId="77777777" w:rsidR="006B4A37" w:rsidRDefault="0023390D">
      <w:pPr>
        <w:pStyle w:val="Heading2"/>
      </w:pPr>
      <w:r>
        <w:t>Video de Audición</w:t>
      </w:r>
    </w:p>
    <w:p w14:paraId="5ECBCBC0" w14:textId="77777777" w:rsidR="006B4A37" w:rsidRDefault="0023390D">
      <w:r>
        <w:t>Envíe un video corto (30-60 segundos) del niño cantando o bailando.</w:t>
      </w:r>
    </w:p>
    <w:p w14:paraId="021ED19B" w14:textId="647E545A" w:rsidR="006B4A37" w:rsidRDefault="0023390D">
      <w:proofErr w:type="spellStart"/>
      <w:r>
        <w:t>Puede</w:t>
      </w:r>
      <w:proofErr w:type="spellEnd"/>
      <w:r>
        <w:t xml:space="preserve"> </w:t>
      </w:r>
      <w:proofErr w:type="spellStart"/>
      <w:r>
        <w:t>enviarlo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WhatsApp al: 787-450-2049</w:t>
      </w:r>
    </w:p>
    <w:p w14:paraId="735BCD85" w14:textId="77777777" w:rsidR="006B4A37" w:rsidRDefault="0023390D">
      <w:pPr>
        <w:pStyle w:val="Heading2"/>
      </w:pPr>
      <w:r>
        <w:t>Autorización Básica</w:t>
      </w:r>
    </w:p>
    <w:p w14:paraId="23E85996" w14:textId="0ABF8A00" w:rsidR="006B4A37" w:rsidRDefault="0023390D">
      <w:proofErr w:type="spellStart"/>
      <w:r>
        <w:t>Yo</w:t>
      </w:r>
      <w:proofErr w:type="spellEnd"/>
      <w:r>
        <w:t>, (</w:t>
      </w:r>
      <w:proofErr w:type="spellStart"/>
      <w:r>
        <w:t>Nombre</w:t>
      </w:r>
      <w:proofErr w:type="spellEnd"/>
      <w:r>
        <w:t xml:space="preserve"> del padre/</w:t>
      </w:r>
      <w:proofErr w:type="spellStart"/>
      <w:r>
        <w:t>madre</w:t>
      </w:r>
      <w:proofErr w:type="spellEnd"/>
      <w:r>
        <w:t>/</w:t>
      </w:r>
      <w:proofErr w:type="spellStart"/>
      <w:r>
        <w:t>encargado</w:t>
      </w:r>
      <w:proofErr w:type="spellEnd"/>
      <w:r>
        <w:t xml:space="preserve">/a legal) ___________________________________________, ________________________________________ </w:t>
      </w:r>
      <w:proofErr w:type="spellStart"/>
      <w:r>
        <w:t>autorizo</w:t>
      </w:r>
      <w:proofErr w:type="spellEnd"/>
      <w:r>
        <w:t xml:space="preserve"> que mi </w:t>
      </w:r>
      <w:proofErr w:type="spellStart"/>
      <w:r>
        <w:t>hijo</w:t>
      </w:r>
      <w:proofErr w:type="spellEnd"/>
      <w:r>
        <w:t xml:space="preserve"> </w:t>
      </w:r>
      <w:proofErr w:type="spellStart"/>
      <w:r>
        <w:t>participe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el </w:t>
      </w:r>
      <w:proofErr w:type="spellStart"/>
      <w:r>
        <w:t>proceso</w:t>
      </w:r>
      <w:proofErr w:type="spellEnd"/>
      <w:r>
        <w:t xml:space="preserve"> de audición del proyecto Buscando Héroes, el cual es solo una preselección y no obliga a contrato.</w:t>
      </w:r>
    </w:p>
    <w:p w14:paraId="23C19A0C" w14:textId="77777777" w:rsidR="006B4A37" w:rsidRDefault="0023390D">
      <w:r>
        <w:t>Firmo únicamente para permitir comunicación y participación en audiciones iniciales.</w:t>
      </w:r>
      <w:r>
        <w:br/>
      </w:r>
    </w:p>
    <w:p w14:paraId="553F8DEF" w14:textId="5F70BE0E" w:rsidR="006B4A37" w:rsidRDefault="0023390D">
      <w:proofErr w:type="spellStart"/>
      <w:r>
        <w:t>Firma</w:t>
      </w:r>
      <w:proofErr w:type="spellEnd"/>
      <w:r>
        <w:t xml:space="preserve"> Padre o </w:t>
      </w:r>
      <w:proofErr w:type="spellStart"/>
      <w:r>
        <w:t>Encargado</w:t>
      </w:r>
      <w:proofErr w:type="spellEnd"/>
      <w:r>
        <w:t xml:space="preserve"> Legal: ____________________________   </w:t>
      </w:r>
      <w:proofErr w:type="spellStart"/>
      <w:r>
        <w:t>Fecha</w:t>
      </w:r>
      <w:proofErr w:type="spellEnd"/>
      <w:r>
        <w:t>: ____ / ____ / ______</w:t>
      </w:r>
    </w:p>
    <w:p w14:paraId="0427C352" w14:textId="59EBE1C3" w:rsidR="0023390D" w:rsidRDefault="0023390D">
      <w:proofErr w:type="spellStart"/>
      <w:r>
        <w:t>Firma</w:t>
      </w:r>
      <w:proofErr w:type="spellEnd"/>
      <w:r>
        <w:t xml:space="preserve"> Madre o </w:t>
      </w:r>
      <w:proofErr w:type="spellStart"/>
      <w:r>
        <w:t>Encargada</w:t>
      </w:r>
      <w:proofErr w:type="spellEnd"/>
      <w:r>
        <w:t xml:space="preserve"> Legal: ___________________________   </w:t>
      </w:r>
      <w:proofErr w:type="spellStart"/>
      <w:r>
        <w:t>Fecha</w:t>
      </w:r>
      <w:proofErr w:type="spellEnd"/>
      <w:r>
        <w:t>: ____/ ____/ _______</w:t>
      </w:r>
    </w:p>
    <w:p w14:paraId="0234DFEC" w14:textId="77777777" w:rsidR="006B4A37" w:rsidRDefault="0023390D">
      <w:pPr>
        <w:pStyle w:val="Heading2"/>
      </w:pPr>
      <w:r>
        <w:t>Consentimiento para Contacto</w:t>
      </w:r>
    </w:p>
    <w:p w14:paraId="417F08E5" w14:textId="77777777" w:rsidR="006B4A37" w:rsidRDefault="0023390D">
      <w:r>
        <w:t>☐ Acepto recibir mensajes por WhatsApp o correo para mantenerme informado(a) sobre audiciones, horarios y próximos pasos.</w:t>
      </w:r>
    </w:p>
    <w:p w14:paraId="418520D2" w14:textId="77777777" w:rsidR="006B4A37" w:rsidRDefault="0023390D">
      <w:r>
        <w:br/>
        <w:t>Gracias por apoyar el talento de tu hijo.</w:t>
      </w:r>
      <w:r>
        <w:br/>
        <w:t>Nuestra misión es inspirar, motivar y desarrollar a la nueva generación de artistas.</w:t>
      </w:r>
      <w:r>
        <w:br/>
      </w:r>
    </w:p>
    <w:p w14:paraId="2B48EAC9" w14:textId="77777777" w:rsidR="006B4A37" w:rsidRDefault="0023390D">
      <w:r>
        <w:t>Correo oficial: buscandoheroes5@gmail.com</w:t>
      </w:r>
    </w:p>
    <w:p w14:paraId="2763FA56" w14:textId="77777777" w:rsidR="006B4A37" w:rsidRDefault="0023390D">
      <w:r>
        <w:t>Página oficial: www.heroes5.com</w:t>
      </w:r>
    </w:p>
    <w:sectPr w:rsidR="006B4A37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3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3390D"/>
    <w:rsid w:val="0029639D"/>
    <w:rsid w:val="00326F90"/>
    <w:rsid w:val="006523F9"/>
    <w:rsid w:val="006B4A37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5C00A61"/>
  <w14:defaultImageDpi w14:val="300"/>
  <w15:docId w15:val="{364771A9-C91A-7D4C-93E3-EF14A8832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778F52A-E80C-D347-9154-3498D8C6EA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271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1813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Shirley Morales</cp:lastModifiedBy>
  <cp:revision>2</cp:revision>
  <dcterms:created xsi:type="dcterms:W3CDTF">2025-11-04T13:20:00Z</dcterms:created>
  <dcterms:modified xsi:type="dcterms:W3CDTF">2025-11-04T13:20:00Z</dcterms:modified>
  <cp:category/>
</cp:coreProperties>
</file>