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CE1" w:themeColor="background2"/>
  <w:body>
    <w:p w14:paraId="0A892469" w14:textId="15496328" w:rsidR="00A417F8" w:rsidRPr="00A417F8" w:rsidRDefault="00A417F8" w:rsidP="00A417F8">
      <w:pPr>
        <w:pStyle w:val="Heading1"/>
        <w:spacing w:line="240" w:lineRule="auto"/>
        <w:jc w:val="center"/>
        <w:rPr>
          <w:rFonts w:ascii="Modern No. 20" w:hAnsi="Modern No. 20"/>
          <w:sz w:val="40"/>
          <w:szCs w:val="40"/>
        </w:rPr>
      </w:pPr>
      <w:r w:rsidRPr="00A417F8">
        <w:rPr>
          <w:rFonts w:ascii="Modern No. 20" w:hAnsi="Modern No. 20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B6DBB97" wp14:editId="656FA21A">
            <wp:simplePos x="0" y="0"/>
            <wp:positionH relativeFrom="column">
              <wp:posOffset>2247583</wp:posOffset>
            </wp:positionH>
            <wp:positionV relativeFrom="paragraph">
              <wp:posOffset>-680720</wp:posOffset>
            </wp:positionV>
            <wp:extent cx="790575" cy="790575"/>
            <wp:effectExtent l="0" t="0" r="9525" b="9525"/>
            <wp:wrapNone/>
            <wp:docPr id="502388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88574" name="Picture 5023885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7F8">
        <w:rPr>
          <w:rFonts w:ascii="Modern No. 20" w:hAnsi="Modern No. 20"/>
          <w:sz w:val="40"/>
          <w:szCs w:val="40"/>
        </w:rPr>
        <w:t>LIFE MEMBERSHIP APPLICATION FORM</w:t>
      </w:r>
    </w:p>
    <w:p w14:paraId="247A12C7" w14:textId="5730F7E3" w:rsidR="00E3196D" w:rsidRPr="00E3196D" w:rsidRDefault="00000000" w:rsidP="00A417F8">
      <w:pPr>
        <w:spacing w:line="240" w:lineRule="auto"/>
        <w:jc w:val="center"/>
        <w:rPr>
          <w:rFonts w:ascii="Modern No. 20" w:hAnsi="Modern No. 20"/>
          <w:color w:val="943634" w:themeColor="accent2" w:themeShade="BF"/>
          <w:sz w:val="36"/>
          <w:szCs w:val="36"/>
        </w:rPr>
      </w:pPr>
      <w:r w:rsidRPr="00E3196D">
        <w:rPr>
          <w:rFonts w:ascii="Modern No. 20" w:hAnsi="Modern No. 20"/>
          <w:color w:val="943634" w:themeColor="accent2" w:themeShade="BF"/>
          <w:sz w:val="36"/>
          <w:szCs w:val="36"/>
        </w:rPr>
        <w:t>North Bengal Philosophers Association (NBPA)</w:t>
      </w:r>
    </w:p>
    <w:p w14:paraId="29FD8732" w14:textId="0CA2B2C8" w:rsidR="00C10670" w:rsidRPr="00E3196D" w:rsidRDefault="00E3196D" w:rsidP="00E3196D">
      <w:pPr>
        <w:spacing w:line="240" w:lineRule="auto"/>
        <w:jc w:val="center"/>
        <w:rPr>
          <w:b/>
          <w:bCs/>
          <w:lang w:val="en-IN"/>
        </w:rPr>
      </w:pPr>
      <w:r>
        <w:rPr>
          <w:rFonts w:ascii="Modern No. 20" w:hAnsi="Modern No. 20"/>
          <w:noProof/>
          <w:color w:val="C0504D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086C0" wp14:editId="7FF641F4">
                <wp:simplePos x="0" y="0"/>
                <wp:positionH relativeFrom="column">
                  <wp:posOffset>4766945</wp:posOffset>
                </wp:positionH>
                <wp:positionV relativeFrom="paragraph">
                  <wp:posOffset>261302</wp:posOffset>
                </wp:positionV>
                <wp:extent cx="1366837" cy="1485582"/>
                <wp:effectExtent l="57150" t="19050" r="81280" b="95885"/>
                <wp:wrapNone/>
                <wp:docPr id="103306149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837" cy="14855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67189" id="Rectangle 2" o:spid="_x0000_s1026" style="position:absolute;margin-left:375.35pt;margin-top:20.55pt;width:107.6pt;height:11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" filled="f" strokecolor="#622423 [1605]">
                <v:shadow on="t" color="black" opacity="22937f" origin=",.5" offset="0,.63889mm"/>
              </v:rect>
            </w:pict>
          </mc:Fallback>
        </mc:AlternateContent>
      </w:r>
      <w:r w:rsidRPr="00E3196D">
        <w:rPr>
          <w:b/>
          <w:bCs/>
          <w:lang w:val="en-IN"/>
        </w:rPr>
        <w:t>ESTD: 2023 Govt. REG. No. S0056397</w:t>
      </w:r>
      <w:r>
        <w:br/>
      </w:r>
      <w:r w:rsidR="00A417F8" w:rsidRPr="00A417F8">
        <w:rPr>
          <w:rFonts w:ascii="Baskerville Old Face" w:hAnsi="Baskerville Old Face" w:cs="Times New Roman"/>
          <w:b/>
          <w:bCs/>
          <w:sz w:val="24"/>
          <w:szCs w:val="24"/>
        </w:rPr>
        <w:t>(Circular Road, Newtown Para, Jalpaiguri, Pin- 735101)</w:t>
      </w:r>
    </w:p>
    <w:p w14:paraId="0A9620BF" w14:textId="77777777" w:rsidR="00A417F8" w:rsidRDefault="00A417F8" w:rsidP="00A417F8">
      <w:pPr>
        <w:spacing w:line="240" w:lineRule="auto"/>
        <w:jc w:val="center"/>
        <w:rPr>
          <w:rFonts w:ascii="Baskerville Old Face" w:hAnsi="Baskerville Old Face" w:cs="Times New Roman"/>
          <w:sz w:val="24"/>
          <w:szCs w:val="24"/>
        </w:rPr>
      </w:pPr>
    </w:p>
    <w:p w14:paraId="6E088B6E" w14:textId="77777777" w:rsidR="00E3196D" w:rsidRDefault="00E3196D" w:rsidP="00A417F8">
      <w:pPr>
        <w:spacing w:line="240" w:lineRule="auto"/>
        <w:jc w:val="center"/>
        <w:rPr>
          <w:rFonts w:ascii="Baskerville Old Face" w:hAnsi="Baskerville Old Face" w:cs="Times New Roman"/>
          <w:sz w:val="24"/>
          <w:szCs w:val="24"/>
        </w:rPr>
      </w:pPr>
    </w:p>
    <w:p w14:paraId="1BE12B3C" w14:textId="77777777" w:rsidR="00E3196D" w:rsidRDefault="00E3196D" w:rsidP="00A417F8">
      <w:pPr>
        <w:spacing w:line="240" w:lineRule="auto"/>
        <w:jc w:val="center"/>
        <w:rPr>
          <w:rFonts w:ascii="Baskerville Old Face" w:hAnsi="Baskerville Old Face" w:cs="Times New Roman"/>
          <w:sz w:val="24"/>
          <w:szCs w:val="24"/>
        </w:rPr>
      </w:pPr>
    </w:p>
    <w:p w14:paraId="3ADEEA87" w14:textId="77777777" w:rsidR="00E3196D" w:rsidRPr="00A417F8" w:rsidRDefault="00E3196D" w:rsidP="00A417F8">
      <w:pPr>
        <w:spacing w:line="240" w:lineRule="auto"/>
        <w:jc w:val="center"/>
        <w:rPr>
          <w:rFonts w:ascii="Baskerville Old Face" w:hAnsi="Baskerville Old Face" w:cs="Times New Roman"/>
          <w:sz w:val="24"/>
          <w:szCs w:val="24"/>
        </w:rPr>
      </w:pPr>
    </w:p>
    <w:p w14:paraId="7E3859C9" w14:textId="7EC95255" w:rsidR="00C10670" w:rsidRPr="00A417F8" w:rsidRDefault="00E3196D" w:rsidP="00A417F8">
      <w:pPr>
        <w:pStyle w:val="Heading2"/>
        <w:spacing w:line="360" w:lineRule="auto"/>
        <w:rPr>
          <w:rFonts w:ascii="Baskerville Old Face" w:hAnsi="Baskerville Old Face" w:cs="Times New Roman"/>
          <w:color w:val="943634" w:themeColor="accent2" w:themeShade="BF"/>
          <w:sz w:val="28"/>
          <w:szCs w:val="28"/>
        </w:rPr>
      </w:pPr>
      <w:r w:rsidRPr="00E319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084746" wp14:editId="5661615D">
                <wp:simplePos x="0" y="0"/>
                <wp:positionH relativeFrom="column">
                  <wp:posOffset>5224145</wp:posOffset>
                </wp:positionH>
                <wp:positionV relativeFrom="paragraph">
                  <wp:posOffset>50800</wp:posOffset>
                </wp:positionV>
                <wp:extent cx="600075" cy="285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784CD" w14:textId="2D3C0F3C" w:rsidR="00E3196D" w:rsidRDefault="00E3196D">
                            <w: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847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1.35pt;margin-top:4pt;width:47.2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" filled="f" stroked="f">
                <v:textbox>
                  <w:txbxContent>
                    <w:p w14:paraId="23E784CD" w14:textId="2D3C0F3C" w:rsidR="00E3196D" w:rsidRDefault="00E3196D">
                      <w: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 w:rsidRPr="00A417F8">
        <w:rPr>
          <w:rFonts w:ascii="Baskerville Old Face" w:hAnsi="Baskerville Old Face" w:cs="Times New Roman"/>
          <w:color w:val="943634" w:themeColor="accent2" w:themeShade="BF"/>
          <w:sz w:val="28"/>
          <w:szCs w:val="28"/>
        </w:rPr>
        <w:t>Personal Details</w:t>
      </w:r>
    </w:p>
    <w:p w14:paraId="52D95EF1" w14:textId="00FCD6CE" w:rsidR="00C10670" w:rsidRPr="00A417F8" w:rsidRDefault="00000000" w:rsidP="00A417F8">
      <w:pPr>
        <w:spacing w:line="36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A417F8">
        <w:rPr>
          <w:rFonts w:ascii="Times New Roman" w:hAnsi="Times New Roman" w:cs="Times New Roman"/>
          <w:sz w:val="24"/>
          <w:szCs w:val="24"/>
        </w:rPr>
        <w:t>Full Name (in Block Letters): _______________________________</w:t>
      </w:r>
      <w:r w:rsidR="00A417F8">
        <w:rPr>
          <w:rFonts w:ascii="Times New Roman" w:hAnsi="Times New Roman" w:cs="Times New Roman"/>
          <w:sz w:val="24"/>
          <w:szCs w:val="24"/>
        </w:rPr>
        <w:t>_______</w:t>
      </w:r>
      <w:r w:rsidRPr="00A417F8">
        <w:rPr>
          <w:rFonts w:ascii="Times New Roman" w:hAnsi="Times New Roman" w:cs="Times New Roman"/>
          <w:sz w:val="24"/>
          <w:szCs w:val="24"/>
        </w:rPr>
        <w:br/>
        <w:t>Date of Birth: ________________________________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  <w:t>Gender: Male / Female / Other</w:t>
      </w:r>
      <w:r w:rsidRPr="00A417F8">
        <w:rPr>
          <w:rFonts w:ascii="Times New Roman" w:hAnsi="Times New Roman" w:cs="Times New Roman"/>
          <w:sz w:val="24"/>
          <w:szCs w:val="24"/>
        </w:rPr>
        <w:br/>
      </w:r>
    </w:p>
    <w:p w14:paraId="781C252E" w14:textId="6E64BABF" w:rsidR="00C10670" w:rsidRPr="00A417F8" w:rsidRDefault="00000000" w:rsidP="00A417F8">
      <w:pPr>
        <w:pStyle w:val="Heading2"/>
        <w:spacing w:line="360" w:lineRule="auto"/>
        <w:rPr>
          <w:rFonts w:ascii="Baskerville Old Face" w:hAnsi="Baskerville Old Face"/>
          <w:color w:val="943634" w:themeColor="accent2" w:themeShade="BF"/>
          <w:sz w:val="28"/>
          <w:szCs w:val="28"/>
        </w:rPr>
      </w:pPr>
      <w:r w:rsidRPr="00A417F8">
        <w:rPr>
          <w:rFonts w:ascii="Baskerville Old Face" w:hAnsi="Baskerville Old Face"/>
          <w:color w:val="943634" w:themeColor="accent2" w:themeShade="BF"/>
          <w:sz w:val="28"/>
          <w:szCs w:val="28"/>
        </w:rPr>
        <w:t>Contact Information</w:t>
      </w:r>
    </w:p>
    <w:p w14:paraId="6ACB498C" w14:textId="0BE52C77" w:rsidR="00C10670" w:rsidRPr="00A417F8" w:rsidRDefault="00000000" w:rsidP="00A417F8">
      <w:pPr>
        <w:spacing w:line="36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A417F8">
        <w:rPr>
          <w:rFonts w:ascii="Times New Roman" w:hAnsi="Times New Roman" w:cs="Times New Roman"/>
          <w:sz w:val="24"/>
          <w:szCs w:val="24"/>
        </w:rPr>
        <w:t>Postal Address:</w:t>
      </w:r>
      <w:r w:rsidRPr="00A417F8">
        <w:rPr>
          <w:rFonts w:ascii="Times New Roman" w:hAnsi="Times New Roman" w:cs="Times New Roman"/>
          <w:sz w:val="24"/>
          <w:szCs w:val="24"/>
        </w:rPr>
        <w:br/>
        <w:t>______________________________________________</w:t>
      </w:r>
      <w:r w:rsidR="00A417F8">
        <w:rPr>
          <w:rFonts w:ascii="Times New Roman" w:hAnsi="Times New Roman" w:cs="Times New Roman"/>
          <w:sz w:val="24"/>
          <w:szCs w:val="24"/>
        </w:rPr>
        <w:t>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  <w:t>______________________________________________</w:t>
      </w:r>
      <w:r w:rsidR="00A417F8">
        <w:rPr>
          <w:rFonts w:ascii="Times New Roman" w:hAnsi="Times New Roman" w:cs="Times New Roman"/>
          <w:sz w:val="24"/>
          <w:szCs w:val="24"/>
        </w:rPr>
        <w:t>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  <w:t>Mobile Number</w:t>
      </w:r>
      <w:r w:rsidR="00A417F8">
        <w:rPr>
          <w:rFonts w:ascii="Times New Roman" w:hAnsi="Times New Roman" w:cs="Times New Roman"/>
          <w:sz w:val="24"/>
          <w:szCs w:val="24"/>
        </w:rPr>
        <w:t xml:space="preserve"> (WhatsApp)</w:t>
      </w:r>
      <w:r w:rsidRPr="00A417F8">
        <w:rPr>
          <w:rFonts w:ascii="Times New Roman" w:hAnsi="Times New Roman" w:cs="Times New Roman"/>
          <w:sz w:val="24"/>
          <w:szCs w:val="24"/>
        </w:rPr>
        <w:t>: ________________________________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  <w:t>Email ID: ________________________________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</w:r>
    </w:p>
    <w:p w14:paraId="66224375" w14:textId="46531D56" w:rsidR="00C10670" w:rsidRPr="00A417F8" w:rsidRDefault="00000000" w:rsidP="00A417F8">
      <w:pPr>
        <w:pStyle w:val="Heading2"/>
        <w:spacing w:line="360" w:lineRule="auto"/>
        <w:rPr>
          <w:rFonts w:ascii="Baskerville Old Face" w:hAnsi="Baskerville Old Face"/>
        </w:rPr>
      </w:pPr>
      <w:r w:rsidRPr="00A417F8">
        <w:rPr>
          <w:rFonts w:ascii="Baskerville Old Face" w:hAnsi="Baskerville Old Face"/>
          <w:color w:val="943634" w:themeColor="accent2" w:themeShade="BF"/>
          <w:sz w:val="28"/>
          <w:szCs w:val="28"/>
        </w:rPr>
        <w:t>Professional / Academic Details</w:t>
      </w:r>
      <w:r w:rsidRPr="00A417F8">
        <w:rPr>
          <w:rFonts w:ascii="Baskerville Old Face" w:hAnsi="Baskerville Old Face"/>
        </w:rPr>
        <w:br/>
        <w:t>Designation / Occupation: ________________________________</w:t>
      </w:r>
      <w:r w:rsidR="00E3196D">
        <w:rPr>
          <w:rFonts w:ascii="Baskerville Old Face" w:hAnsi="Baskerville Old Face"/>
        </w:rPr>
        <w:t>_____________</w:t>
      </w:r>
      <w:r w:rsidRPr="00A417F8">
        <w:rPr>
          <w:rFonts w:ascii="Baskerville Old Face" w:hAnsi="Baskerville Old Face"/>
        </w:rPr>
        <w:br/>
        <w:t>Institution / Organization: ________________________________</w:t>
      </w:r>
      <w:r w:rsidR="00E3196D">
        <w:rPr>
          <w:rFonts w:ascii="Baskerville Old Face" w:hAnsi="Baskerville Old Face"/>
        </w:rPr>
        <w:t>_____________</w:t>
      </w:r>
    </w:p>
    <w:p w14:paraId="4B82BB5E" w14:textId="295D28D3" w:rsidR="00C10670" w:rsidRPr="00A417F8" w:rsidRDefault="00FF6024" w:rsidP="00A417F8">
      <w:pPr>
        <w:pStyle w:val="Heading2"/>
        <w:spacing w:line="360" w:lineRule="auto"/>
        <w:rPr>
          <w:rFonts w:ascii="Baskerville Old Face" w:hAnsi="Baskerville Old Face"/>
          <w:color w:val="943634" w:themeColor="accent2" w:themeShade="BF"/>
        </w:rPr>
      </w:pPr>
      <w:r w:rsidRPr="00E319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6DE053" wp14:editId="0D1188C8">
                <wp:simplePos x="0" y="0"/>
                <wp:positionH relativeFrom="column">
                  <wp:posOffset>4062095</wp:posOffset>
                </wp:positionH>
                <wp:positionV relativeFrom="paragraph">
                  <wp:posOffset>134302</wp:posOffset>
                </wp:positionV>
                <wp:extent cx="2071370" cy="1490663"/>
                <wp:effectExtent l="0" t="0" r="0" b="0"/>
                <wp:wrapNone/>
                <wp:docPr id="1345837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1490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9681" w14:textId="56D63814" w:rsidR="00FF6024" w:rsidRPr="00FF6024" w:rsidRDefault="00FF6024" w:rsidP="00FF602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</w:pPr>
                            <w:r w:rsidRPr="00FF60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N"/>
                              </w:rPr>
                              <w:t>Account Name:</w:t>
                            </w:r>
                            <w:r w:rsidRPr="00FF60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 xml:space="preserve"> North Bengal Philosophers Association </w:t>
                            </w:r>
                          </w:p>
                          <w:p w14:paraId="308FADF8" w14:textId="06889FFC" w:rsidR="00FF6024" w:rsidRPr="00FF6024" w:rsidRDefault="00FF6024" w:rsidP="00FF602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</w:pPr>
                            <w:r w:rsidRPr="00FF60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N"/>
                              </w:rPr>
                              <w:t xml:space="preserve">A/C no. </w:t>
                            </w:r>
                            <w:r w:rsidRPr="00FF60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44604699754</w:t>
                            </w:r>
                          </w:p>
                          <w:p w14:paraId="5B6FBB78" w14:textId="276399D2" w:rsidR="00FF6024" w:rsidRPr="00FF6024" w:rsidRDefault="00FF6024" w:rsidP="00FF602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</w:pPr>
                            <w:r w:rsidRPr="00FF60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N"/>
                              </w:rPr>
                              <w:t xml:space="preserve">IFSC: </w:t>
                            </w:r>
                            <w:r w:rsidRPr="00FF60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SBIN0006829</w:t>
                            </w:r>
                          </w:p>
                          <w:p w14:paraId="1B6C9611" w14:textId="0DE44EAC" w:rsidR="00FF6024" w:rsidRDefault="00FF6024" w:rsidP="00FF602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</w:pPr>
                            <w:r w:rsidRPr="00FF60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N"/>
                              </w:rPr>
                              <w:t>Branch Code:</w:t>
                            </w:r>
                            <w:r w:rsidRPr="00FF60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 xml:space="preserve"> 6829</w:t>
                            </w:r>
                          </w:p>
                          <w:p w14:paraId="19E1C7F2" w14:textId="4EDA9A4A" w:rsidR="00FF6024" w:rsidRPr="00FF6024" w:rsidRDefault="00FF6024" w:rsidP="00FF602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N"/>
                              </w:rPr>
                            </w:pPr>
                            <w:r w:rsidRPr="00FF60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IN"/>
                              </w:rPr>
                              <w:t>Branch Name: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Champasari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, Siliguri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E053" id="_x0000_s1027" type="#_x0000_t202" style="position:absolute;margin-left:319.85pt;margin-top:10.55pt;width:163.1pt;height:11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" filled="f" stroked="f">
                <v:textbox>
                  <w:txbxContent>
                    <w:p w14:paraId="285A9681" w14:textId="56D63814" w:rsidR="00FF6024" w:rsidRPr="00FF6024" w:rsidRDefault="00FF6024" w:rsidP="00FF6024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</w:pPr>
                      <w:r w:rsidRPr="00FF602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N"/>
                        </w:rPr>
                        <w:t>Account Name:</w:t>
                      </w:r>
                      <w:r w:rsidRPr="00FF602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 xml:space="preserve"> North Bengal Philosophers Association </w:t>
                      </w:r>
                    </w:p>
                    <w:p w14:paraId="308FADF8" w14:textId="06889FFC" w:rsidR="00FF6024" w:rsidRPr="00FF6024" w:rsidRDefault="00FF6024" w:rsidP="00FF6024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</w:pPr>
                      <w:r w:rsidRPr="00FF602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N"/>
                        </w:rPr>
                        <w:t xml:space="preserve">A/C no. </w:t>
                      </w:r>
                      <w:r w:rsidRPr="00FF602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44604699754</w:t>
                      </w:r>
                    </w:p>
                    <w:p w14:paraId="5B6FBB78" w14:textId="276399D2" w:rsidR="00FF6024" w:rsidRPr="00FF6024" w:rsidRDefault="00FF6024" w:rsidP="00FF6024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</w:pPr>
                      <w:r w:rsidRPr="00FF602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N"/>
                        </w:rPr>
                        <w:t xml:space="preserve">IFSC: </w:t>
                      </w:r>
                      <w:r w:rsidRPr="00FF602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SBIN0006829</w:t>
                      </w:r>
                    </w:p>
                    <w:p w14:paraId="1B6C9611" w14:textId="0DE44EAC" w:rsidR="00FF6024" w:rsidRDefault="00FF6024" w:rsidP="00FF6024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</w:pPr>
                      <w:r w:rsidRPr="00FF602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N"/>
                        </w:rPr>
                        <w:t>Branch Code:</w:t>
                      </w:r>
                      <w:r w:rsidRPr="00FF602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 xml:space="preserve"> 6829</w:t>
                      </w:r>
                    </w:p>
                    <w:p w14:paraId="19E1C7F2" w14:textId="4EDA9A4A" w:rsidR="00FF6024" w:rsidRPr="00FF6024" w:rsidRDefault="00FF6024" w:rsidP="00FF6024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N"/>
                        </w:rPr>
                      </w:pPr>
                      <w:r w:rsidRPr="00FF602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IN"/>
                        </w:rPr>
                        <w:t>Branch Name: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Champasari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, Siliguri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A417F8">
        <w:rPr>
          <w:rFonts w:ascii="Baskerville Old Face" w:hAnsi="Baskerville Old Face"/>
          <w:color w:val="943634" w:themeColor="accent2" w:themeShade="BF"/>
        </w:rPr>
        <w:t>Membership Details</w:t>
      </w:r>
    </w:p>
    <w:p w14:paraId="715AD325" w14:textId="61A36177" w:rsidR="00C10670" w:rsidRPr="00A417F8" w:rsidRDefault="00000000" w:rsidP="00A417F8">
      <w:pPr>
        <w:spacing w:line="360" w:lineRule="auto"/>
        <w:rPr>
          <w:rFonts w:ascii="Modern No. 20" w:hAnsi="Modern No. 20" w:cs="Times New Roman"/>
          <w:sz w:val="24"/>
          <w:szCs w:val="24"/>
        </w:rPr>
      </w:pPr>
      <w:r w:rsidRPr="00A417F8">
        <w:rPr>
          <w:rFonts w:ascii="Times New Roman" w:hAnsi="Times New Roman" w:cs="Times New Roman"/>
          <w:sz w:val="24"/>
          <w:szCs w:val="24"/>
        </w:rPr>
        <w:t xml:space="preserve">Type of Membership: </w:t>
      </w:r>
      <w:r w:rsidRPr="00A417F8">
        <w:rPr>
          <w:rFonts w:ascii="Times New Roman" w:hAnsi="Times New Roman" w:cs="Times New Roman"/>
          <w:b/>
          <w:bCs/>
          <w:sz w:val="24"/>
          <w:szCs w:val="24"/>
        </w:rPr>
        <w:t>Life Membership</w:t>
      </w:r>
      <w:r w:rsidRPr="00A417F8">
        <w:rPr>
          <w:rFonts w:ascii="Times New Roman" w:hAnsi="Times New Roman" w:cs="Times New Roman"/>
          <w:sz w:val="24"/>
          <w:szCs w:val="24"/>
        </w:rPr>
        <w:br/>
        <w:t xml:space="preserve">Life Membership Fee: ₹ </w:t>
      </w:r>
      <w:r w:rsidR="00FF6024" w:rsidRPr="00FF6024">
        <w:rPr>
          <w:rFonts w:ascii="Times New Roman" w:hAnsi="Times New Roman" w:cs="Times New Roman"/>
          <w:b/>
          <w:bCs/>
          <w:sz w:val="24"/>
          <w:szCs w:val="24"/>
        </w:rPr>
        <w:t>5000/-</w:t>
      </w:r>
      <w:r w:rsidRPr="00A417F8">
        <w:rPr>
          <w:rFonts w:ascii="Times New Roman" w:hAnsi="Times New Roman" w:cs="Times New Roman"/>
          <w:sz w:val="24"/>
          <w:szCs w:val="24"/>
        </w:rPr>
        <w:br/>
        <w:t xml:space="preserve">Mode of Payment: </w:t>
      </w:r>
      <w:r w:rsidRPr="00A417F8">
        <w:rPr>
          <w:rFonts w:ascii="Times New Roman" w:hAnsi="Times New Roman" w:cs="Times New Roman"/>
          <w:b/>
          <w:bCs/>
          <w:sz w:val="24"/>
          <w:szCs w:val="24"/>
        </w:rPr>
        <w:t>Cash / Bank Transfer / UPI / Cheque / DD</w:t>
      </w:r>
      <w:r w:rsidRPr="00A417F8">
        <w:rPr>
          <w:rFonts w:ascii="Times New Roman" w:hAnsi="Times New Roman" w:cs="Times New Roman"/>
          <w:sz w:val="24"/>
          <w:szCs w:val="24"/>
        </w:rPr>
        <w:br/>
      </w:r>
      <w:r w:rsidRPr="00A417F8">
        <w:rPr>
          <w:rFonts w:ascii="Times New Roman" w:hAnsi="Times New Roman" w:cs="Times New Roman"/>
          <w:sz w:val="24"/>
          <w:szCs w:val="24"/>
        </w:rPr>
        <w:lastRenderedPageBreak/>
        <w:t>Transaction / Reference No.: ________________________________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  <w:t>Date of Payment: ________________________________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</w:r>
    </w:p>
    <w:p w14:paraId="44633604" w14:textId="77777777" w:rsidR="00C10670" w:rsidRPr="00A417F8" w:rsidRDefault="00000000" w:rsidP="00A417F8">
      <w:pPr>
        <w:pStyle w:val="Heading2"/>
        <w:spacing w:line="360" w:lineRule="auto"/>
        <w:rPr>
          <w:rFonts w:ascii="Baskerville Old Face" w:hAnsi="Baskerville Old Face"/>
          <w:color w:val="943634" w:themeColor="accent2" w:themeShade="BF"/>
        </w:rPr>
      </w:pPr>
      <w:r w:rsidRPr="00A417F8">
        <w:rPr>
          <w:rFonts w:ascii="Baskerville Old Face" w:hAnsi="Baskerville Old Face"/>
          <w:color w:val="943634" w:themeColor="accent2" w:themeShade="BF"/>
        </w:rPr>
        <w:t>Declaration</w:t>
      </w:r>
    </w:p>
    <w:p w14:paraId="57CFB0D0" w14:textId="77777777" w:rsidR="00A417F8" w:rsidRDefault="00000000" w:rsidP="00A417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17F8">
        <w:rPr>
          <w:rFonts w:ascii="Times New Roman" w:hAnsi="Times New Roman" w:cs="Times New Roman"/>
          <w:sz w:val="24"/>
          <w:szCs w:val="24"/>
        </w:rPr>
        <w:t xml:space="preserve">I hereby apply for Life Membership of the </w:t>
      </w:r>
      <w:r w:rsidRPr="00A417F8">
        <w:rPr>
          <w:rFonts w:ascii="Times New Roman" w:hAnsi="Times New Roman" w:cs="Times New Roman"/>
          <w:b/>
          <w:bCs/>
          <w:sz w:val="24"/>
          <w:szCs w:val="24"/>
        </w:rPr>
        <w:t>North Bengal Philosophers Association</w:t>
      </w:r>
      <w:r w:rsidRPr="00A417F8">
        <w:rPr>
          <w:rFonts w:ascii="Times New Roman" w:hAnsi="Times New Roman" w:cs="Times New Roman"/>
          <w:sz w:val="24"/>
          <w:szCs w:val="24"/>
        </w:rPr>
        <w:t xml:space="preserve"> (NBPA). I declare that the information provided above is true and correct to the best of my knowledge. I agree to abide by the rules and regulations of the Association.</w:t>
      </w:r>
      <w:r w:rsidRPr="00A417F8">
        <w:rPr>
          <w:rFonts w:ascii="Times New Roman" w:hAnsi="Times New Roman" w:cs="Times New Roman"/>
          <w:sz w:val="24"/>
          <w:szCs w:val="24"/>
        </w:rPr>
        <w:br/>
      </w:r>
      <w:r w:rsidRPr="00A417F8">
        <w:rPr>
          <w:rFonts w:ascii="Times New Roman" w:hAnsi="Times New Roman" w:cs="Times New Roman"/>
          <w:sz w:val="24"/>
          <w:szCs w:val="24"/>
        </w:rPr>
        <w:br/>
        <w:t>Place: ________________________________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  <w:t>Date: ________________________________</w:t>
      </w:r>
      <w:r w:rsidRPr="00A417F8">
        <w:rPr>
          <w:rFonts w:ascii="Times New Roman" w:hAnsi="Times New Roman" w:cs="Times New Roman"/>
          <w:sz w:val="24"/>
          <w:szCs w:val="24"/>
        </w:rPr>
        <w:br/>
        <w:t>Signature of the Applicant: ________________________________</w:t>
      </w:r>
    </w:p>
    <w:p w14:paraId="1BDEAAD0" w14:textId="77777777" w:rsidR="00A417F8" w:rsidRDefault="00A417F8" w:rsidP="00A417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1C0FCC" w14:textId="55BF02E3" w:rsidR="00C10670" w:rsidRPr="00A417F8" w:rsidRDefault="00000000" w:rsidP="00A417F8">
      <w:pPr>
        <w:spacing w:line="360" w:lineRule="auto"/>
        <w:rPr>
          <w:sz w:val="24"/>
          <w:szCs w:val="24"/>
        </w:rPr>
      </w:pPr>
      <w:r w:rsidRPr="00A417F8">
        <w:rPr>
          <w:sz w:val="24"/>
          <w:szCs w:val="24"/>
        </w:rPr>
        <w:br/>
      </w:r>
      <w:r w:rsidR="00A417F8">
        <w:rPr>
          <w:sz w:val="24"/>
          <w:szCs w:val="24"/>
        </w:rPr>
        <w:t>_________________________________________________________________________________________________</w:t>
      </w:r>
    </w:p>
    <w:p w14:paraId="2896BE82" w14:textId="77777777" w:rsidR="00C10670" w:rsidRDefault="00000000" w:rsidP="00A417F8">
      <w:pPr>
        <w:pStyle w:val="Heading2"/>
        <w:spacing w:line="360" w:lineRule="auto"/>
      </w:pPr>
      <w:r>
        <w:t>Office Use Only</w:t>
      </w:r>
    </w:p>
    <w:p w14:paraId="3A1739F3" w14:textId="62844F60" w:rsidR="00C10670" w:rsidRDefault="00000000" w:rsidP="00A417F8">
      <w:pPr>
        <w:spacing w:line="360" w:lineRule="auto"/>
      </w:pPr>
      <w:r>
        <w:t>Membership No.: ________________________________</w:t>
      </w:r>
      <w:r>
        <w:br/>
        <w:t>Date of Approval: ________________________________</w:t>
      </w:r>
      <w:r>
        <w:br/>
        <w:t>Receipt No.: ________________________________</w:t>
      </w:r>
      <w:r>
        <w:br/>
        <w:t>Authorized Signature: ________________________________</w:t>
      </w:r>
      <w:r>
        <w:br/>
        <w:t xml:space="preserve">Seal of the </w:t>
      </w:r>
      <w:proofErr w:type="spellStart"/>
      <w:r w:rsidR="00E3196D">
        <w:t>Organisation</w:t>
      </w:r>
      <w:proofErr w:type="spellEnd"/>
      <w:r>
        <w:br/>
      </w:r>
    </w:p>
    <w:sectPr w:rsidR="00C1067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D164D" w14:textId="77777777" w:rsidR="006D6410" w:rsidRDefault="006D6410" w:rsidP="00A417F8">
      <w:pPr>
        <w:spacing w:after="0" w:line="240" w:lineRule="auto"/>
      </w:pPr>
      <w:r>
        <w:separator/>
      </w:r>
    </w:p>
  </w:endnote>
  <w:endnote w:type="continuationSeparator" w:id="0">
    <w:p w14:paraId="480DCE69" w14:textId="77777777" w:rsidR="006D6410" w:rsidRDefault="006D6410" w:rsidP="00A4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29E94" w14:textId="77777777" w:rsidR="006D6410" w:rsidRDefault="006D6410" w:rsidP="00A417F8">
      <w:pPr>
        <w:spacing w:after="0" w:line="240" w:lineRule="auto"/>
      </w:pPr>
      <w:r>
        <w:separator/>
      </w:r>
    </w:p>
  </w:footnote>
  <w:footnote w:type="continuationSeparator" w:id="0">
    <w:p w14:paraId="50A7E30E" w14:textId="77777777" w:rsidR="006D6410" w:rsidRDefault="006D6410" w:rsidP="00A41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00231026">
    <w:abstractNumId w:val="8"/>
  </w:num>
  <w:num w:numId="2" w16cid:durableId="488375473">
    <w:abstractNumId w:val="6"/>
  </w:num>
  <w:num w:numId="3" w16cid:durableId="1937789819">
    <w:abstractNumId w:val="5"/>
  </w:num>
  <w:num w:numId="4" w16cid:durableId="128281655">
    <w:abstractNumId w:val="4"/>
  </w:num>
  <w:num w:numId="5" w16cid:durableId="1626348976">
    <w:abstractNumId w:val="7"/>
  </w:num>
  <w:num w:numId="6" w16cid:durableId="1695155653">
    <w:abstractNumId w:val="3"/>
  </w:num>
  <w:num w:numId="7" w16cid:durableId="313265042">
    <w:abstractNumId w:val="2"/>
  </w:num>
  <w:num w:numId="8" w16cid:durableId="341394526">
    <w:abstractNumId w:val="1"/>
  </w:num>
  <w:num w:numId="9" w16cid:durableId="188914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172E"/>
    <w:rsid w:val="0015074B"/>
    <w:rsid w:val="0029639D"/>
    <w:rsid w:val="00326F90"/>
    <w:rsid w:val="005F7083"/>
    <w:rsid w:val="006D6410"/>
    <w:rsid w:val="00A417F8"/>
    <w:rsid w:val="00AA1D8D"/>
    <w:rsid w:val="00B47730"/>
    <w:rsid w:val="00B91C19"/>
    <w:rsid w:val="00C10670"/>
    <w:rsid w:val="00CB0664"/>
    <w:rsid w:val="00E3196D"/>
    <w:rsid w:val="00FC693F"/>
    <w:rsid w:val="00F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F5A57C"/>
  <w14:defaultImageDpi w14:val="300"/>
  <w15:docId w15:val="{40F4815D-661E-47AA-8CE9-6FB217EE1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NIRANJAN ADHIKARY</cp:lastModifiedBy>
  <cp:revision>3</cp:revision>
  <cp:lastPrinted>2025-12-23T14:31:00Z</cp:lastPrinted>
  <dcterms:created xsi:type="dcterms:W3CDTF">2025-12-23T14:30:00Z</dcterms:created>
  <dcterms:modified xsi:type="dcterms:W3CDTF">2025-12-23T15:08:00Z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0ac602a2-0b51-48b3-9af5-255090466757</vt:lpwstr>
  </property>
</Properties>
</file>