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3213"/>
        <w:gridCol w:w="3213"/>
        <w:gridCol w:w="3213"/>
      </w:tblGrid>
      <w:tr w:rsidR="009F4238" w14:paraId="3EA7ADF1" w14:textId="77777777">
        <w:tc>
          <w:tcPr>
            <w:tcW w:w="3213" w:type="dxa"/>
            <w:vAlign w:val="center"/>
          </w:tcPr>
          <w:p w14:paraId="0CF16352" w14:textId="77777777" w:rsidR="009F4238" w:rsidRDefault="00000000">
            <w:pPr>
              <w:jc w:val="center"/>
            </w:pPr>
            <w:r>
              <w:rPr>
                <w:noProof/>
              </w:rPr>
              <w:drawing>
                <wp:inline distT="0" distB="0" distL="0" distR="0" wp14:anchorId="761F743C" wp14:editId="2FBB1A22">
                  <wp:extent cx="936000" cy="1180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_Logo.png"/>
                          <pic:cNvPicPr/>
                        </pic:nvPicPr>
                        <pic:blipFill>
                          <a:blip r:embed="rId6"/>
                          <a:stretch>
                            <a:fillRect/>
                          </a:stretch>
                        </pic:blipFill>
                        <pic:spPr>
                          <a:xfrm>
                            <a:off x="0" y="0"/>
                            <a:ext cx="936000" cy="1180328"/>
                          </a:xfrm>
                          <a:prstGeom prst="rect">
                            <a:avLst/>
                          </a:prstGeom>
                        </pic:spPr>
                      </pic:pic>
                    </a:graphicData>
                  </a:graphic>
                </wp:inline>
              </w:drawing>
            </w:r>
          </w:p>
        </w:tc>
        <w:tc>
          <w:tcPr>
            <w:tcW w:w="3213" w:type="dxa"/>
            <w:shd w:val="clear" w:color="auto" w:fill="1E6B3C"/>
            <w:tcMar>
              <w:top w:w="60" w:type="dxa"/>
              <w:left w:w="180" w:type="dxa"/>
              <w:bottom w:w="60" w:type="dxa"/>
              <w:right w:w="180" w:type="dxa"/>
            </w:tcMar>
            <w:vAlign w:val="center"/>
          </w:tcPr>
          <w:p w14:paraId="237C04E7" w14:textId="77777777" w:rsidR="009F4238" w:rsidRDefault="00000000">
            <w:pPr>
              <w:spacing w:before="50" w:after="10"/>
              <w:jc w:val="center"/>
            </w:pPr>
            <w:r>
              <w:rPr>
                <w:b/>
                <w:color w:val="FFFFFF"/>
                <w:sz w:val="40"/>
              </w:rPr>
              <w:t>VITACHOICE LTD</w:t>
            </w:r>
          </w:p>
          <w:p w14:paraId="67D4C9AA" w14:textId="77777777" w:rsidR="009F4238" w:rsidRDefault="00000000">
            <w:pPr>
              <w:spacing w:after="50"/>
              <w:jc w:val="center"/>
            </w:pPr>
            <w:r>
              <w:rPr>
                <w:i/>
                <w:color w:val="AADDDD"/>
                <w:sz w:val="18"/>
              </w:rPr>
              <w:t>Tổ Chức Từ Thiện Đã Đăng Ký  |  Registered Charity  |  DGR Approved</w:t>
            </w:r>
          </w:p>
        </w:tc>
        <w:tc>
          <w:tcPr>
            <w:tcW w:w="3213" w:type="dxa"/>
            <w:vAlign w:val="center"/>
          </w:tcPr>
          <w:p w14:paraId="69495DFD" w14:textId="77777777" w:rsidR="009F4238" w:rsidRDefault="00000000">
            <w:pPr>
              <w:jc w:val="right"/>
            </w:pPr>
            <w:r>
              <w:rPr>
                <w:noProof/>
              </w:rPr>
              <w:drawing>
                <wp:inline distT="0" distB="0" distL="0" distR="0" wp14:anchorId="37E65967" wp14:editId="1B009019">
                  <wp:extent cx="936000" cy="938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G-logo.png"/>
                          <pic:cNvPicPr/>
                        </pic:nvPicPr>
                        <pic:blipFill>
                          <a:blip r:embed="rId7"/>
                          <a:stretch>
                            <a:fillRect/>
                          </a:stretch>
                        </pic:blipFill>
                        <pic:spPr>
                          <a:xfrm>
                            <a:off x="0" y="0"/>
                            <a:ext cx="936000" cy="938317"/>
                          </a:xfrm>
                          <a:prstGeom prst="rect">
                            <a:avLst/>
                          </a:prstGeom>
                        </pic:spPr>
                      </pic:pic>
                    </a:graphicData>
                  </a:graphic>
                </wp:inline>
              </w:drawing>
            </w:r>
          </w:p>
        </w:tc>
      </w:tr>
    </w:tbl>
    <w:p w14:paraId="41C8DA21" w14:textId="77777777" w:rsidR="009F4238" w:rsidRDefault="009F4238">
      <w:pPr>
        <w:spacing w:line="80" w:lineRule="exact"/>
      </w:pPr>
    </w:p>
    <w:p w14:paraId="51650D30" w14:textId="77777777" w:rsidR="009F4238" w:rsidRDefault="009F4238">
      <w:pPr>
        <w:pBdr>
          <w:bottom w:val="single" w:sz="16" w:space="1" w:color="B8860B"/>
        </w:pBdr>
        <w:spacing w:after="0"/>
      </w:pPr>
    </w:p>
    <w:p w14:paraId="2CB7C52D" w14:textId="77777777" w:rsidR="009F4238" w:rsidRDefault="009F4238">
      <w:pPr>
        <w:spacing w:line="80" w:lineRule="exact"/>
      </w:pPr>
    </w:p>
    <w:p w14:paraId="211427EA" w14:textId="77777777" w:rsidR="009F4238" w:rsidRDefault="00000000">
      <w:pPr>
        <w:shd w:val="clear" w:color="auto" w:fill="1E6B3C"/>
        <w:spacing w:before="40" w:after="20"/>
        <w:ind w:left="170" w:right="170"/>
        <w:jc w:val="center"/>
      </w:pPr>
      <w:r>
        <w:rPr>
          <w:b/>
          <w:color w:val="FFFFFF"/>
          <w:sz w:val="28"/>
        </w:rPr>
        <w:t>ĐĂNG KÝ LÀM TÌNH NGUYỆN VIÊN CỦA VITACHOICE LTD</w:t>
      </w:r>
    </w:p>
    <w:p w14:paraId="1D4C0A4F" w14:textId="77777777" w:rsidR="009F4238" w:rsidRDefault="00000000">
      <w:pPr>
        <w:shd w:val="clear" w:color="auto" w:fill="007B7F"/>
        <w:spacing w:after="40"/>
        <w:ind w:left="170" w:right="170"/>
        <w:jc w:val="center"/>
      </w:pPr>
      <w:r>
        <w:rPr>
          <w:b/>
          <w:color w:val="CCFFFF"/>
        </w:rPr>
        <w:t>VITACHOICE LTD — VOLUNTEER REGISTRATION FORM</w:t>
      </w:r>
    </w:p>
    <w:p w14:paraId="09344B6C" w14:textId="77777777" w:rsidR="009F4238" w:rsidRDefault="009F4238">
      <w:pPr>
        <w:spacing w:line="80" w:lineRule="exact"/>
      </w:pPr>
    </w:p>
    <w:p w14:paraId="363E3617" w14:textId="77777777" w:rsidR="009F4238" w:rsidRDefault="00000000" w:rsidP="00A315CF">
      <w:pPr>
        <w:shd w:val="clear" w:color="auto" w:fill="E8F5EE"/>
        <w:spacing w:before="40" w:after="60"/>
        <w:ind w:left="283" w:right="283"/>
      </w:pPr>
      <w:r>
        <w:rPr>
          <w:i/>
          <w:color w:val="1A4A2A"/>
          <w:sz w:val="21"/>
        </w:rPr>
        <w:t>VitaChoice LTD kính mời bạn tham gia đội ngũ tình nguyện viên, cùng chúng tôi nâng cao nhận thức và phòng ngừa tiểu đường tuýp 2 trong cộng đồng.</w:t>
      </w:r>
      <w:r>
        <w:rPr>
          <w:i/>
          <w:color w:val="2A6A3A"/>
          <w:sz w:val="19"/>
        </w:rPr>
        <w:br/>
        <w:t>VitaChoice LTD cordially invites you to join our volunteer team to raise awareness and prevent Type 2 Diabetes in the community.</w:t>
      </w:r>
    </w:p>
    <w:p w14:paraId="0BADF19E" w14:textId="77777777" w:rsidR="009F4238" w:rsidRDefault="009F4238">
      <w:pPr>
        <w:spacing w:line="100" w:lineRule="exact"/>
      </w:pPr>
    </w:p>
    <w:p w14:paraId="2B1AE509" w14:textId="77777777" w:rsidR="009F4238" w:rsidRDefault="00000000">
      <w:pPr>
        <w:shd w:val="clear" w:color="auto" w:fill="1E6B3C"/>
        <w:spacing w:before="140" w:after="80"/>
        <w:ind w:left="170"/>
      </w:pPr>
      <w:r>
        <w:rPr>
          <w:b/>
          <w:color w:val="FFFFFF"/>
          <w:sz w:val="23"/>
        </w:rPr>
        <w:t xml:space="preserve">  1.  THÔNG TIN CÁ NHÂN  </w:t>
      </w:r>
      <w:r>
        <w:rPr>
          <w:i/>
          <w:color w:val="CCFFFF"/>
          <w:sz w:val="20"/>
        </w:rPr>
        <w:t>/ PERSONAL INFORMATION</w:t>
      </w:r>
    </w:p>
    <w:tbl>
      <w:tblPr>
        <w:tblW w:w="0" w:type="auto"/>
        <w:tblLook w:val="04A0" w:firstRow="1" w:lastRow="0" w:firstColumn="1" w:lastColumn="0" w:noHBand="0" w:noVBand="1"/>
      </w:tblPr>
      <w:tblGrid>
        <w:gridCol w:w="1538"/>
        <w:gridCol w:w="8100"/>
      </w:tblGrid>
      <w:tr w:rsidR="009F4238" w14:paraId="41FDE90D" w14:textId="77777777" w:rsidTr="00A315CF">
        <w:tc>
          <w:tcPr>
            <w:tcW w:w="1538" w:type="dxa"/>
            <w:shd w:val="clear" w:color="auto" w:fill="F0F2F5"/>
            <w:tcMar>
              <w:top w:w="60" w:type="dxa"/>
              <w:left w:w="120" w:type="dxa"/>
              <w:bottom w:w="60" w:type="dxa"/>
              <w:right w:w="80" w:type="dxa"/>
            </w:tcMar>
            <w:vAlign w:val="center"/>
          </w:tcPr>
          <w:p w14:paraId="41D14B4F" w14:textId="77777777" w:rsidR="009F4238" w:rsidRDefault="00000000">
            <w:pPr>
              <w:spacing w:before="20" w:after="20"/>
            </w:pPr>
            <w:proofErr w:type="spellStart"/>
            <w:r>
              <w:rPr>
                <w:b/>
                <w:color w:val="003060"/>
                <w:sz w:val="20"/>
              </w:rPr>
              <w:t>Họ</w:t>
            </w:r>
            <w:proofErr w:type="spellEnd"/>
            <w:r>
              <w:rPr>
                <w:b/>
                <w:color w:val="003060"/>
                <w:sz w:val="20"/>
              </w:rPr>
              <w:t xml:space="preserve"> </w:t>
            </w:r>
            <w:proofErr w:type="spellStart"/>
            <w:r>
              <w:rPr>
                <w:b/>
                <w:color w:val="003060"/>
                <w:sz w:val="20"/>
              </w:rPr>
              <w:t>và</w:t>
            </w:r>
            <w:proofErr w:type="spellEnd"/>
            <w:r>
              <w:rPr>
                <w:b/>
                <w:color w:val="003060"/>
                <w:sz w:val="20"/>
              </w:rPr>
              <w:t xml:space="preserve"> </w:t>
            </w:r>
            <w:proofErr w:type="spellStart"/>
            <w:r>
              <w:rPr>
                <w:b/>
                <w:color w:val="003060"/>
                <w:sz w:val="20"/>
              </w:rPr>
              <w:t>tên</w:t>
            </w:r>
            <w:proofErr w:type="spellEnd"/>
            <w:r>
              <w:rPr>
                <w:b/>
                <w:color w:val="003060"/>
                <w:sz w:val="20"/>
              </w:rPr>
              <w:t>:</w:t>
            </w:r>
            <w:r>
              <w:rPr>
                <w:i/>
                <w:color w:val="555555"/>
                <w:sz w:val="18"/>
              </w:rPr>
              <w:br/>
              <w:t>Full Name:</w:t>
            </w:r>
          </w:p>
        </w:tc>
        <w:tc>
          <w:tcPr>
            <w:tcW w:w="8100" w:type="dxa"/>
            <w:shd w:val="clear" w:color="auto" w:fill="FFFFFF"/>
            <w:tcMar>
              <w:top w:w="60" w:type="dxa"/>
              <w:left w:w="100" w:type="dxa"/>
              <w:bottom w:w="60" w:type="dxa"/>
              <w:right w:w="80" w:type="dxa"/>
            </w:tcMar>
          </w:tcPr>
          <w:p w14:paraId="1542E2A7" w14:textId="77777777" w:rsidR="009F4238" w:rsidRDefault="009F4238">
            <w:pPr>
              <w:pBdr>
                <w:bottom w:val="single" w:sz="8" w:space="1" w:color="007B7F"/>
              </w:pBdr>
              <w:spacing w:before="20" w:after="20"/>
            </w:pPr>
          </w:p>
        </w:tc>
      </w:tr>
    </w:tbl>
    <w:p w14:paraId="44E25D08" w14:textId="77777777" w:rsidR="009F4238" w:rsidRDefault="009F4238">
      <w:pPr>
        <w:spacing w:line="40" w:lineRule="exact"/>
      </w:pPr>
    </w:p>
    <w:tbl>
      <w:tblPr>
        <w:tblW w:w="0" w:type="auto"/>
        <w:tblLook w:val="04A0" w:firstRow="1" w:lastRow="0" w:firstColumn="1" w:lastColumn="0" w:noHBand="0" w:noVBand="1"/>
      </w:tblPr>
      <w:tblGrid>
        <w:gridCol w:w="1518"/>
        <w:gridCol w:w="3300"/>
        <w:gridCol w:w="1519"/>
        <w:gridCol w:w="3299"/>
      </w:tblGrid>
      <w:tr w:rsidR="009F4238" w14:paraId="30D13AF4" w14:textId="77777777" w:rsidTr="00A315CF">
        <w:tc>
          <w:tcPr>
            <w:tcW w:w="1518" w:type="dxa"/>
            <w:shd w:val="clear" w:color="auto" w:fill="F0F2F5"/>
            <w:tcMar>
              <w:top w:w="60" w:type="dxa"/>
              <w:left w:w="100" w:type="dxa"/>
              <w:bottom w:w="60" w:type="dxa"/>
              <w:right w:w="60" w:type="dxa"/>
            </w:tcMar>
            <w:vAlign w:val="center"/>
          </w:tcPr>
          <w:p w14:paraId="3B17D66C" w14:textId="77777777" w:rsidR="009F4238" w:rsidRDefault="00000000">
            <w:pPr>
              <w:spacing w:before="20" w:after="20"/>
            </w:pPr>
            <w:proofErr w:type="spellStart"/>
            <w:r>
              <w:rPr>
                <w:b/>
                <w:color w:val="003060"/>
                <w:sz w:val="20"/>
              </w:rPr>
              <w:t>Ngày</w:t>
            </w:r>
            <w:proofErr w:type="spellEnd"/>
            <w:r>
              <w:rPr>
                <w:b/>
                <w:color w:val="003060"/>
                <w:sz w:val="20"/>
              </w:rPr>
              <w:t xml:space="preserve"> </w:t>
            </w:r>
            <w:proofErr w:type="spellStart"/>
            <w:r>
              <w:rPr>
                <w:b/>
                <w:color w:val="003060"/>
                <w:sz w:val="20"/>
              </w:rPr>
              <w:t>sinh</w:t>
            </w:r>
            <w:proofErr w:type="spellEnd"/>
            <w:r>
              <w:rPr>
                <w:b/>
                <w:color w:val="003060"/>
                <w:sz w:val="20"/>
              </w:rPr>
              <w:t>:</w:t>
            </w:r>
            <w:r>
              <w:rPr>
                <w:i/>
                <w:color w:val="555555"/>
                <w:sz w:val="17"/>
              </w:rPr>
              <w:br/>
              <w:t>Date of Birth:</w:t>
            </w:r>
          </w:p>
        </w:tc>
        <w:tc>
          <w:tcPr>
            <w:tcW w:w="3300" w:type="dxa"/>
            <w:shd w:val="clear" w:color="auto" w:fill="FFFFFF"/>
            <w:tcMar>
              <w:top w:w="60" w:type="dxa"/>
              <w:left w:w="80" w:type="dxa"/>
              <w:bottom w:w="60" w:type="dxa"/>
              <w:right w:w="60" w:type="dxa"/>
            </w:tcMar>
          </w:tcPr>
          <w:p w14:paraId="1C89B0E6" w14:textId="77777777" w:rsidR="009F4238" w:rsidRDefault="009F4238">
            <w:pPr>
              <w:pBdr>
                <w:bottom w:val="single" w:sz="8" w:space="1" w:color="007B7F"/>
              </w:pBdr>
              <w:spacing w:before="20" w:after="20"/>
            </w:pPr>
          </w:p>
        </w:tc>
        <w:tc>
          <w:tcPr>
            <w:tcW w:w="1519" w:type="dxa"/>
            <w:shd w:val="clear" w:color="auto" w:fill="F0F2F5"/>
            <w:tcMar>
              <w:top w:w="60" w:type="dxa"/>
              <w:left w:w="100" w:type="dxa"/>
              <w:bottom w:w="60" w:type="dxa"/>
              <w:right w:w="60" w:type="dxa"/>
            </w:tcMar>
            <w:vAlign w:val="center"/>
          </w:tcPr>
          <w:p w14:paraId="69541BDA" w14:textId="77777777" w:rsidR="009F4238" w:rsidRDefault="00000000">
            <w:pPr>
              <w:spacing w:before="20" w:after="20"/>
            </w:pPr>
            <w:r>
              <w:rPr>
                <w:b/>
                <w:color w:val="003060"/>
                <w:sz w:val="20"/>
              </w:rPr>
              <w:t>Số điện thoại:</w:t>
            </w:r>
            <w:r>
              <w:rPr>
                <w:i/>
                <w:color w:val="555555"/>
                <w:sz w:val="17"/>
              </w:rPr>
              <w:br/>
              <w:t>Phone Number:</w:t>
            </w:r>
          </w:p>
        </w:tc>
        <w:tc>
          <w:tcPr>
            <w:tcW w:w="3299" w:type="dxa"/>
            <w:shd w:val="clear" w:color="auto" w:fill="FFFFFF"/>
            <w:tcMar>
              <w:top w:w="60" w:type="dxa"/>
              <w:left w:w="80" w:type="dxa"/>
              <w:bottom w:w="60" w:type="dxa"/>
              <w:right w:w="60" w:type="dxa"/>
            </w:tcMar>
          </w:tcPr>
          <w:p w14:paraId="5ABD7227" w14:textId="77777777" w:rsidR="009F4238" w:rsidRDefault="009F4238">
            <w:pPr>
              <w:pBdr>
                <w:bottom w:val="single" w:sz="8" w:space="1" w:color="007B7F"/>
              </w:pBdr>
              <w:spacing w:before="20" w:after="20"/>
            </w:pPr>
          </w:p>
        </w:tc>
      </w:tr>
    </w:tbl>
    <w:p w14:paraId="65CF74FC" w14:textId="77777777" w:rsidR="009F4238" w:rsidRDefault="009F4238">
      <w:pPr>
        <w:spacing w:line="40" w:lineRule="exact"/>
      </w:pPr>
    </w:p>
    <w:tbl>
      <w:tblPr>
        <w:tblW w:w="0" w:type="auto"/>
        <w:tblLook w:val="04A0" w:firstRow="1" w:lastRow="0" w:firstColumn="1" w:lastColumn="0" w:noHBand="0" w:noVBand="1"/>
      </w:tblPr>
      <w:tblGrid>
        <w:gridCol w:w="1538"/>
        <w:gridCol w:w="8100"/>
      </w:tblGrid>
      <w:tr w:rsidR="009F4238" w14:paraId="000C6DBB" w14:textId="77777777" w:rsidTr="00A315CF">
        <w:tc>
          <w:tcPr>
            <w:tcW w:w="1538" w:type="dxa"/>
            <w:shd w:val="clear" w:color="auto" w:fill="F0F2F5"/>
            <w:tcMar>
              <w:top w:w="60" w:type="dxa"/>
              <w:left w:w="120" w:type="dxa"/>
              <w:bottom w:w="60" w:type="dxa"/>
              <w:right w:w="80" w:type="dxa"/>
            </w:tcMar>
            <w:vAlign w:val="center"/>
          </w:tcPr>
          <w:p w14:paraId="62C7D949" w14:textId="77777777" w:rsidR="009F4238" w:rsidRDefault="00000000">
            <w:pPr>
              <w:spacing w:before="20" w:after="20"/>
            </w:pPr>
            <w:r>
              <w:rPr>
                <w:b/>
                <w:color w:val="003060"/>
                <w:sz w:val="20"/>
              </w:rPr>
              <w:t>Email:</w:t>
            </w:r>
            <w:r>
              <w:rPr>
                <w:i/>
                <w:color w:val="555555"/>
                <w:sz w:val="18"/>
              </w:rPr>
              <w:br/>
              <w:t>Email Address:</w:t>
            </w:r>
          </w:p>
        </w:tc>
        <w:tc>
          <w:tcPr>
            <w:tcW w:w="8100" w:type="dxa"/>
            <w:shd w:val="clear" w:color="auto" w:fill="FFFFFF"/>
            <w:tcMar>
              <w:top w:w="60" w:type="dxa"/>
              <w:left w:w="100" w:type="dxa"/>
              <w:bottom w:w="60" w:type="dxa"/>
              <w:right w:w="80" w:type="dxa"/>
            </w:tcMar>
          </w:tcPr>
          <w:p w14:paraId="27E7BB62" w14:textId="77777777" w:rsidR="009F4238" w:rsidRDefault="009F4238">
            <w:pPr>
              <w:pBdr>
                <w:bottom w:val="single" w:sz="8" w:space="1" w:color="007B7F"/>
              </w:pBdr>
              <w:spacing w:before="20" w:after="20"/>
            </w:pPr>
          </w:p>
        </w:tc>
      </w:tr>
    </w:tbl>
    <w:p w14:paraId="77DA4B37" w14:textId="77777777" w:rsidR="009F4238" w:rsidRDefault="009F4238">
      <w:pPr>
        <w:spacing w:line="40" w:lineRule="exact"/>
      </w:pPr>
    </w:p>
    <w:tbl>
      <w:tblPr>
        <w:tblW w:w="0" w:type="auto"/>
        <w:tblLook w:val="04A0" w:firstRow="1" w:lastRow="0" w:firstColumn="1" w:lastColumn="0" w:noHBand="0" w:noVBand="1"/>
      </w:tblPr>
      <w:tblGrid>
        <w:gridCol w:w="1538"/>
        <w:gridCol w:w="8100"/>
      </w:tblGrid>
      <w:tr w:rsidR="009F4238" w14:paraId="5BD0B463" w14:textId="77777777" w:rsidTr="00A315CF">
        <w:tc>
          <w:tcPr>
            <w:tcW w:w="1538" w:type="dxa"/>
            <w:shd w:val="clear" w:color="auto" w:fill="F0F2F5"/>
            <w:tcMar>
              <w:top w:w="60" w:type="dxa"/>
              <w:left w:w="120" w:type="dxa"/>
              <w:bottom w:w="60" w:type="dxa"/>
              <w:right w:w="80" w:type="dxa"/>
            </w:tcMar>
            <w:vAlign w:val="center"/>
          </w:tcPr>
          <w:p w14:paraId="0C84643D" w14:textId="77777777" w:rsidR="009F4238" w:rsidRDefault="00000000">
            <w:pPr>
              <w:spacing w:before="20" w:after="20"/>
            </w:pPr>
            <w:proofErr w:type="spellStart"/>
            <w:r>
              <w:rPr>
                <w:b/>
                <w:color w:val="003060"/>
                <w:sz w:val="20"/>
              </w:rPr>
              <w:t>Địa</w:t>
            </w:r>
            <w:proofErr w:type="spellEnd"/>
            <w:r>
              <w:rPr>
                <w:b/>
                <w:color w:val="003060"/>
                <w:sz w:val="20"/>
              </w:rPr>
              <w:t xml:space="preserve"> </w:t>
            </w:r>
            <w:proofErr w:type="spellStart"/>
            <w:r>
              <w:rPr>
                <w:b/>
                <w:color w:val="003060"/>
                <w:sz w:val="20"/>
              </w:rPr>
              <w:t>chỉ</w:t>
            </w:r>
            <w:proofErr w:type="spellEnd"/>
            <w:r>
              <w:rPr>
                <w:b/>
                <w:color w:val="003060"/>
                <w:sz w:val="20"/>
              </w:rPr>
              <w:t>:</w:t>
            </w:r>
            <w:r>
              <w:rPr>
                <w:i/>
                <w:color w:val="555555"/>
                <w:sz w:val="18"/>
              </w:rPr>
              <w:br/>
              <w:t>Address:</w:t>
            </w:r>
          </w:p>
        </w:tc>
        <w:tc>
          <w:tcPr>
            <w:tcW w:w="8100" w:type="dxa"/>
            <w:shd w:val="clear" w:color="auto" w:fill="FFFFFF"/>
            <w:tcMar>
              <w:top w:w="60" w:type="dxa"/>
              <w:left w:w="100" w:type="dxa"/>
              <w:bottom w:w="60" w:type="dxa"/>
              <w:right w:w="80" w:type="dxa"/>
            </w:tcMar>
          </w:tcPr>
          <w:p w14:paraId="4E061E99" w14:textId="77777777" w:rsidR="009F4238" w:rsidRDefault="009F4238">
            <w:pPr>
              <w:pBdr>
                <w:bottom w:val="single" w:sz="8" w:space="1" w:color="007B7F"/>
              </w:pBdr>
              <w:spacing w:before="20" w:after="20"/>
            </w:pPr>
          </w:p>
        </w:tc>
      </w:tr>
    </w:tbl>
    <w:p w14:paraId="70A52DE0" w14:textId="77777777" w:rsidR="009F4238" w:rsidRDefault="009F4238">
      <w:pPr>
        <w:spacing w:line="40" w:lineRule="exact"/>
      </w:pPr>
    </w:p>
    <w:p w14:paraId="0BDDEA82" w14:textId="77777777" w:rsidR="009F4238" w:rsidRDefault="009F4238">
      <w:pPr>
        <w:spacing w:line="80" w:lineRule="exact"/>
      </w:pPr>
    </w:p>
    <w:p w14:paraId="5B7A21B7" w14:textId="77777777" w:rsidR="009F4238" w:rsidRDefault="00000000">
      <w:pPr>
        <w:shd w:val="clear" w:color="auto" w:fill="007B7F"/>
        <w:spacing w:before="140" w:after="80"/>
        <w:ind w:left="170"/>
      </w:pPr>
      <w:r>
        <w:rPr>
          <w:b/>
          <w:color w:val="FFFFFF"/>
          <w:sz w:val="23"/>
        </w:rPr>
        <w:t xml:space="preserve">  2.  KỸ NĂNG VÀ KINH NGHIỆM  </w:t>
      </w:r>
      <w:r>
        <w:rPr>
          <w:i/>
          <w:color w:val="CCFFFF"/>
          <w:sz w:val="20"/>
        </w:rPr>
        <w:t>/ SKILLS &amp; EXPERIENCE</w:t>
      </w:r>
    </w:p>
    <w:p w14:paraId="776C54ED" w14:textId="77777777" w:rsidR="009F4238" w:rsidRDefault="00000000">
      <w:pPr>
        <w:spacing w:before="60" w:after="20"/>
        <w:ind w:left="226"/>
      </w:pPr>
      <w:r>
        <w:rPr>
          <w:b/>
          <w:color w:val="003060"/>
          <w:sz w:val="21"/>
        </w:rPr>
        <w:t>Kỹ năng hoặc kinh nghiệm liên quan (y tế, truyền thông, tổ chức sự kiện, chụp ảnh, quay video, giáo dục cộng đồng, hành chánh…):</w:t>
      </w:r>
      <w:r>
        <w:rPr>
          <w:i/>
          <w:color w:val="555555"/>
          <w:sz w:val="19"/>
        </w:rPr>
        <w:t xml:space="preserve">  / Relevant skills or experience (healthcare, media, event organisation, photography, video, community education, administration…):</w:t>
      </w:r>
    </w:p>
    <w:p w14:paraId="1202F413" w14:textId="77777777" w:rsidR="009F4238" w:rsidRDefault="009F4238">
      <w:pPr>
        <w:pBdr>
          <w:bottom w:val="single" w:sz="6" w:space="1" w:color="CCCCCC"/>
        </w:pBdr>
        <w:spacing w:before="28" w:after="28"/>
        <w:ind w:left="226" w:right="170"/>
      </w:pPr>
    </w:p>
    <w:p w14:paraId="165A26A4" w14:textId="77777777" w:rsidR="009F4238" w:rsidRDefault="009F4238">
      <w:pPr>
        <w:pBdr>
          <w:bottom w:val="single" w:sz="6" w:space="1" w:color="CCCCCC"/>
        </w:pBdr>
        <w:spacing w:before="28" w:after="28"/>
        <w:ind w:left="226" w:right="170"/>
      </w:pPr>
    </w:p>
    <w:p w14:paraId="1B891BBA" w14:textId="77777777" w:rsidR="009F4238" w:rsidRDefault="009F4238">
      <w:pPr>
        <w:spacing w:line="40" w:lineRule="exact"/>
      </w:pPr>
    </w:p>
    <w:p w14:paraId="75F9603F" w14:textId="77777777" w:rsidR="009F4238" w:rsidRDefault="00000000">
      <w:pPr>
        <w:spacing w:before="60" w:after="20"/>
        <w:ind w:left="226"/>
      </w:pPr>
      <w:r>
        <w:rPr>
          <w:b/>
          <w:color w:val="003060"/>
          <w:sz w:val="21"/>
        </w:rPr>
        <w:t xml:space="preserve">Bạn có thể tham gia vào những hoạt động nào? (có thể chọn nhiều)  </w:t>
      </w:r>
      <w:r>
        <w:rPr>
          <w:i/>
          <w:color w:val="555555"/>
          <w:sz w:val="19"/>
        </w:rPr>
        <w:t>/ Which activities can you participate in? (multiple choice)</w:t>
      </w:r>
    </w:p>
    <w:p w14:paraId="7AEE3B22" w14:textId="77777777" w:rsidR="009F4238" w:rsidRDefault="00000000">
      <w:pPr>
        <w:spacing w:before="22" w:after="22"/>
        <w:ind w:left="680"/>
      </w:pPr>
      <w:r>
        <w:rPr>
          <w:b/>
          <w:color w:val="007B7F"/>
          <w:sz w:val="24"/>
        </w:rPr>
        <w:t xml:space="preserve">☐  </w:t>
      </w:r>
      <w:r>
        <w:rPr>
          <w:color w:val="111111"/>
          <w:sz w:val="21"/>
        </w:rPr>
        <w:t>Tổ chức sự kiện cộng đồng</w:t>
      </w:r>
      <w:r>
        <w:rPr>
          <w:i/>
          <w:color w:val="555555"/>
          <w:sz w:val="19"/>
        </w:rPr>
        <w:t xml:space="preserve">  / Community event organisation</w:t>
      </w:r>
    </w:p>
    <w:p w14:paraId="205F7712" w14:textId="77777777" w:rsidR="009F4238" w:rsidRDefault="00000000">
      <w:pPr>
        <w:spacing w:before="22" w:after="22"/>
        <w:ind w:left="680"/>
      </w:pPr>
      <w:r>
        <w:rPr>
          <w:b/>
          <w:color w:val="007B7F"/>
          <w:sz w:val="24"/>
        </w:rPr>
        <w:t xml:space="preserve">☐  </w:t>
      </w:r>
      <w:r>
        <w:rPr>
          <w:color w:val="111111"/>
          <w:sz w:val="21"/>
        </w:rPr>
        <w:t>Hỗ trợ truyền thông, viết bài, làm video</w:t>
      </w:r>
      <w:r>
        <w:rPr>
          <w:i/>
          <w:color w:val="555555"/>
          <w:sz w:val="19"/>
        </w:rPr>
        <w:t xml:space="preserve">  / Media support, writing, video production</w:t>
      </w:r>
    </w:p>
    <w:p w14:paraId="0967C0CA" w14:textId="77777777" w:rsidR="009F4238" w:rsidRDefault="00000000">
      <w:pPr>
        <w:spacing w:before="22" w:after="22"/>
        <w:ind w:left="680"/>
      </w:pPr>
      <w:r>
        <w:rPr>
          <w:b/>
          <w:color w:val="007B7F"/>
          <w:sz w:val="24"/>
        </w:rPr>
        <w:t xml:space="preserve">☐  </w:t>
      </w:r>
      <w:r>
        <w:rPr>
          <w:color w:val="111111"/>
          <w:sz w:val="21"/>
        </w:rPr>
        <w:t>Hỗ trợ hành chính, liên hệ đối tác</w:t>
      </w:r>
      <w:r>
        <w:rPr>
          <w:i/>
          <w:color w:val="555555"/>
          <w:sz w:val="19"/>
        </w:rPr>
        <w:t xml:space="preserve">  / Administrative support, partner liaison</w:t>
      </w:r>
    </w:p>
    <w:p w14:paraId="6C5BB14A" w14:textId="77777777" w:rsidR="009F4238" w:rsidRDefault="00000000">
      <w:pPr>
        <w:spacing w:before="22" w:after="22"/>
        <w:ind w:left="680"/>
      </w:pPr>
      <w:r>
        <w:rPr>
          <w:b/>
          <w:color w:val="007B7F"/>
          <w:sz w:val="24"/>
        </w:rPr>
        <w:t xml:space="preserve">☐  </w:t>
      </w:r>
      <w:r>
        <w:rPr>
          <w:color w:val="111111"/>
          <w:sz w:val="21"/>
        </w:rPr>
        <w:t>Lan tỏa kiến thức tại các nhóm cộng đồng</w:t>
      </w:r>
      <w:r>
        <w:rPr>
          <w:i/>
          <w:color w:val="555555"/>
          <w:sz w:val="19"/>
        </w:rPr>
        <w:t xml:space="preserve">  / Spreading knowledge within community groups</w:t>
      </w:r>
    </w:p>
    <w:p w14:paraId="14AD4EA9" w14:textId="77777777" w:rsidR="009F4238" w:rsidRDefault="00000000">
      <w:pPr>
        <w:spacing w:before="22" w:after="22"/>
        <w:ind w:left="680"/>
      </w:pPr>
      <w:r>
        <w:rPr>
          <w:b/>
          <w:color w:val="007B7F"/>
          <w:sz w:val="24"/>
        </w:rPr>
        <w:t xml:space="preserve">☐  </w:t>
      </w:r>
      <w:r>
        <w:rPr>
          <w:color w:val="111111"/>
          <w:sz w:val="21"/>
        </w:rPr>
        <w:t>Tham gia khảo sát, thu thập thông tin</w:t>
      </w:r>
      <w:r>
        <w:rPr>
          <w:i/>
          <w:color w:val="555555"/>
          <w:sz w:val="19"/>
        </w:rPr>
        <w:t xml:space="preserve">  / Surveys and data collection</w:t>
      </w:r>
    </w:p>
    <w:p w14:paraId="57AF56BA" w14:textId="77777777" w:rsidR="009F4238" w:rsidRDefault="00000000">
      <w:pPr>
        <w:spacing w:before="22" w:after="22"/>
        <w:ind w:left="680"/>
      </w:pPr>
      <w:r>
        <w:rPr>
          <w:b/>
          <w:color w:val="007B7F"/>
          <w:sz w:val="24"/>
        </w:rPr>
        <w:lastRenderedPageBreak/>
        <w:t xml:space="preserve">☐  </w:t>
      </w:r>
      <w:r>
        <w:rPr>
          <w:color w:val="111111"/>
          <w:sz w:val="21"/>
        </w:rPr>
        <w:t>Khác / Other: ___________________________</w:t>
      </w:r>
    </w:p>
    <w:p w14:paraId="7C9EF349" w14:textId="77777777" w:rsidR="009F4238" w:rsidRDefault="009F4238">
      <w:pPr>
        <w:spacing w:line="60" w:lineRule="exact"/>
      </w:pPr>
    </w:p>
    <w:p w14:paraId="78E82FED" w14:textId="77777777" w:rsidR="009F4238" w:rsidRDefault="00000000">
      <w:pPr>
        <w:spacing w:before="60" w:after="20"/>
        <w:ind w:left="226"/>
      </w:pPr>
      <w:r>
        <w:rPr>
          <w:b/>
          <w:color w:val="003060"/>
          <w:sz w:val="21"/>
        </w:rPr>
        <w:t xml:space="preserve">Thời gian bạn có thể tham gia:  </w:t>
      </w:r>
      <w:r>
        <w:rPr>
          <w:i/>
          <w:color w:val="555555"/>
          <w:sz w:val="19"/>
        </w:rPr>
        <w:t>/ Available time:</w:t>
      </w:r>
    </w:p>
    <w:p w14:paraId="7E839366" w14:textId="77777777" w:rsidR="009F4238" w:rsidRDefault="00000000">
      <w:pPr>
        <w:spacing w:before="22" w:after="22"/>
        <w:ind w:left="680"/>
      </w:pPr>
      <w:r>
        <w:rPr>
          <w:b/>
          <w:color w:val="007B7F"/>
          <w:sz w:val="24"/>
        </w:rPr>
        <w:t xml:space="preserve">☐  </w:t>
      </w:r>
      <w:r>
        <w:rPr>
          <w:color w:val="111111"/>
          <w:sz w:val="21"/>
        </w:rPr>
        <w:t>Cuối tuần</w:t>
      </w:r>
      <w:r>
        <w:rPr>
          <w:i/>
          <w:color w:val="555555"/>
          <w:sz w:val="19"/>
        </w:rPr>
        <w:t xml:space="preserve">  / Weekends</w:t>
      </w:r>
    </w:p>
    <w:p w14:paraId="18BABD72" w14:textId="77777777" w:rsidR="009F4238" w:rsidRDefault="00000000">
      <w:pPr>
        <w:spacing w:before="22" w:after="22"/>
        <w:ind w:left="680"/>
      </w:pPr>
      <w:r>
        <w:rPr>
          <w:b/>
          <w:color w:val="007B7F"/>
          <w:sz w:val="24"/>
        </w:rPr>
        <w:t xml:space="preserve">☐  </w:t>
      </w:r>
      <w:r>
        <w:rPr>
          <w:color w:val="111111"/>
          <w:sz w:val="21"/>
        </w:rPr>
        <w:t>Buổi tối trong tuần</w:t>
      </w:r>
      <w:r>
        <w:rPr>
          <w:i/>
          <w:color w:val="555555"/>
          <w:sz w:val="19"/>
        </w:rPr>
        <w:t xml:space="preserve">  / Weekday evenings</w:t>
      </w:r>
    </w:p>
    <w:p w14:paraId="4F028EF6" w14:textId="77777777" w:rsidR="009F4238" w:rsidRDefault="00000000">
      <w:pPr>
        <w:spacing w:before="22" w:after="22"/>
        <w:ind w:left="680"/>
      </w:pPr>
      <w:r>
        <w:rPr>
          <w:b/>
          <w:color w:val="007B7F"/>
          <w:sz w:val="24"/>
        </w:rPr>
        <w:t xml:space="preserve">☐  </w:t>
      </w:r>
      <w:r>
        <w:rPr>
          <w:color w:val="111111"/>
          <w:sz w:val="21"/>
        </w:rPr>
        <w:t>Linh hoạt theo lịch</w:t>
      </w:r>
      <w:r>
        <w:rPr>
          <w:i/>
          <w:color w:val="555555"/>
          <w:sz w:val="19"/>
        </w:rPr>
        <w:t xml:space="preserve">  / Flexible schedule</w:t>
      </w:r>
    </w:p>
    <w:p w14:paraId="30335753" w14:textId="77777777" w:rsidR="009F4238" w:rsidRDefault="00000000">
      <w:pPr>
        <w:spacing w:before="22" w:after="22"/>
        <w:ind w:left="680"/>
      </w:pPr>
      <w:r>
        <w:rPr>
          <w:b/>
          <w:color w:val="007B7F"/>
          <w:sz w:val="24"/>
        </w:rPr>
        <w:t xml:space="preserve">☐  </w:t>
      </w:r>
      <w:r>
        <w:rPr>
          <w:color w:val="111111"/>
          <w:sz w:val="21"/>
        </w:rPr>
        <w:t>Khoảng ___ giờ / tuần</w:t>
      </w:r>
      <w:r>
        <w:rPr>
          <w:i/>
          <w:color w:val="555555"/>
          <w:sz w:val="19"/>
        </w:rPr>
        <w:t xml:space="preserve">  / Approximately ___ hours / week</w:t>
      </w:r>
    </w:p>
    <w:p w14:paraId="3CA9CA78" w14:textId="77777777" w:rsidR="009F4238" w:rsidRDefault="009F4238">
      <w:pPr>
        <w:spacing w:line="60" w:lineRule="exact"/>
      </w:pPr>
    </w:p>
    <w:p w14:paraId="58C923BA" w14:textId="77777777" w:rsidR="009F4238" w:rsidRDefault="00000000">
      <w:pPr>
        <w:spacing w:before="60" w:after="20"/>
        <w:ind w:left="226"/>
      </w:pPr>
      <w:r>
        <w:rPr>
          <w:b/>
          <w:color w:val="003060"/>
          <w:sz w:val="21"/>
        </w:rPr>
        <w:t>Lý do bạn muốn trở thành tình nguyện viên:</w:t>
      </w:r>
      <w:r>
        <w:rPr>
          <w:i/>
          <w:color w:val="555555"/>
          <w:sz w:val="19"/>
        </w:rPr>
        <w:t xml:space="preserve">  / Reason for becoming a volunteer:</w:t>
      </w:r>
    </w:p>
    <w:p w14:paraId="376C7102" w14:textId="77777777" w:rsidR="009F4238" w:rsidRDefault="009F4238">
      <w:pPr>
        <w:pBdr>
          <w:bottom w:val="single" w:sz="6" w:space="1" w:color="CCCCCC"/>
        </w:pBdr>
        <w:spacing w:before="28" w:after="28"/>
        <w:ind w:left="226" w:right="170"/>
      </w:pPr>
    </w:p>
    <w:p w14:paraId="56383CC8" w14:textId="77777777" w:rsidR="009F4238" w:rsidRDefault="009F4238">
      <w:pPr>
        <w:pBdr>
          <w:bottom w:val="single" w:sz="6" w:space="1" w:color="CCCCCC"/>
        </w:pBdr>
        <w:spacing w:before="28" w:after="28"/>
        <w:ind w:left="226" w:right="170"/>
      </w:pPr>
    </w:p>
    <w:p w14:paraId="4680A371" w14:textId="77777777" w:rsidR="009F4238" w:rsidRDefault="009F4238">
      <w:pPr>
        <w:spacing w:line="40" w:lineRule="exact"/>
      </w:pPr>
    </w:p>
    <w:p w14:paraId="500AF746" w14:textId="77777777" w:rsidR="009F4238" w:rsidRDefault="009F4238">
      <w:pPr>
        <w:spacing w:line="80" w:lineRule="exact"/>
      </w:pPr>
    </w:p>
    <w:p w14:paraId="4FBD0E5F" w14:textId="77777777" w:rsidR="009F4238" w:rsidRDefault="00000000">
      <w:pPr>
        <w:shd w:val="clear" w:color="auto" w:fill="007B7F"/>
        <w:spacing w:before="140" w:after="80"/>
        <w:ind w:left="170"/>
      </w:pPr>
      <w:r>
        <w:rPr>
          <w:b/>
          <w:color w:val="FFFFFF"/>
          <w:sz w:val="23"/>
        </w:rPr>
        <w:t xml:space="preserve">  3.  CAM KẾT  </w:t>
      </w:r>
      <w:r>
        <w:rPr>
          <w:i/>
          <w:color w:val="CCFFFF"/>
          <w:sz w:val="20"/>
        </w:rPr>
        <w:t>/ COMMITMENT</w:t>
      </w:r>
    </w:p>
    <w:p w14:paraId="22DD3977" w14:textId="77777777" w:rsidR="009F4238" w:rsidRDefault="00000000">
      <w:pPr>
        <w:shd w:val="clear" w:color="auto" w:fill="FFF8E7"/>
        <w:spacing w:before="80" w:after="80"/>
        <w:ind w:left="226" w:right="226"/>
        <w:jc w:val="both"/>
      </w:pPr>
      <w:r>
        <w:rPr>
          <w:i/>
          <w:color w:val="5A3E00"/>
          <w:sz w:val="21"/>
        </w:rPr>
        <w:t>Tôi đồng ý cung cấp thông tin chính xác và cho phép VitaChoice LTD liên hệ. Tôi cam kết tham gia tích cực, bảo mật thông tin và lan tỏa thông điệp sức khỏe một cách khoa học và có trách nhiệm.</w:t>
      </w:r>
      <w:r>
        <w:rPr>
          <w:i/>
          <w:color w:val="7A5800"/>
          <w:sz w:val="19"/>
        </w:rPr>
        <w:br/>
      </w:r>
      <w:r>
        <w:rPr>
          <w:i/>
          <w:color w:val="7A5800"/>
          <w:sz w:val="19"/>
        </w:rPr>
        <w:br/>
        <w:t>I agree to provide accurate information and permit VitaChoice LTD to contact me. I commit to active participation, maintaining confidentiality, and spreading health messages responsibly and scientifically.</w:t>
      </w:r>
    </w:p>
    <w:p w14:paraId="1BF253BD" w14:textId="77777777" w:rsidR="009F4238" w:rsidRDefault="009F4238">
      <w:pPr>
        <w:spacing w:line="120" w:lineRule="exact"/>
      </w:pPr>
    </w:p>
    <w:p w14:paraId="3A833468" w14:textId="77777777" w:rsidR="009F4238" w:rsidRDefault="00000000">
      <w:pPr>
        <w:shd w:val="clear" w:color="auto" w:fill="1E6B3C"/>
        <w:spacing w:before="140" w:after="80"/>
        <w:ind w:left="170"/>
      </w:pPr>
      <w:r>
        <w:rPr>
          <w:b/>
          <w:color w:val="FFFFFF"/>
          <w:sz w:val="23"/>
        </w:rPr>
        <w:t xml:space="preserve">  4.  XÁC NHẬN  </w:t>
      </w:r>
      <w:r>
        <w:rPr>
          <w:i/>
          <w:color w:val="CCFFFF"/>
          <w:sz w:val="20"/>
        </w:rPr>
        <w:t>/ CONFIRMATION</w:t>
      </w:r>
    </w:p>
    <w:p w14:paraId="567E3CD7" w14:textId="77777777" w:rsidR="009F4238" w:rsidRDefault="00000000">
      <w:pPr>
        <w:spacing w:before="80" w:after="80"/>
        <w:ind w:left="283"/>
      </w:pPr>
      <w:r>
        <w:rPr>
          <w:color w:val="333333"/>
        </w:rPr>
        <w:t>Ngày / Date: ……… / ……… / 202…</w:t>
      </w:r>
    </w:p>
    <w:p w14:paraId="43F0F3C0" w14:textId="77777777" w:rsidR="009F4238" w:rsidRDefault="009F4238">
      <w:pPr>
        <w:spacing w:line="80" w:lineRule="exact"/>
      </w:pPr>
    </w:p>
    <w:tbl>
      <w:tblPr>
        <w:tblW w:w="0" w:type="auto"/>
        <w:tblLook w:val="04A0" w:firstRow="1" w:lastRow="0" w:firstColumn="1" w:lastColumn="0" w:noHBand="0" w:noVBand="1"/>
      </w:tblPr>
      <w:tblGrid>
        <w:gridCol w:w="4819"/>
        <w:gridCol w:w="4819"/>
      </w:tblGrid>
      <w:tr w:rsidR="009F4238" w14:paraId="76209396" w14:textId="77777777">
        <w:tc>
          <w:tcPr>
            <w:tcW w:w="4819" w:type="dxa"/>
            <w:tcBorders>
              <w:top w:val="single" w:sz="4" w:space="0" w:color="007B7F"/>
              <w:left w:val="single" w:sz="4" w:space="0" w:color="007B7F"/>
              <w:bottom w:val="single" w:sz="4" w:space="0" w:color="007B7F"/>
              <w:right w:val="single" w:sz="4" w:space="0" w:color="007B7F"/>
            </w:tcBorders>
            <w:shd w:val="clear" w:color="auto" w:fill="F0F2F5"/>
            <w:tcMar>
              <w:top w:w="80" w:type="dxa"/>
              <w:left w:w="120" w:type="dxa"/>
              <w:bottom w:w="80" w:type="dxa"/>
              <w:right w:w="120" w:type="dxa"/>
            </w:tcMar>
          </w:tcPr>
          <w:p w14:paraId="0DC3D8F5" w14:textId="77777777" w:rsidR="009F4238" w:rsidRDefault="00000000">
            <w:pPr>
              <w:spacing w:before="60" w:after="20"/>
              <w:jc w:val="center"/>
            </w:pPr>
            <w:r>
              <w:rPr>
                <w:b/>
                <w:color w:val="003060"/>
                <w:sz w:val="21"/>
              </w:rPr>
              <w:t>NGƯỜI ĐĂNG KÝ</w:t>
            </w:r>
          </w:p>
          <w:p w14:paraId="2D66D811" w14:textId="77777777" w:rsidR="009F4238" w:rsidRDefault="00000000">
            <w:pPr>
              <w:spacing w:after="60"/>
              <w:jc w:val="center"/>
            </w:pPr>
            <w:r>
              <w:rPr>
                <w:i/>
                <w:color w:val="555555"/>
                <w:sz w:val="18"/>
              </w:rPr>
              <w:t>Applicant Signature</w:t>
            </w:r>
          </w:p>
          <w:p w14:paraId="5D7BCC55" w14:textId="77777777" w:rsidR="009F4238" w:rsidRDefault="009F4238">
            <w:pPr>
              <w:spacing w:before="10" w:after="10" w:line="380" w:lineRule="exact"/>
            </w:pPr>
          </w:p>
          <w:p w14:paraId="715AAFA5" w14:textId="77777777" w:rsidR="009F4238" w:rsidRDefault="009F4238">
            <w:pPr>
              <w:spacing w:before="10" w:after="10" w:line="380" w:lineRule="exact"/>
            </w:pPr>
          </w:p>
          <w:p w14:paraId="3F1133D1" w14:textId="77777777" w:rsidR="009F4238" w:rsidRDefault="009F4238">
            <w:pPr>
              <w:spacing w:before="10" w:after="10" w:line="380" w:lineRule="exact"/>
            </w:pPr>
          </w:p>
          <w:p w14:paraId="11FDC1E7" w14:textId="77777777" w:rsidR="009F4238" w:rsidRDefault="009F4238">
            <w:pPr>
              <w:pBdr>
                <w:bottom w:val="single" w:sz="6" w:space="1" w:color="007B7F"/>
              </w:pBdr>
              <w:spacing w:before="10" w:after="60"/>
            </w:pPr>
          </w:p>
        </w:tc>
        <w:tc>
          <w:tcPr>
            <w:tcW w:w="4819" w:type="dxa"/>
            <w:tcBorders>
              <w:top w:val="single" w:sz="4" w:space="0" w:color="007B7F"/>
              <w:left w:val="single" w:sz="4" w:space="0" w:color="007B7F"/>
              <w:bottom w:val="single" w:sz="4" w:space="0" w:color="007B7F"/>
              <w:right w:val="single" w:sz="4" w:space="0" w:color="007B7F"/>
            </w:tcBorders>
            <w:shd w:val="clear" w:color="auto" w:fill="F0F2F5"/>
            <w:tcMar>
              <w:top w:w="80" w:type="dxa"/>
              <w:left w:w="120" w:type="dxa"/>
              <w:bottom w:w="80" w:type="dxa"/>
              <w:right w:w="120" w:type="dxa"/>
            </w:tcMar>
          </w:tcPr>
          <w:p w14:paraId="4F0480C0" w14:textId="77777777" w:rsidR="009F4238" w:rsidRDefault="00000000">
            <w:pPr>
              <w:spacing w:before="60" w:after="20"/>
              <w:jc w:val="center"/>
            </w:pPr>
            <w:r>
              <w:rPr>
                <w:b/>
                <w:color w:val="003060"/>
                <w:sz w:val="21"/>
              </w:rPr>
              <w:t>ĐẠI DIỆN VITACHOICE LTD</w:t>
            </w:r>
          </w:p>
          <w:p w14:paraId="7ACC2AAD" w14:textId="77777777" w:rsidR="009F4238" w:rsidRDefault="00000000">
            <w:pPr>
              <w:spacing w:after="60"/>
              <w:jc w:val="center"/>
            </w:pPr>
            <w:r>
              <w:rPr>
                <w:i/>
                <w:color w:val="555555"/>
                <w:sz w:val="18"/>
              </w:rPr>
              <w:t>Signature of Board Member</w:t>
            </w:r>
          </w:p>
          <w:p w14:paraId="058E2264" w14:textId="77777777" w:rsidR="009F4238" w:rsidRDefault="009F4238">
            <w:pPr>
              <w:spacing w:before="10" w:after="10" w:line="380" w:lineRule="exact"/>
            </w:pPr>
          </w:p>
          <w:p w14:paraId="38CA0D67" w14:textId="77777777" w:rsidR="009F4238" w:rsidRDefault="009F4238">
            <w:pPr>
              <w:spacing w:before="10" w:after="10" w:line="380" w:lineRule="exact"/>
            </w:pPr>
          </w:p>
          <w:p w14:paraId="3A70EF4D" w14:textId="77777777" w:rsidR="009F4238" w:rsidRDefault="009F4238">
            <w:pPr>
              <w:spacing w:before="10" w:after="10" w:line="380" w:lineRule="exact"/>
            </w:pPr>
          </w:p>
          <w:p w14:paraId="1999305F" w14:textId="77777777" w:rsidR="009F4238" w:rsidRDefault="009F4238">
            <w:pPr>
              <w:pBdr>
                <w:bottom w:val="single" w:sz="6" w:space="1" w:color="007B7F"/>
              </w:pBdr>
              <w:spacing w:before="10" w:after="60"/>
            </w:pPr>
          </w:p>
          <w:p w14:paraId="24E1665C" w14:textId="77777777" w:rsidR="009F4238" w:rsidRDefault="00000000">
            <w:pPr>
              <w:spacing w:before="10" w:after="50"/>
              <w:jc w:val="center"/>
            </w:pPr>
            <w:r>
              <w:rPr>
                <w:i/>
                <w:color w:val="555555"/>
                <w:sz w:val="18"/>
              </w:rPr>
              <w:t>(Chức vụ / Position: …………………)</w:t>
            </w:r>
          </w:p>
        </w:tc>
      </w:tr>
    </w:tbl>
    <w:p w14:paraId="5ACADC39" w14:textId="77777777" w:rsidR="009F4238" w:rsidRDefault="009F4238">
      <w:pPr>
        <w:spacing w:line="120" w:lineRule="exact"/>
      </w:pPr>
    </w:p>
    <w:p w14:paraId="336F64ED" w14:textId="77777777" w:rsidR="009F4238" w:rsidRDefault="009F4238">
      <w:pPr>
        <w:pBdr>
          <w:bottom w:val="single" w:sz="10" w:space="1" w:color="B8860B"/>
        </w:pBdr>
        <w:spacing w:after="0"/>
      </w:pPr>
    </w:p>
    <w:p w14:paraId="537FB95B" w14:textId="77777777" w:rsidR="009F4238" w:rsidRDefault="009F4238">
      <w:pPr>
        <w:spacing w:line="60" w:lineRule="exact"/>
      </w:pPr>
    </w:p>
    <w:tbl>
      <w:tblPr>
        <w:tblW w:w="0" w:type="auto"/>
        <w:tblLook w:val="04A0" w:firstRow="1" w:lastRow="0" w:firstColumn="1" w:lastColumn="0" w:noHBand="0" w:noVBand="1"/>
      </w:tblPr>
      <w:tblGrid>
        <w:gridCol w:w="2409"/>
        <w:gridCol w:w="2597"/>
        <w:gridCol w:w="2409"/>
        <w:gridCol w:w="2409"/>
      </w:tblGrid>
      <w:tr w:rsidR="009F4238" w14:paraId="51EBCFEE" w14:textId="77777777">
        <w:tc>
          <w:tcPr>
            <w:tcW w:w="2409" w:type="dxa"/>
            <w:vAlign w:val="center"/>
          </w:tcPr>
          <w:p w14:paraId="65F6A90E" w14:textId="77777777" w:rsidR="009F4238" w:rsidRDefault="00000000">
            <w:pPr>
              <w:jc w:val="center"/>
            </w:pPr>
            <w:r>
              <w:rPr>
                <w:noProof/>
              </w:rPr>
              <w:drawing>
                <wp:inline distT="0" distB="0" distL="0" distR="0" wp14:anchorId="7FA4D416" wp14:editId="71695B5B">
                  <wp:extent cx="827999" cy="1044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_Logo.png"/>
                          <pic:cNvPicPr/>
                        </pic:nvPicPr>
                        <pic:blipFill>
                          <a:blip r:embed="rId6"/>
                          <a:stretch>
                            <a:fillRect/>
                          </a:stretch>
                        </pic:blipFill>
                        <pic:spPr>
                          <a:xfrm>
                            <a:off x="0" y="0"/>
                            <a:ext cx="827999" cy="1044135"/>
                          </a:xfrm>
                          <a:prstGeom prst="rect">
                            <a:avLst/>
                          </a:prstGeom>
                        </pic:spPr>
                      </pic:pic>
                    </a:graphicData>
                  </a:graphic>
                </wp:inline>
              </w:drawing>
            </w:r>
          </w:p>
        </w:tc>
        <w:tc>
          <w:tcPr>
            <w:tcW w:w="2409" w:type="dxa"/>
            <w:vAlign w:val="center"/>
          </w:tcPr>
          <w:p w14:paraId="42C0657D" w14:textId="77777777" w:rsidR="009F4238" w:rsidRDefault="00000000">
            <w:pPr>
              <w:jc w:val="center"/>
            </w:pPr>
            <w:r>
              <w:rPr>
                <w:noProof/>
              </w:rPr>
              <w:drawing>
                <wp:inline distT="0" distB="0" distL="0" distR="0" wp14:anchorId="71E2AC90" wp14:editId="20030FEB">
                  <wp:extent cx="1512000" cy="1261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C.png"/>
                          <pic:cNvPicPr/>
                        </pic:nvPicPr>
                        <pic:blipFill>
                          <a:blip r:embed="rId8"/>
                          <a:stretch>
                            <a:fillRect/>
                          </a:stretch>
                        </pic:blipFill>
                        <pic:spPr>
                          <a:xfrm>
                            <a:off x="0" y="0"/>
                            <a:ext cx="1512000" cy="1261381"/>
                          </a:xfrm>
                          <a:prstGeom prst="rect">
                            <a:avLst/>
                          </a:prstGeom>
                        </pic:spPr>
                      </pic:pic>
                    </a:graphicData>
                  </a:graphic>
                </wp:inline>
              </w:drawing>
            </w:r>
          </w:p>
        </w:tc>
        <w:tc>
          <w:tcPr>
            <w:tcW w:w="2409" w:type="dxa"/>
            <w:vAlign w:val="center"/>
          </w:tcPr>
          <w:p w14:paraId="6A02395C" w14:textId="77777777" w:rsidR="009F4238" w:rsidRDefault="00000000">
            <w:pPr>
              <w:jc w:val="center"/>
            </w:pPr>
            <w:r>
              <w:rPr>
                <w:noProof/>
              </w:rPr>
              <w:drawing>
                <wp:inline distT="0" distB="0" distL="0" distR="0" wp14:anchorId="30866ABC" wp14:editId="2FB98943">
                  <wp:extent cx="936000" cy="938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G-logo.png"/>
                          <pic:cNvPicPr/>
                        </pic:nvPicPr>
                        <pic:blipFill>
                          <a:blip r:embed="rId7"/>
                          <a:stretch>
                            <a:fillRect/>
                          </a:stretch>
                        </pic:blipFill>
                        <pic:spPr>
                          <a:xfrm>
                            <a:off x="0" y="0"/>
                            <a:ext cx="936000" cy="938317"/>
                          </a:xfrm>
                          <a:prstGeom prst="rect">
                            <a:avLst/>
                          </a:prstGeom>
                        </pic:spPr>
                      </pic:pic>
                    </a:graphicData>
                  </a:graphic>
                </wp:inline>
              </w:drawing>
            </w:r>
          </w:p>
        </w:tc>
        <w:tc>
          <w:tcPr>
            <w:tcW w:w="2409" w:type="dxa"/>
            <w:vAlign w:val="center"/>
          </w:tcPr>
          <w:p w14:paraId="725F6D2A" w14:textId="77777777" w:rsidR="009F4238" w:rsidRDefault="00000000">
            <w:pPr>
              <w:jc w:val="center"/>
            </w:pPr>
            <w:r>
              <w:rPr>
                <w:noProof/>
              </w:rPr>
              <w:drawing>
                <wp:inline distT="0" distB="0" distL="0" distR="0" wp14:anchorId="7BD39672" wp14:editId="7F3F7BB6">
                  <wp:extent cx="936000" cy="93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NC-Registered-Charity-Logo_RGB.png"/>
                          <pic:cNvPicPr/>
                        </pic:nvPicPr>
                        <pic:blipFill>
                          <a:blip r:embed="rId9"/>
                          <a:stretch>
                            <a:fillRect/>
                          </a:stretch>
                        </pic:blipFill>
                        <pic:spPr>
                          <a:xfrm>
                            <a:off x="0" y="0"/>
                            <a:ext cx="936000" cy="936000"/>
                          </a:xfrm>
                          <a:prstGeom prst="rect">
                            <a:avLst/>
                          </a:prstGeom>
                        </pic:spPr>
                      </pic:pic>
                    </a:graphicData>
                  </a:graphic>
                </wp:inline>
              </w:drawing>
            </w:r>
          </w:p>
        </w:tc>
      </w:tr>
    </w:tbl>
    <w:p w14:paraId="5E94B80C" w14:textId="77777777" w:rsidR="009F4238" w:rsidRDefault="009F4238">
      <w:pPr>
        <w:spacing w:line="60" w:lineRule="exact"/>
      </w:pPr>
    </w:p>
    <w:p w14:paraId="0A65955B" w14:textId="77777777" w:rsidR="009F4238" w:rsidRDefault="00000000">
      <w:pPr>
        <w:shd w:val="clear" w:color="auto" w:fill="F0F2F5"/>
        <w:spacing w:before="20" w:after="0"/>
        <w:jc w:val="center"/>
      </w:pPr>
      <w:r>
        <w:rPr>
          <w:i/>
          <w:color w:val="555555"/>
          <w:sz w:val="17"/>
        </w:rPr>
        <w:t>© VitaChoice LTD  |  ASIC Registered  |  ACNC Registered Charity  |  DGR Approved  |  110/12 Salonika St, Parap NT 0820  |  vitachoice.clg@gmail.com</w:t>
      </w:r>
    </w:p>
    <w:sectPr w:rsidR="009F4238" w:rsidSect="00034616">
      <w:pgSz w:w="11906" w:h="16838"/>
      <w:pgMar w:top="1020" w:right="1134" w:bottom="10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38925680">
    <w:abstractNumId w:val="8"/>
  </w:num>
  <w:num w:numId="2" w16cid:durableId="1624119632">
    <w:abstractNumId w:val="6"/>
  </w:num>
  <w:num w:numId="3" w16cid:durableId="1333022707">
    <w:abstractNumId w:val="5"/>
  </w:num>
  <w:num w:numId="4" w16cid:durableId="1923485949">
    <w:abstractNumId w:val="4"/>
  </w:num>
  <w:num w:numId="5" w16cid:durableId="1829982198">
    <w:abstractNumId w:val="7"/>
  </w:num>
  <w:num w:numId="6" w16cid:durableId="210503159">
    <w:abstractNumId w:val="3"/>
  </w:num>
  <w:num w:numId="7" w16cid:durableId="1075201503">
    <w:abstractNumId w:val="2"/>
  </w:num>
  <w:num w:numId="8" w16cid:durableId="457141624">
    <w:abstractNumId w:val="1"/>
  </w:num>
  <w:num w:numId="9" w16cid:durableId="1944025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3D6968"/>
    <w:rsid w:val="009F4238"/>
    <w:rsid w:val="00A315CF"/>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3A7005"/>
  <w14:defaultImageDpi w14:val="300"/>
  <w15:docId w15:val="{5B639CC8-BC60-4103-B6FF-79D2B754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trang le</cp:lastModifiedBy>
  <cp:revision>2</cp:revision>
  <dcterms:created xsi:type="dcterms:W3CDTF">2013-12-23T23:15:00Z</dcterms:created>
  <dcterms:modified xsi:type="dcterms:W3CDTF">2026-04-07T07:55:00Z</dcterms:modified>
  <cp:category/>
</cp:coreProperties>
</file>