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612F6B" w14:paraId="5DEADB6D" w14:textId="77777777">
        <w:tc>
          <w:tcPr>
            <w:tcW w:w="3213" w:type="dxa"/>
            <w:vAlign w:val="center"/>
          </w:tcPr>
          <w:p w14:paraId="7C819AA3" w14:textId="77777777" w:rsidR="00612F6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26812B" wp14:editId="3236598A">
                  <wp:extent cx="936000" cy="118032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_Logo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118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shd w:val="clear" w:color="auto" w:fill="003060"/>
            <w:tcMar>
              <w:top w:w="60" w:type="dxa"/>
              <w:left w:w="180" w:type="dxa"/>
              <w:bottom w:w="60" w:type="dxa"/>
              <w:right w:w="180" w:type="dxa"/>
            </w:tcMar>
            <w:vAlign w:val="center"/>
          </w:tcPr>
          <w:p w14:paraId="13166B8F" w14:textId="77777777" w:rsidR="00612F6B" w:rsidRDefault="00000000">
            <w:pPr>
              <w:spacing w:before="50" w:after="10"/>
              <w:jc w:val="center"/>
            </w:pPr>
            <w:r>
              <w:rPr>
                <w:b/>
                <w:color w:val="FFFFFF"/>
                <w:sz w:val="40"/>
              </w:rPr>
              <w:t>VITACHOICE LTD</w:t>
            </w:r>
          </w:p>
          <w:p w14:paraId="5E2908AA" w14:textId="77777777" w:rsidR="00612F6B" w:rsidRDefault="00000000">
            <w:pPr>
              <w:spacing w:after="50"/>
              <w:jc w:val="center"/>
            </w:pPr>
            <w:r>
              <w:rPr>
                <w:i/>
                <w:color w:val="AADDDD"/>
                <w:sz w:val="18"/>
              </w:rPr>
              <w:t>Tổ Chức Từ Thiện Đã Đăng Ký  |  Registered Charity  |  DGR Approved</w:t>
            </w:r>
          </w:p>
        </w:tc>
        <w:tc>
          <w:tcPr>
            <w:tcW w:w="3213" w:type="dxa"/>
            <w:vAlign w:val="center"/>
          </w:tcPr>
          <w:p w14:paraId="673E590B" w14:textId="77777777" w:rsidR="00612F6B" w:rsidRDefault="000000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A15D3FA" wp14:editId="62721DA5">
                  <wp:extent cx="936000" cy="93831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G-logo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93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F0DC09" w14:textId="77777777" w:rsidR="00612F6B" w:rsidRDefault="00612F6B">
      <w:pPr>
        <w:spacing w:line="80" w:lineRule="exact"/>
      </w:pPr>
    </w:p>
    <w:p w14:paraId="54360D46" w14:textId="77777777" w:rsidR="00612F6B" w:rsidRDefault="00612F6B">
      <w:pPr>
        <w:pBdr>
          <w:bottom w:val="single" w:sz="16" w:space="1" w:color="B8860B"/>
        </w:pBdr>
        <w:spacing w:after="0"/>
      </w:pPr>
    </w:p>
    <w:p w14:paraId="38A825A0" w14:textId="77777777" w:rsidR="00612F6B" w:rsidRDefault="00612F6B">
      <w:pPr>
        <w:spacing w:line="80" w:lineRule="exact"/>
      </w:pPr>
    </w:p>
    <w:p w14:paraId="25B833E2" w14:textId="77777777" w:rsidR="00612F6B" w:rsidRDefault="00000000">
      <w:pPr>
        <w:shd w:val="clear" w:color="auto" w:fill="003060"/>
        <w:spacing w:before="40" w:after="0"/>
        <w:ind w:left="170" w:right="170"/>
        <w:jc w:val="center"/>
      </w:pPr>
      <w:r>
        <w:rPr>
          <w:b/>
          <w:color w:val="FFFFFF"/>
          <w:sz w:val="32"/>
        </w:rPr>
        <w:t>ĐƠN ĐĂNG KÝ HỘI VIÊN</w:t>
      </w:r>
    </w:p>
    <w:p w14:paraId="26AB26E4" w14:textId="77777777" w:rsidR="00612F6B" w:rsidRDefault="00000000">
      <w:pPr>
        <w:shd w:val="clear" w:color="auto" w:fill="1A56A0"/>
        <w:spacing w:after="40"/>
        <w:ind w:left="170" w:right="170"/>
        <w:jc w:val="center"/>
      </w:pPr>
      <w:r>
        <w:rPr>
          <w:b/>
          <w:color w:val="CCFFFF"/>
          <w:sz w:val="26"/>
        </w:rPr>
        <w:t>MEMBERSHIP APPLICATION FORM</w:t>
      </w:r>
    </w:p>
    <w:p w14:paraId="0EFFBEBD" w14:textId="77777777" w:rsidR="00612F6B" w:rsidRDefault="00612F6B">
      <w:pPr>
        <w:spacing w:line="80" w:lineRule="exact"/>
      </w:pPr>
    </w:p>
    <w:p w14:paraId="04451E33" w14:textId="77777777" w:rsidR="00612F6B" w:rsidRDefault="00000000" w:rsidP="00475E26">
      <w:pPr>
        <w:shd w:val="clear" w:color="auto" w:fill="FFF8E7"/>
        <w:spacing w:before="40" w:after="40"/>
        <w:ind w:left="283" w:right="283"/>
      </w:pPr>
      <w:r>
        <w:rPr>
          <w:i/>
          <w:color w:val="5A3E00"/>
          <w:sz w:val="21"/>
        </w:rPr>
        <w:t>Tất cả những người muốn trở thành hội viên phải hoàn thành mẫu đơn này. Tư cách hội viên có hiệu lực từ ngày 1 tháng 7 đến ngày 30 tháng 6 hàng năm.</w:t>
      </w:r>
      <w:r>
        <w:rPr>
          <w:i/>
          <w:color w:val="7A5800"/>
          <w:sz w:val="19"/>
        </w:rPr>
        <w:br/>
        <w:t>All prospective members must complete this form. Membership runs from 1st July to 30th June.</w:t>
      </w:r>
    </w:p>
    <w:p w14:paraId="6AA42D38" w14:textId="77777777" w:rsidR="00612F6B" w:rsidRDefault="00612F6B">
      <w:pPr>
        <w:spacing w:line="80" w:lineRule="exac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3119"/>
        <w:gridCol w:w="2693"/>
        <w:gridCol w:w="3149"/>
      </w:tblGrid>
      <w:tr w:rsidR="00612F6B" w14:paraId="41258CF6" w14:textId="77777777" w:rsidTr="007A2737">
        <w:tc>
          <w:tcPr>
            <w:tcW w:w="675" w:type="dxa"/>
          </w:tcPr>
          <w:p w14:paraId="37679B01" w14:textId="77777777" w:rsidR="00612F6B" w:rsidRDefault="00612F6B">
            <w:pPr>
              <w:spacing w:before="40" w:after="40"/>
              <w:ind w:left="170"/>
            </w:pPr>
          </w:p>
        </w:tc>
        <w:tc>
          <w:tcPr>
            <w:tcW w:w="3119" w:type="dxa"/>
          </w:tcPr>
          <w:p w14:paraId="1CB25127" w14:textId="77777777" w:rsidR="00612F6B" w:rsidRDefault="00000000">
            <w:pPr>
              <w:spacing w:before="40" w:after="40"/>
              <w:ind w:left="170"/>
            </w:pPr>
            <w:r>
              <w:rPr>
                <w:b/>
                <w:color w:val="003060"/>
                <w:sz w:val="21"/>
              </w:rPr>
              <w:t>Hội viên mới ☐</w:t>
            </w:r>
            <w:r>
              <w:rPr>
                <w:i/>
                <w:color w:val="555555"/>
                <w:sz w:val="18"/>
              </w:rPr>
              <w:br/>
              <w:t>New Member ☐</w:t>
            </w:r>
          </w:p>
        </w:tc>
        <w:tc>
          <w:tcPr>
            <w:tcW w:w="2693" w:type="dxa"/>
          </w:tcPr>
          <w:p w14:paraId="7FE00C32" w14:textId="77777777" w:rsidR="00612F6B" w:rsidRDefault="00000000">
            <w:pPr>
              <w:spacing w:before="40" w:after="40"/>
              <w:ind w:left="170"/>
            </w:pPr>
            <w:r>
              <w:rPr>
                <w:b/>
                <w:color w:val="003060"/>
                <w:sz w:val="21"/>
              </w:rPr>
              <w:t>Gia hạn ☐</w:t>
            </w:r>
            <w:r>
              <w:rPr>
                <w:i/>
                <w:color w:val="555555"/>
                <w:sz w:val="18"/>
              </w:rPr>
              <w:br/>
              <w:t>Renewal ☐</w:t>
            </w:r>
          </w:p>
        </w:tc>
        <w:tc>
          <w:tcPr>
            <w:tcW w:w="3149" w:type="dxa"/>
          </w:tcPr>
          <w:p w14:paraId="5140E1DC" w14:textId="77777777" w:rsidR="00612F6B" w:rsidRDefault="00000000">
            <w:pPr>
              <w:spacing w:before="40" w:after="40"/>
              <w:ind w:left="170"/>
            </w:pPr>
            <w:r>
              <w:rPr>
                <w:b/>
                <w:color w:val="003060"/>
                <w:sz w:val="21"/>
              </w:rPr>
              <w:t>Cập nhật thông tin ☐</w:t>
            </w:r>
            <w:r>
              <w:rPr>
                <w:i/>
                <w:color w:val="555555"/>
                <w:sz w:val="18"/>
              </w:rPr>
              <w:br/>
              <w:t>Update Information ☐</w:t>
            </w:r>
          </w:p>
        </w:tc>
      </w:tr>
    </w:tbl>
    <w:p w14:paraId="589DA39D" w14:textId="77777777" w:rsidR="00612F6B" w:rsidRDefault="00612F6B">
      <w:pPr>
        <w:spacing w:line="60" w:lineRule="exact"/>
      </w:pPr>
    </w:p>
    <w:p w14:paraId="329AAD9B" w14:textId="77777777" w:rsidR="00612F6B" w:rsidRDefault="00000000" w:rsidP="00475E26">
      <w:pPr>
        <w:shd w:val="clear" w:color="auto" w:fill="E0F5F5"/>
        <w:spacing w:before="60" w:after="60"/>
        <w:ind w:left="226" w:right="226"/>
      </w:pPr>
      <w:r>
        <w:rPr>
          <w:b/>
          <w:color w:val="007B7F"/>
          <w:sz w:val="24"/>
        </w:rPr>
        <w:t xml:space="preserve">✦  </w:t>
      </w:r>
      <w:r>
        <w:rPr>
          <w:i/>
          <w:color w:val="004444"/>
          <w:sz w:val="21"/>
        </w:rPr>
        <w:t>Hoàn toàn vì mục đích từ thiện, không vì lợi nhuận, tôi ________________________, xin cam kết gia nhập tổ chức Từ thiện này và tuân thủ đầy đủ các điều lệ và quy định của tổ chức.</w:t>
      </w:r>
      <w:r>
        <w:rPr>
          <w:i/>
          <w:color w:val="006666"/>
          <w:sz w:val="19"/>
        </w:rPr>
        <w:br/>
        <w:t>Driven purely by charity, not for profit, I ________________________, hereby commit to join this Charity and keep all its rules and regulations.</w:t>
      </w:r>
    </w:p>
    <w:p w14:paraId="7302D88A" w14:textId="77777777" w:rsidR="00612F6B" w:rsidRDefault="00612F6B">
      <w:pPr>
        <w:spacing w:line="100" w:lineRule="exact"/>
      </w:pPr>
    </w:p>
    <w:p w14:paraId="4F3A200A" w14:textId="77777777" w:rsidR="00612F6B" w:rsidRDefault="00000000">
      <w:pPr>
        <w:shd w:val="clear" w:color="auto" w:fill="003060"/>
        <w:spacing w:before="140" w:after="80"/>
        <w:ind w:left="170"/>
      </w:pPr>
      <w:r>
        <w:rPr>
          <w:b/>
          <w:color w:val="FFFFFF"/>
          <w:sz w:val="23"/>
        </w:rPr>
        <w:t xml:space="preserve">  PHẦN A: THÔNG TIN LIÊN HỆ HỘI VIÊN  </w:t>
      </w:r>
      <w:r>
        <w:rPr>
          <w:i/>
          <w:color w:val="CCFFFF"/>
          <w:sz w:val="20"/>
        </w:rPr>
        <w:t>/ PART A: MEMBER CONTACT INFORMATION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60"/>
        <w:gridCol w:w="7978"/>
      </w:tblGrid>
      <w:tr w:rsidR="00612F6B" w14:paraId="4A614423" w14:textId="77777777" w:rsidTr="00475E26">
        <w:tc>
          <w:tcPr>
            <w:tcW w:w="1660" w:type="dxa"/>
            <w:shd w:val="clear" w:color="auto" w:fill="F0F2F5"/>
            <w:tcMar>
              <w:top w:w="60" w:type="dxa"/>
              <w:left w:w="100" w:type="dxa"/>
              <w:bottom w:w="60" w:type="dxa"/>
              <w:right w:w="80" w:type="dxa"/>
            </w:tcMar>
            <w:vAlign w:val="center"/>
          </w:tcPr>
          <w:p w14:paraId="03EC0DDB" w14:textId="77777777" w:rsidR="00612F6B" w:rsidRDefault="00000000">
            <w:pPr>
              <w:spacing w:before="20" w:after="20"/>
            </w:pPr>
            <w:r>
              <w:rPr>
                <w:b/>
                <w:color w:val="003060"/>
                <w:sz w:val="20"/>
              </w:rPr>
              <w:t xml:space="preserve">Danh </w:t>
            </w:r>
            <w:proofErr w:type="spellStart"/>
            <w:r>
              <w:rPr>
                <w:b/>
                <w:color w:val="003060"/>
                <w:sz w:val="20"/>
              </w:rPr>
              <w:t>xưng</w:t>
            </w:r>
            <w:proofErr w:type="spellEnd"/>
            <w:r>
              <w:rPr>
                <w:b/>
                <w:color w:val="003060"/>
                <w:sz w:val="20"/>
              </w:rPr>
              <w:t>:</w:t>
            </w:r>
            <w:r>
              <w:rPr>
                <w:i/>
                <w:color w:val="555555"/>
                <w:sz w:val="17"/>
              </w:rPr>
              <w:br/>
              <w:t>Title / Salutation:</w:t>
            </w:r>
          </w:p>
        </w:tc>
        <w:tc>
          <w:tcPr>
            <w:tcW w:w="7978" w:type="dxa"/>
            <w:shd w:val="clear" w:color="auto" w:fill="FFFFFF"/>
            <w:tcMar>
              <w:top w:w="60" w:type="dxa"/>
              <w:left w:w="100" w:type="dxa"/>
              <w:bottom w:w="60" w:type="dxa"/>
              <w:right w:w="80" w:type="dxa"/>
            </w:tcMar>
          </w:tcPr>
          <w:p w14:paraId="11DC4575" w14:textId="77777777" w:rsidR="00612F6B" w:rsidRDefault="00000000">
            <w:pPr>
              <w:spacing w:before="20" w:after="20"/>
            </w:pPr>
            <w:r>
              <w:rPr>
                <w:color w:val="003060"/>
                <w:sz w:val="21"/>
              </w:rPr>
              <w:t>Ông/Mr  ☐    Bà/Mrs  ☐    Cô/Ms  ☐    TS./Dr  ☐    Khác/Other  ☐</w:t>
            </w:r>
          </w:p>
        </w:tc>
      </w:tr>
    </w:tbl>
    <w:p w14:paraId="107FDA1E" w14:textId="77777777" w:rsidR="00612F6B" w:rsidRDefault="00612F6B">
      <w:pPr>
        <w:spacing w:line="40" w:lineRule="exac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80"/>
        <w:gridCol w:w="7958"/>
      </w:tblGrid>
      <w:tr w:rsidR="00612F6B" w14:paraId="1679DF14" w14:textId="77777777" w:rsidTr="00475E26">
        <w:tc>
          <w:tcPr>
            <w:tcW w:w="1680" w:type="dxa"/>
            <w:shd w:val="clear" w:color="auto" w:fill="F0F2F5"/>
            <w:tcMar>
              <w:top w:w="60" w:type="dxa"/>
              <w:left w:w="120" w:type="dxa"/>
              <w:bottom w:w="60" w:type="dxa"/>
              <w:right w:w="80" w:type="dxa"/>
            </w:tcMar>
            <w:vAlign w:val="center"/>
          </w:tcPr>
          <w:p w14:paraId="13DF7DDA" w14:textId="77777777" w:rsidR="00612F6B" w:rsidRDefault="00000000">
            <w:pPr>
              <w:spacing w:before="20" w:after="20"/>
            </w:pPr>
            <w:proofErr w:type="spellStart"/>
            <w:r>
              <w:rPr>
                <w:b/>
                <w:color w:val="003060"/>
                <w:sz w:val="20"/>
              </w:rPr>
              <w:t>Họ</w:t>
            </w:r>
            <w:proofErr w:type="spellEnd"/>
            <w:r>
              <w:rPr>
                <w:b/>
                <w:color w:val="003060"/>
                <w:sz w:val="20"/>
              </w:rPr>
              <w:t xml:space="preserve"> </w:t>
            </w:r>
            <w:proofErr w:type="spellStart"/>
            <w:r>
              <w:rPr>
                <w:b/>
                <w:color w:val="003060"/>
                <w:sz w:val="20"/>
              </w:rPr>
              <w:t>và</w:t>
            </w:r>
            <w:proofErr w:type="spellEnd"/>
            <w:r>
              <w:rPr>
                <w:b/>
                <w:color w:val="003060"/>
                <w:sz w:val="20"/>
              </w:rPr>
              <w:t xml:space="preserve"> </w:t>
            </w:r>
            <w:proofErr w:type="spellStart"/>
            <w:r>
              <w:rPr>
                <w:b/>
                <w:color w:val="003060"/>
                <w:sz w:val="20"/>
              </w:rPr>
              <w:t>tên</w:t>
            </w:r>
            <w:proofErr w:type="spellEnd"/>
            <w:r>
              <w:rPr>
                <w:b/>
                <w:color w:val="003060"/>
                <w:sz w:val="20"/>
              </w:rPr>
              <w:t>:</w:t>
            </w:r>
            <w:r>
              <w:rPr>
                <w:i/>
                <w:color w:val="555555"/>
                <w:sz w:val="18"/>
              </w:rPr>
              <w:br/>
              <w:t>Full Name:</w:t>
            </w:r>
          </w:p>
        </w:tc>
        <w:tc>
          <w:tcPr>
            <w:tcW w:w="7958" w:type="dxa"/>
            <w:shd w:val="clear" w:color="auto" w:fill="FFFFFF"/>
            <w:tcMar>
              <w:top w:w="60" w:type="dxa"/>
              <w:left w:w="100" w:type="dxa"/>
              <w:bottom w:w="60" w:type="dxa"/>
              <w:right w:w="80" w:type="dxa"/>
            </w:tcMar>
          </w:tcPr>
          <w:p w14:paraId="7FEBDC93" w14:textId="77777777" w:rsidR="00612F6B" w:rsidRDefault="00612F6B">
            <w:pPr>
              <w:pBdr>
                <w:bottom w:val="single" w:sz="8" w:space="1" w:color="007B7F"/>
              </w:pBdr>
              <w:spacing w:before="20" w:after="20"/>
            </w:pPr>
          </w:p>
        </w:tc>
      </w:tr>
    </w:tbl>
    <w:p w14:paraId="5C6FB67D" w14:textId="77777777" w:rsidR="00612F6B" w:rsidRDefault="00612F6B">
      <w:pPr>
        <w:spacing w:line="40" w:lineRule="exac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0"/>
        <w:gridCol w:w="3158"/>
        <w:gridCol w:w="1661"/>
        <w:gridCol w:w="3157"/>
      </w:tblGrid>
      <w:tr w:rsidR="00612F6B" w14:paraId="1361695B" w14:textId="77777777" w:rsidTr="00475E26">
        <w:tc>
          <w:tcPr>
            <w:tcW w:w="1660" w:type="dxa"/>
            <w:shd w:val="clear" w:color="auto" w:fill="F0F2F5"/>
            <w:tcMar>
              <w:top w:w="60" w:type="dxa"/>
              <w:left w:w="100" w:type="dxa"/>
              <w:bottom w:w="60" w:type="dxa"/>
              <w:right w:w="60" w:type="dxa"/>
            </w:tcMar>
            <w:vAlign w:val="center"/>
          </w:tcPr>
          <w:p w14:paraId="44B8CA67" w14:textId="77777777" w:rsidR="00612F6B" w:rsidRDefault="00000000">
            <w:pPr>
              <w:spacing w:before="20" w:after="20"/>
            </w:pPr>
            <w:proofErr w:type="spellStart"/>
            <w:r>
              <w:rPr>
                <w:b/>
                <w:color w:val="003060"/>
                <w:sz w:val="20"/>
              </w:rPr>
              <w:t>Ngày</w:t>
            </w:r>
            <w:proofErr w:type="spellEnd"/>
            <w:r>
              <w:rPr>
                <w:b/>
                <w:color w:val="003060"/>
                <w:sz w:val="20"/>
              </w:rPr>
              <w:t xml:space="preserve"> </w:t>
            </w:r>
            <w:proofErr w:type="spellStart"/>
            <w:r>
              <w:rPr>
                <w:b/>
                <w:color w:val="003060"/>
                <w:sz w:val="20"/>
              </w:rPr>
              <w:t>sinh</w:t>
            </w:r>
            <w:proofErr w:type="spellEnd"/>
            <w:r>
              <w:rPr>
                <w:b/>
                <w:color w:val="003060"/>
                <w:sz w:val="20"/>
              </w:rPr>
              <w:t>:</w:t>
            </w:r>
            <w:r>
              <w:rPr>
                <w:i/>
                <w:color w:val="555555"/>
                <w:sz w:val="17"/>
              </w:rPr>
              <w:br/>
              <w:t>Date of Birth: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0039A7F7" w14:textId="77777777" w:rsidR="00612F6B" w:rsidRDefault="00612F6B">
            <w:pPr>
              <w:pBdr>
                <w:bottom w:val="single" w:sz="8" w:space="1" w:color="007B7F"/>
              </w:pBdr>
              <w:spacing w:before="20" w:after="20"/>
            </w:pPr>
          </w:p>
        </w:tc>
        <w:tc>
          <w:tcPr>
            <w:tcW w:w="1661" w:type="dxa"/>
            <w:shd w:val="clear" w:color="auto" w:fill="F0F2F5"/>
            <w:tcMar>
              <w:top w:w="60" w:type="dxa"/>
              <w:left w:w="100" w:type="dxa"/>
              <w:bottom w:w="60" w:type="dxa"/>
              <w:right w:w="60" w:type="dxa"/>
            </w:tcMar>
            <w:vAlign w:val="center"/>
          </w:tcPr>
          <w:p w14:paraId="3EED5A57" w14:textId="77777777" w:rsidR="00612F6B" w:rsidRDefault="00000000">
            <w:pPr>
              <w:spacing w:before="20" w:after="20"/>
            </w:pPr>
            <w:r>
              <w:rPr>
                <w:b/>
                <w:color w:val="003060"/>
                <w:sz w:val="20"/>
              </w:rPr>
              <w:t>Điện thoại bàn:</w:t>
            </w:r>
            <w:r>
              <w:rPr>
                <w:i/>
                <w:color w:val="555555"/>
                <w:sz w:val="17"/>
              </w:rPr>
              <w:br/>
              <w:t>Phone:</w:t>
            </w:r>
          </w:p>
        </w:tc>
        <w:tc>
          <w:tcPr>
            <w:tcW w:w="3157" w:type="dxa"/>
            <w:shd w:val="clear" w:color="auto" w:fill="FFFFFF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32AF8A82" w14:textId="77777777" w:rsidR="00612F6B" w:rsidRDefault="00612F6B">
            <w:pPr>
              <w:pBdr>
                <w:bottom w:val="single" w:sz="8" w:space="1" w:color="007B7F"/>
              </w:pBdr>
              <w:spacing w:before="20" w:after="20"/>
            </w:pPr>
          </w:p>
        </w:tc>
      </w:tr>
    </w:tbl>
    <w:p w14:paraId="1B139084" w14:textId="77777777" w:rsidR="00612F6B" w:rsidRDefault="00612F6B">
      <w:pPr>
        <w:spacing w:line="40" w:lineRule="exac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80"/>
        <w:gridCol w:w="7958"/>
      </w:tblGrid>
      <w:tr w:rsidR="00612F6B" w14:paraId="6F74660C" w14:textId="77777777" w:rsidTr="00475E26">
        <w:tc>
          <w:tcPr>
            <w:tcW w:w="1680" w:type="dxa"/>
            <w:shd w:val="clear" w:color="auto" w:fill="F0F2F5"/>
            <w:tcMar>
              <w:top w:w="60" w:type="dxa"/>
              <w:left w:w="120" w:type="dxa"/>
              <w:bottom w:w="60" w:type="dxa"/>
              <w:right w:w="80" w:type="dxa"/>
            </w:tcMar>
            <w:vAlign w:val="center"/>
          </w:tcPr>
          <w:p w14:paraId="589BE43B" w14:textId="77777777" w:rsidR="00612F6B" w:rsidRDefault="00000000">
            <w:pPr>
              <w:spacing w:before="20" w:after="20"/>
            </w:pPr>
            <w:proofErr w:type="spellStart"/>
            <w:r>
              <w:rPr>
                <w:b/>
                <w:color w:val="003060"/>
                <w:sz w:val="20"/>
              </w:rPr>
              <w:t>Địa</w:t>
            </w:r>
            <w:proofErr w:type="spellEnd"/>
            <w:r>
              <w:rPr>
                <w:b/>
                <w:color w:val="003060"/>
                <w:sz w:val="20"/>
              </w:rPr>
              <w:t xml:space="preserve"> </w:t>
            </w:r>
            <w:proofErr w:type="spellStart"/>
            <w:r>
              <w:rPr>
                <w:b/>
                <w:color w:val="003060"/>
                <w:sz w:val="20"/>
              </w:rPr>
              <w:t>chỉ</w:t>
            </w:r>
            <w:proofErr w:type="spellEnd"/>
            <w:r>
              <w:rPr>
                <w:b/>
                <w:color w:val="003060"/>
                <w:sz w:val="20"/>
              </w:rPr>
              <w:t xml:space="preserve"> 1:</w:t>
            </w:r>
            <w:r>
              <w:rPr>
                <w:i/>
                <w:color w:val="555555"/>
                <w:sz w:val="18"/>
              </w:rPr>
              <w:br/>
              <w:t>Address 1:</w:t>
            </w:r>
          </w:p>
        </w:tc>
        <w:tc>
          <w:tcPr>
            <w:tcW w:w="7958" w:type="dxa"/>
            <w:shd w:val="clear" w:color="auto" w:fill="FFFFFF"/>
            <w:tcMar>
              <w:top w:w="60" w:type="dxa"/>
              <w:left w:w="100" w:type="dxa"/>
              <w:bottom w:w="60" w:type="dxa"/>
              <w:right w:w="80" w:type="dxa"/>
            </w:tcMar>
          </w:tcPr>
          <w:p w14:paraId="6F8F81D3" w14:textId="77777777" w:rsidR="00612F6B" w:rsidRDefault="00612F6B">
            <w:pPr>
              <w:pBdr>
                <w:bottom w:val="single" w:sz="8" w:space="1" w:color="007B7F"/>
              </w:pBdr>
              <w:spacing w:before="20" w:after="20"/>
            </w:pPr>
          </w:p>
        </w:tc>
      </w:tr>
    </w:tbl>
    <w:p w14:paraId="5F7BD7DD" w14:textId="77777777" w:rsidR="00612F6B" w:rsidRDefault="00612F6B">
      <w:pPr>
        <w:spacing w:line="40" w:lineRule="exac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80"/>
        <w:gridCol w:w="7958"/>
      </w:tblGrid>
      <w:tr w:rsidR="00612F6B" w14:paraId="52942301" w14:textId="77777777" w:rsidTr="00475E26">
        <w:tc>
          <w:tcPr>
            <w:tcW w:w="1680" w:type="dxa"/>
            <w:shd w:val="clear" w:color="auto" w:fill="F0F2F5"/>
            <w:tcMar>
              <w:top w:w="60" w:type="dxa"/>
              <w:left w:w="120" w:type="dxa"/>
              <w:bottom w:w="60" w:type="dxa"/>
              <w:right w:w="80" w:type="dxa"/>
            </w:tcMar>
            <w:vAlign w:val="center"/>
          </w:tcPr>
          <w:p w14:paraId="2D151CB7" w14:textId="77777777" w:rsidR="00612F6B" w:rsidRDefault="00000000">
            <w:pPr>
              <w:spacing w:before="20" w:after="20"/>
            </w:pPr>
            <w:proofErr w:type="spellStart"/>
            <w:r>
              <w:rPr>
                <w:b/>
                <w:color w:val="003060"/>
                <w:sz w:val="20"/>
              </w:rPr>
              <w:t>Địa</w:t>
            </w:r>
            <w:proofErr w:type="spellEnd"/>
            <w:r>
              <w:rPr>
                <w:b/>
                <w:color w:val="003060"/>
                <w:sz w:val="20"/>
              </w:rPr>
              <w:t xml:space="preserve"> </w:t>
            </w:r>
            <w:proofErr w:type="spellStart"/>
            <w:r>
              <w:rPr>
                <w:b/>
                <w:color w:val="003060"/>
                <w:sz w:val="20"/>
              </w:rPr>
              <w:t>chỉ</w:t>
            </w:r>
            <w:proofErr w:type="spellEnd"/>
            <w:r>
              <w:rPr>
                <w:b/>
                <w:color w:val="003060"/>
                <w:sz w:val="20"/>
              </w:rPr>
              <w:t xml:space="preserve"> 2:</w:t>
            </w:r>
            <w:r>
              <w:rPr>
                <w:i/>
                <w:color w:val="555555"/>
                <w:sz w:val="18"/>
              </w:rPr>
              <w:br/>
              <w:t>Address 2:</w:t>
            </w:r>
          </w:p>
        </w:tc>
        <w:tc>
          <w:tcPr>
            <w:tcW w:w="7958" w:type="dxa"/>
            <w:shd w:val="clear" w:color="auto" w:fill="FFFFFF"/>
            <w:tcMar>
              <w:top w:w="60" w:type="dxa"/>
              <w:left w:w="100" w:type="dxa"/>
              <w:bottom w:w="60" w:type="dxa"/>
              <w:right w:w="80" w:type="dxa"/>
            </w:tcMar>
          </w:tcPr>
          <w:p w14:paraId="1DFB73BF" w14:textId="77777777" w:rsidR="00612F6B" w:rsidRDefault="00612F6B">
            <w:pPr>
              <w:pBdr>
                <w:bottom w:val="single" w:sz="8" w:space="1" w:color="007B7F"/>
              </w:pBdr>
              <w:spacing w:before="20" w:after="20"/>
            </w:pPr>
          </w:p>
        </w:tc>
      </w:tr>
    </w:tbl>
    <w:p w14:paraId="180FB52F" w14:textId="77777777" w:rsidR="00612F6B" w:rsidRDefault="00612F6B">
      <w:pPr>
        <w:spacing w:line="40" w:lineRule="exac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0"/>
        <w:gridCol w:w="3158"/>
        <w:gridCol w:w="1094"/>
        <w:gridCol w:w="3724"/>
      </w:tblGrid>
      <w:tr w:rsidR="00612F6B" w14:paraId="4501B1AC" w14:textId="77777777" w:rsidTr="00475E26">
        <w:tc>
          <w:tcPr>
            <w:tcW w:w="1660" w:type="dxa"/>
            <w:shd w:val="clear" w:color="auto" w:fill="F0F2F5"/>
            <w:tcMar>
              <w:top w:w="60" w:type="dxa"/>
              <w:left w:w="100" w:type="dxa"/>
              <w:bottom w:w="60" w:type="dxa"/>
              <w:right w:w="60" w:type="dxa"/>
            </w:tcMar>
            <w:vAlign w:val="center"/>
          </w:tcPr>
          <w:p w14:paraId="2DA67B0E" w14:textId="77777777" w:rsidR="00612F6B" w:rsidRDefault="00000000">
            <w:pPr>
              <w:spacing w:before="20" w:after="20"/>
            </w:pPr>
            <w:r>
              <w:rPr>
                <w:b/>
                <w:color w:val="003060"/>
                <w:sz w:val="20"/>
              </w:rPr>
              <w:t xml:space="preserve">Thành </w:t>
            </w:r>
            <w:proofErr w:type="spellStart"/>
            <w:r>
              <w:rPr>
                <w:b/>
                <w:color w:val="003060"/>
                <w:sz w:val="20"/>
              </w:rPr>
              <w:t>phố</w:t>
            </w:r>
            <w:proofErr w:type="spellEnd"/>
            <w:r>
              <w:rPr>
                <w:b/>
                <w:color w:val="003060"/>
                <w:sz w:val="20"/>
              </w:rPr>
              <w:t>:</w:t>
            </w:r>
            <w:r>
              <w:rPr>
                <w:i/>
                <w:color w:val="555555"/>
                <w:sz w:val="17"/>
              </w:rPr>
              <w:br/>
              <w:t>Town/City: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66CB9DA7" w14:textId="77777777" w:rsidR="00612F6B" w:rsidRDefault="00612F6B">
            <w:pPr>
              <w:pBdr>
                <w:bottom w:val="single" w:sz="8" w:space="1" w:color="007B7F"/>
              </w:pBdr>
              <w:spacing w:before="20" w:after="20"/>
            </w:pPr>
          </w:p>
        </w:tc>
        <w:tc>
          <w:tcPr>
            <w:tcW w:w="1094" w:type="dxa"/>
            <w:shd w:val="clear" w:color="auto" w:fill="F0F2F5"/>
            <w:tcMar>
              <w:top w:w="60" w:type="dxa"/>
              <w:left w:w="100" w:type="dxa"/>
              <w:bottom w:w="60" w:type="dxa"/>
              <w:right w:w="60" w:type="dxa"/>
            </w:tcMar>
            <w:vAlign w:val="center"/>
          </w:tcPr>
          <w:p w14:paraId="2C6BFA25" w14:textId="77777777" w:rsidR="00612F6B" w:rsidRDefault="00000000">
            <w:pPr>
              <w:spacing w:before="20" w:after="20"/>
            </w:pPr>
            <w:r>
              <w:rPr>
                <w:b/>
                <w:color w:val="003060"/>
                <w:sz w:val="20"/>
              </w:rPr>
              <w:t>Di động:</w:t>
            </w:r>
            <w:r>
              <w:rPr>
                <w:i/>
                <w:color w:val="555555"/>
                <w:sz w:val="17"/>
              </w:rPr>
              <w:br/>
              <w:t>Mobile:</w:t>
            </w:r>
          </w:p>
        </w:tc>
        <w:tc>
          <w:tcPr>
            <w:tcW w:w="3724" w:type="dxa"/>
            <w:shd w:val="clear" w:color="auto" w:fill="FFFFFF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45681530" w14:textId="77777777" w:rsidR="00612F6B" w:rsidRDefault="00612F6B">
            <w:pPr>
              <w:pBdr>
                <w:bottom w:val="single" w:sz="8" w:space="1" w:color="007B7F"/>
              </w:pBdr>
              <w:spacing w:before="20" w:after="20"/>
            </w:pPr>
          </w:p>
        </w:tc>
      </w:tr>
    </w:tbl>
    <w:p w14:paraId="6D09E827" w14:textId="77777777" w:rsidR="00612F6B" w:rsidRDefault="00612F6B">
      <w:pPr>
        <w:spacing w:line="40" w:lineRule="exac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0"/>
        <w:gridCol w:w="3158"/>
        <w:gridCol w:w="1094"/>
        <w:gridCol w:w="3724"/>
      </w:tblGrid>
      <w:tr w:rsidR="00612F6B" w14:paraId="7AFBE680" w14:textId="77777777" w:rsidTr="00475E26">
        <w:tc>
          <w:tcPr>
            <w:tcW w:w="1660" w:type="dxa"/>
            <w:shd w:val="clear" w:color="auto" w:fill="F0F2F5"/>
            <w:tcMar>
              <w:top w:w="60" w:type="dxa"/>
              <w:left w:w="100" w:type="dxa"/>
              <w:bottom w:w="60" w:type="dxa"/>
              <w:right w:w="60" w:type="dxa"/>
            </w:tcMar>
            <w:vAlign w:val="center"/>
          </w:tcPr>
          <w:p w14:paraId="301C03C0" w14:textId="77777777" w:rsidR="00612F6B" w:rsidRDefault="00000000">
            <w:pPr>
              <w:spacing w:before="20" w:after="20"/>
            </w:pPr>
            <w:r>
              <w:rPr>
                <w:b/>
                <w:color w:val="003060"/>
                <w:sz w:val="20"/>
              </w:rPr>
              <w:t xml:space="preserve">Quốc </w:t>
            </w:r>
            <w:proofErr w:type="spellStart"/>
            <w:r>
              <w:rPr>
                <w:b/>
                <w:color w:val="003060"/>
                <w:sz w:val="20"/>
              </w:rPr>
              <w:t>gia</w:t>
            </w:r>
            <w:proofErr w:type="spellEnd"/>
            <w:r>
              <w:rPr>
                <w:b/>
                <w:color w:val="003060"/>
                <w:sz w:val="20"/>
              </w:rPr>
              <w:t>:</w:t>
            </w:r>
            <w:r>
              <w:rPr>
                <w:i/>
                <w:color w:val="555555"/>
                <w:sz w:val="17"/>
              </w:rPr>
              <w:br/>
              <w:t>Country:</w:t>
            </w:r>
          </w:p>
        </w:tc>
        <w:tc>
          <w:tcPr>
            <w:tcW w:w="3158" w:type="dxa"/>
            <w:shd w:val="clear" w:color="auto" w:fill="FFFFFF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3DC89FA9" w14:textId="77777777" w:rsidR="00612F6B" w:rsidRDefault="00612F6B">
            <w:pPr>
              <w:pBdr>
                <w:bottom w:val="single" w:sz="8" w:space="1" w:color="007B7F"/>
              </w:pBdr>
              <w:spacing w:before="20" w:after="20"/>
            </w:pPr>
          </w:p>
        </w:tc>
        <w:tc>
          <w:tcPr>
            <w:tcW w:w="1094" w:type="dxa"/>
            <w:shd w:val="clear" w:color="auto" w:fill="F0F2F5"/>
            <w:tcMar>
              <w:top w:w="60" w:type="dxa"/>
              <w:left w:w="100" w:type="dxa"/>
              <w:bottom w:w="60" w:type="dxa"/>
              <w:right w:w="60" w:type="dxa"/>
            </w:tcMar>
            <w:vAlign w:val="center"/>
          </w:tcPr>
          <w:p w14:paraId="54A1F81A" w14:textId="77777777" w:rsidR="00612F6B" w:rsidRDefault="00000000">
            <w:pPr>
              <w:spacing w:before="20" w:after="20"/>
            </w:pPr>
            <w:r>
              <w:rPr>
                <w:b/>
                <w:color w:val="003060"/>
                <w:sz w:val="20"/>
              </w:rPr>
              <w:t>Email:</w:t>
            </w:r>
            <w:r>
              <w:rPr>
                <w:i/>
                <w:color w:val="555555"/>
                <w:sz w:val="17"/>
              </w:rPr>
              <w:br/>
              <w:t>Email:</w:t>
            </w:r>
          </w:p>
        </w:tc>
        <w:tc>
          <w:tcPr>
            <w:tcW w:w="3724" w:type="dxa"/>
            <w:shd w:val="clear" w:color="auto" w:fill="FFFFFF"/>
            <w:tcMar>
              <w:top w:w="60" w:type="dxa"/>
              <w:left w:w="80" w:type="dxa"/>
              <w:bottom w:w="60" w:type="dxa"/>
              <w:right w:w="60" w:type="dxa"/>
            </w:tcMar>
          </w:tcPr>
          <w:p w14:paraId="64B7D1E3" w14:textId="77777777" w:rsidR="00612F6B" w:rsidRDefault="00612F6B">
            <w:pPr>
              <w:pBdr>
                <w:bottom w:val="single" w:sz="8" w:space="1" w:color="007B7F"/>
              </w:pBdr>
              <w:spacing w:before="20" w:after="20"/>
            </w:pPr>
          </w:p>
        </w:tc>
      </w:tr>
    </w:tbl>
    <w:p w14:paraId="2CC6B210" w14:textId="77777777" w:rsidR="00612F6B" w:rsidRDefault="00612F6B">
      <w:pPr>
        <w:spacing w:line="40" w:lineRule="exac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47"/>
        <w:gridCol w:w="7391"/>
      </w:tblGrid>
      <w:tr w:rsidR="00612F6B" w14:paraId="0BC97838" w14:textId="77777777" w:rsidTr="00475E26">
        <w:tc>
          <w:tcPr>
            <w:tcW w:w="2247" w:type="dxa"/>
            <w:shd w:val="clear" w:color="auto" w:fill="F0F2F5"/>
            <w:tcMar>
              <w:top w:w="60" w:type="dxa"/>
              <w:left w:w="120" w:type="dxa"/>
              <w:bottom w:w="60" w:type="dxa"/>
              <w:right w:w="80" w:type="dxa"/>
            </w:tcMar>
            <w:vAlign w:val="center"/>
          </w:tcPr>
          <w:p w14:paraId="5DA9E980" w14:textId="77777777" w:rsidR="00612F6B" w:rsidRDefault="00000000">
            <w:pPr>
              <w:spacing w:before="20" w:after="20"/>
            </w:pPr>
            <w:proofErr w:type="spellStart"/>
            <w:r>
              <w:rPr>
                <w:b/>
                <w:color w:val="003060"/>
                <w:sz w:val="20"/>
              </w:rPr>
              <w:lastRenderedPageBreak/>
              <w:t>Chức</w:t>
            </w:r>
            <w:proofErr w:type="spellEnd"/>
            <w:r>
              <w:rPr>
                <w:b/>
                <w:color w:val="003060"/>
                <w:sz w:val="20"/>
              </w:rPr>
              <w:t xml:space="preserve"> </w:t>
            </w:r>
            <w:proofErr w:type="spellStart"/>
            <w:r>
              <w:rPr>
                <w:b/>
                <w:color w:val="003060"/>
                <w:sz w:val="20"/>
              </w:rPr>
              <w:t>danh</w:t>
            </w:r>
            <w:proofErr w:type="spellEnd"/>
            <w:r>
              <w:rPr>
                <w:b/>
                <w:color w:val="003060"/>
                <w:sz w:val="20"/>
              </w:rPr>
              <w:t xml:space="preserve"> </w:t>
            </w:r>
            <w:proofErr w:type="spellStart"/>
            <w:r>
              <w:rPr>
                <w:b/>
                <w:color w:val="003060"/>
                <w:sz w:val="20"/>
              </w:rPr>
              <w:t>công</w:t>
            </w:r>
            <w:proofErr w:type="spellEnd"/>
            <w:r>
              <w:rPr>
                <w:b/>
                <w:color w:val="003060"/>
                <w:sz w:val="20"/>
              </w:rPr>
              <w:t xml:space="preserve"> </w:t>
            </w:r>
            <w:proofErr w:type="spellStart"/>
            <w:r>
              <w:rPr>
                <w:b/>
                <w:color w:val="003060"/>
                <w:sz w:val="20"/>
              </w:rPr>
              <w:t>việc</w:t>
            </w:r>
            <w:proofErr w:type="spellEnd"/>
            <w:r>
              <w:rPr>
                <w:b/>
                <w:color w:val="003060"/>
                <w:sz w:val="20"/>
              </w:rPr>
              <w:t>:</w:t>
            </w:r>
            <w:r>
              <w:rPr>
                <w:i/>
                <w:color w:val="555555"/>
                <w:sz w:val="18"/>
              </w:rPr>
              <w:br/>
              <w:t>Job Title:</w:t>
            </w:r>
          </w:p>
        </w:tc>
        <w:tc>
          <w:tcPr>
            <w:tcW w:w="7391" w:type="dxa"/>
            <w:shd w:val="clear" w:color="auto" w:fill="FFFFFF"/>
            <w:tcMar>
              <w:top w:w="60" w:type="dxa"/>
              <w:left w:w="100" w:type="dxa"/>
              <w:bottom w:w="60" w:type="dxa"/>
              <w:right w:w="80" w:type="dxa"/>
            </w:tcMar>
          </w:tcPr>
          <w:p w14:paraId="5A6FBD99" w14:textId="77777777" w:rsidR="00612F6B" w:rsidRDefault="00612F6B">
            <w:pPr>
              <w:pBdr>
                <w:bottom w:val="single" w:sz="8" w:space="1" w:color="007B7F"/>
              </w:pBdr>
              <w:spacing w:before="20" w:after="20"/>
            </w:pPr>
          </w:p>
        </w:tc>
      </w:tr>
    </w:tbl>
    <w:p w14:paraId="4B15A375" w14:textId="77777777" w:rsidR="00612F6B" w:rsidRDefault="00612F6B">
      <w:pPr>
        <w:spacing w:line="40" w:lineRule="exact"/>
      </w:pPr>
    </w:p>
    <w:p w14:paraId="182C924D" w14:textId="77777777" w:rsidR="00612F6B" w:rsidRDefault="00000000">
      <w:pPr>
        <w:shd w:val="clear" w:color="auto" w:fill="F0F2F5"/>
        <w:spacing w:before="40" w:after="60"/>
        <w:ind w:left="170"/>
      </w:pPr>
      <w:r>
        <w:rPr>
          <w:i/>
          <w:color w:val="555555"/>
          <w:sz w:val="19"/>
        </w:rPr>
        <w:t>⚠  Số điện thoại và email sẽ được đưa vào Sổ đăng ký Hội viên VITACHOICE LTD.</w:t>
      </w:r>
      <w:r>
        <w:rPr>
          <w:i/>
          <w:color w:val="888888"/>
          <w:sz w:val="18"/>
        </w:rPr>
        <w:br/>
        <w:t xml:space="preserve">     Phone number and email will be listed in the VITACHOICE LTD Register of Members.</w:t>
      </w:r>
    </w:p>
    <w:p w14:paraId="00F562CD" w14:textId="77777777" w:rsidR="00612F6B" w:rsidRDefault="00612F6B">
      <w:pPr>
        <w:spacing w:line="100" w:lineRule="exact"/>
      </w:pPr>
    </w:p>
    <w:p w14:paraId="60DC093E" w14:textId="77777777" w:rsidR="00612F6B" w:rsidRDefault="00000000">
      <w:pPr>
        <w:shd w:val="clear" w:color="auto" w:fill="1A56A0"/>
        <w:spacing w:before="140" w:after="80"/>
        <w:ind w:left="170"/>
      </w:pPr>
      <w:r>
        <w:rPr>
          <w:b/>
          <w:color w:val="FFFFFF"/>
          <w:sz w:val="23"/>
        </w:rPr>
        <w:t xml:space="preserve">  PHẦN B: LOẠI HỘI VIÊN &amp; THANH TOÁN  </w:t>
      </w:r>
      <w:r>
        <w:rPr>
          <w:i/>
          <w:color w:val="CCFFFF"/>
          <w:sz w:val="20"/>
        </w:rPr>
        <w:t>/ PART B: MEMBERSHIP TYPE &amp; PAYMENT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612F6B" w14:paraId="45F9FC68" w14:textId="77777777">
        <w:tc>
          <w:tcPr>
            <w:tcW w:w="3213" w:type="dxa"/>
            <w:shd w:val="clear" w:color="auto" w:fill="003060"/>
          </w:tcPr>
          <w:p w14:paraId="745B8742" w14:textId="77777777" w:rsidR="00612F6B" w:rsidRDefault="00000000">
            <w:pPr>
              <w:spacing w:before="60" w:after="60"/>
              <w:jc w:val="center"/>
            </w:pPr>
            <w:r>
              <w:rPr>
                <w:b/>
                <w:color w:val="FFFFFF"/>
                <w:sz w:val="20"/>
              </w:rPr>
              <w:t>Loại hội viên / Member Type</w:t>
            </w:r>
          </w:p>
        </w:tc>
        <w:tc>
          <w:tcPr>
            <w:tcW w:w="3213" w:type="dxa"/>
            <w:shd w:val="clear" w:color="auto" w:fill="003060"/>
          </w:tcPr>
          <w:p w14:paraId="7660DE51" w14:textId="77777777" w:rsidR="00612F6B" w:rsidRDefault="00000000">
            <w:pPr>
              <w:spacing w:before="60" w:after="60"/>
              <w:jc w:val="center"/>
            </w:pPr>
            <w:r>
              <w:rPr>
                <w:b/>
                <w:color w:val="FFFFFF"/>
                <w:sz w:val="20"/>
              </w:rPr>
              <w:t>Mô tả / Description</w:t>
            </w:r>
          </w:p>
        </w:tc>
        <w:tc>
          <w:tcPr>
            <w:tcW w:w="3213" w:type="dxa"/>
            <w:shd w:val="clear" w:color="auto" w:fill="003060"/>
          </w:tcPr>
          <w:p w14:paraId="7D3DC6A1" w14:textId="77777777" w:rsidR="00612F6B" w:rsidRDefault="00000000">
            <w:pPr>
              <w:spacing w:before="60" w:after="60"/>
              <w:jc w:val="center"/>
            </w:pPr>
            <w:r>
              <w:rPr>
                <w:b/>
                <w:color w:val="FFFFFF"/>
                <w:sz w:val="20"/>
              </w:rPr>
              <w:t>Phí hàng năm / Annual Fee ☐</w:t>
            </w:r>
          </w:p>
        </w:tc>
      </w:tr>
      <w:tr w:rsidR="00612F6B" w14:paraId="56028E5E" w14:textId="77777777">
        <w:tc>
          <w:tcPr>
            <w:tcW w:w="3213" w:type="dxa"/>
            <w:shd w:val="clear" w:color="auto" w:fill="E8F4FD"/>
          </w:tcPr>
          <w:p w14:paraId="22550D9B" w14:textId="77777777" w:rsidR="00612F6B" w:rsidRDefault="00000000">
            <w:pPr>
              <w:spacing w:before="60" w:after="60"/>
              <w:jc w:val="center"/>
            </w:pPr>
            <w:r>
              <w:rPr>
                <w:b/>
                <w:color w:val="003060"/>
                <w:sz w:val="20"/>
              </w:rPr>
              <w:t>Hội viên Chính thức</w:t>
            </w:r>
            <w:r>
              <w:rPr>
                <w:b/>
                <w:color w:val="003060"/>
                <w:sz w:val="20"/>
              </w:rPr>
              <w:br/>
              <w:t>Full Member</w:t>
            </w:r>
          </w:p>
        </w:tc>
        <w:tc>
          <w:tcPr>
            <w:tcW w:w="3213" w:type="dxa"/>
            <w:shd w:val="clear" w:color="auto" w:fill="E8F4FD"/>
          </w:tcPr>
          <w:p w14:paraId="33F7B565" w14:textId="77777777" w:rsidR="00612F6B" w:rsidRDefault="00000000">
            <w:pPr>
              <w:spacing w:before="60" w:after="60"/>
              <w:jc w:val="center"/>
            </w:pPr>
            <w:r>
              <w:rPr>
                <w:color w:val="003060"/>
                <w:sz w:val="20"/>
              </w:rPr>
              <w:t>Tư cách hội viên đầy đủ</w:t>
            </w:r>
            <w:r>
              <w:rPr>
                <w:color w:val="003060"/>
                <w:sz w:val="20"/>
              </w:rPr>
              <w:br/>
              <w:t>Full Membership</w:t>
            </w:r>
          </w:p>
        </w:tc>
        <w:tc>
          <w:tcPr>
            <w:tcW w:w="3213" w:type="dxa"/>
            <w:shd w:val="clear" w:color="auto" w:fill="E8F4FD"/>
          </w:tcPr>
          <w:p w14:paraId="40F6C579" w14:textId="77777777" w:rsidR="00612F6B" w:rsidRDefault="00000000">
            <w:pPr>
              <w:spacing w:before="60" w:after="60"/>
              <w:jc w:val="center"/>
            </w:pPr>
            <w:r>
              <w:rPr>
                <w:color w:val="003060"/>
                <w:sz w:val="20"/>
              </w:rPr>
              <w:t>AUD 1,000  ☐</w:t>
            </w:r>
          </w:p>
        </w:tc>
      </w:tr>
      <w:tr w:rsidR="00612F6B" w14:paraId="09C0FFFF" w14:textId="77777777">
        <w:tc>
          <w:tcPr>
            <w:tcW w:w="3213" w:type="dxa"/>
            <w:shd w:val="clear" w:color="auto" w:fill="F2F4F8"/>
          </w:tcPr>
          <w:p w14:paraId="3B1C9D11" w14:textId="77777777" w:rsidR="00612F6B" w:rsidRDefault="00000000">
            <w:pPr>
              <w:spacing w:before="60" w:after="60"/>
              <w:jc w:val="center"/>
            </w:pPr>
            <w:r>
              <w:rPr>
                <w:b/>
                <w:color w:val="003060"/>
                <w:sz w:val="20"/>
              </w:rPr>
              <w:t>Sinh viên / Hưu trí</w:t>
            </w:r>
            <w:r>
              <w:rPr>
                <w:b/>
                <w:color w:val="003060"/>
                <w:sz w:val="20"/>
              </w:rPr>
              <w:br/>
              <w:t>Student / Retired</w:t>
            </w:r>
          </w:p>
        </w:tc>
        <w:tc>
          <w:tcPr>
            <w:tcW w:w="3213" w:type="dxa"/>
            <w:shd w:val="clear" w:color="auto" w:fill="F2F4F8"/>
          </w:tcPr>
          <w:p w14:paraId="53C264C0" w14:textId="77777777" w:rsidR="00612F6B" w:rsidRDefault="00000000">
            <w:pPr>
              <w:spacing w:before="60" w:after="60"/>
              <w:jc w:val="center"/>
            </w:pPr>
            <w:r>
              <w:rPr>
                <w:color w:val="003060"/>
                <w:sz w:val="20"/>
              </w:rPr>
              <w:t>Sinh viên toàn thời gian và hội viên đã nghỉ hưu</w:t>
            </w:r>
            <w:r>
              <w:rPr>
                <w:color w:val="003060"/>
                <w:sz w:val="20"/>
              </w:rPr>
              <w:br/>
              <w:t>Full-time students and Retired Members</w:t>
            </w:r>
          </w:p>
        </w:tc>
        <w:tc>
          <w:tcPr>
            <w:tcW w:w="3213" w:type="dxa"/>
            <w:shd w:val="clear" w:color="auto" w:fill="F2F4F8"/>
          </w:tcPr>
          <w:p w14:paraId="639FEFD7" w14:textId="77777777" w:rsidR="00612F6B" w:rsidRDefault="00000000">
            <w:pPr>
              <w:spacing w:before="60" w:after="60"/>
              <w:jc w:val="center"/>
            </w:pPr>
            <w:r>
              <w:rPr>
                <w:color w:val="003060"/>
                <w:sz w:val="20"/>
              </w:rPr>
              <w:t>AUD 500  ☐</w:t>
            </w:r>
          </w:p>
        </w:tc>
      </w:tr>
    </w:tbl>
    <w:p w14:paraId="4C299AE6" w14:textId="77777777" w:rsidR="00612F6B" w:rsidRDefault="00612F6B">
      <w:pPr>
        <w:spacing w:line="60" w:lineRule="exact"/>
      </w:pPr>
    </w:p>
    <w:p w14:paraId="73284B69" w14:textId="77777777" w:rsidR="00612F6B" w:rsidRDefault="00000000">
      <w:pPr>
        <w:shd w:val="clear" w:color="auto" w:fill="F0F2F5"/>
        <w:spacing w:before="40" w:after="40"/>
        <w:ind w:left="170"/>
      </w:pPr>
      <w:r>
        <w:rPr>
          <w:b/>
          <w:color w:val="003060"/>
          <w:sz w:val="21"/>
        </w:rPr>
        <w:t xml:space="preserve">  Phương thức thanh toán / Payment Method:    </w:t>
      </w:r>
      <w:r>
        <w:rPr>
          <w:color w:val="003060"/>
          <w:sz w:val="21"/>
        </w:rPr>
        <w:t>Thanh toán trực tuyến / Online Payment  ☐      Tiền mặt / Cash  ☐</w:t>
      </w:r>
    </w:p>
    <w:p w14:paraId="6BE1DD86" w14:textId="77777777" w:rsidR="00612F6B" w:rsidRDefault="00612F6B">
      <w:pPr>
        <w:spacing w:line="100" w:lineRule="exact"/>
      </w:pPr>
    </w:p>
    <w:p w14:paraId="52FC4A8D" w14:textId="77777777" w:rsidR="00612F6B" w:rsidRDefault="00000000">
      <w:pPr>
        <w:shd w:val="clear" w:color="auto" w:fill="007B7F"/>
        <w:spacing w:before="140" w:after="80"/>
        <w:ind w:left="170"/>
      </w:pPr>
      <w:r>
        <w:rPr>
          <w:b/>
          <w:color w:val="FFFFFF"/>
          <w:sz w:val="23"/>
        </w:rPr>
        <w:t xml:space="preserve">  PHẦN C: THÔNG TIN &amp; SỬ DỤNG HÌNH ẢNH  </w:t>
      </w:r>
      <w:r>
        <w:rPr>
          <w:i/>
          <w:color w:val="CCFFFF"/>
          <w:sz w:val="20"/>
        </w:rPr>
        <w:t>/ PART C: INFORMATION &amp; PHOTOGRAPHIC PERMISSION</w:t>
      </w:r>
    </w:p>
    <w:p w14:paraId="33C4DA37" w14:textId="77777777" w:rsidR="00612F6B" w:rsidRDefault="00000000">
      <w:pPr>
        <w:shd w:val="clear" w:color="auto" w:fill="F0F2F5"/>
        <w:spacing w:before="60" w:after="40"/>
        <w:ind w:left="170"/>
      </w:pPr>
      <w:r>
        <w:rPr>
          <w:b/>
          <w:color w:val="003060"/>
          <w:sz w:val="21"/>
        </w:rPr>
        <w:t xml:space="preserve">  Bạn có muốn nhận thông tin hội viên của VITACHOICE LTD không?  </w:t>
      </w:r>
      <w:r>
        <w:rPr>
          <w:i/>
          <w:color w:val="555555"/>
          <w:sz w:val="19"/>
        </w:rPr>
        <w:t>/ Would you like to receive membership information?</w:t>
      </w:r>
      <w:r>
        <w:rPr>
          <w:b/>
          <w:color w:val="007B7F"/>
        </w:rPr>
        <w:t xml:space="preserve">    Có/Yes  ☐      Không/No  ☐</w:t>
      </w:r>
    </w:p>
    <w:p w14:paraId="21F44567" w14:textId="77777777" w:rsidR="00612F6B" w:rsidRDefault="00612F6B">
      <w:pPr>
        <w:spacing w:line="40" w:lineRule="exact"/>
      </w:pPr>
    </w:p>
    <w:p w14:paraId="33173698" w14:textId="77777777" w:rsidR="00612F6B" w:rsidRDefault="00000000">
      <w:pPr>
        <w:spacing w:before="40" w:after="40"/>
        <w:ind w:left="170" w:right="113"/>
        <w:jc w:val="both"/>
      </w:pPr>
      <w:r>
        <w:rPr>
          <w:i/>
          <w:color w:val="333333"/>
          <w:sz w:val="20"/>
        </w:rPr>
        <w:t>Hình ảnh của các hội viên có thể được sử dụng trong các kênh truyền thông bao gồm bản tin và trang web.</w:t>
      </w:r>
      <w:r>
        <w:rPr>
          <w:i/>
          <w:color w:val="666666"/>
          <w:sz w:val="18"/>
        </w:rPr>
        <w:br/>
        <w:t>Photographs of VITACHOICE LTD members may be used in various communications including the newsletter and website.</w:t>
      </w:r>
    </w:p>
    <w:p w14:paraId="1C962536" w14:textId="77777777" w:rsidR="00612F6B" w:rsidRDefault="00612F6B">
      <w:pPr>
        <w:spacing w:line="40" w:lineRule="exact"/>
      </w:pPr>
    </w:p>
    <w:p w14:paraId="471E40BD" w14:textId="77777777" w:rsidR="00612F6B" w:rsidRDefault="00000000">
      <w:pPr>
        <w:spacing w:before="22" w:after="22"/>
        <w:ind w:left="453"/>
      </w:pPr>
      <w:r>
        <w:rPr>
          <w:b/>
          <w:color w:val="007B7F"/>
          <w:sz w:val="24"/>
        </w:rPr>
        <w:t xml:space="preserve">☐  </w:t>
      </w:r>
      <w:r>
        <w:rPr>
          <w:color w:val="111111"/>
          <w:sz w:val="21"/>
        </w:rPr>
        <w:t>VITACHOICE LTD được phép sử dụng và xác định hình ảnh của tôi.</w:t>
      </w:r>
      <w:r>
        <w:rPr>
          <w:i/>
          <w:color w:val="555555"/>
          <w:sz w:val="19"/>
        </w:rPr>
        <w:br/>
        <w:t xml:space="preserve">       VITACHOICE LTD has my permission to use and identify photographs of me.</w:t>
      </w:r>
    </w:p>
    <w:p w14:paraId="6EA66E5F" w14:textId="77777777" w:rsidR="00612F6B" w:rsidRDefault="00000000">
      <w:pPr>
        <w:spacing w:before="22" w:after="22"/>
        <w:ind w:left="453"/>
      </w:pPr>
      <w:r>
        <w:rPr>
          <w:b/>
          <w:color w:val="007B7F"/>
          <w:sz w:val="24"/>
        </w:rPr>
        <w:t xml:space="preserve">☐  </w:t>
      </w:r>
      <w:r>
        <w:rPr>
          <w:color w:val="111111"/>
          <w:sz w:val="21"/>
        </w:rPr>
        <w:t>VITACHOICE LTD KHÔNG được phép sử dụng và xác định hình ảnh của tôi.</w:t>
      </w:r>
      <w:r>
        <w:rPr>
          <w:i/>
          <w:color w:val="555555"/>
          <w:sz w:val="19"/>
        </w:rPr>
        <w:br/>
        <w:t xml:space="preserve">       VITACHOICE LTD does NOT have permission to use and identify photographs of me.</w:t>
      </w:r>
    </w:p>
    <w:p w14:paraId="01E518F1" w14:textId="77777777" w:rsidR="00612F6B" w:rsidRDefault="00000000">
      <w:pPr>
        <w:spacing w:before="22" w:after="22"/>
        <w:ind w:left="453"/>
      </w:pPr>
      <w:r>
        <w:rPr>
          <w:b/>
          <w:color w:val="007B7F"/>
          <w:sz w:val="24"/>
        </w:rPr>
        <w:t xml:space="preserve">☐  </w:t>
      </w:r>
      <w:r>
        <w:rPr>
          <w:color w:val="111111"/>
          <w:sz w:val="21"/>
        </w:rPr>
        <w:t>VITACHOICE LTD phải liên hệ tôi trước khi sử dụng bất kỳ hình ảnh nào.</w:t>
      </w:r>
      <w:r>
        <w:rPr>
          <w:i/>
          <w:color w:val="555555"/>
          <w:sz w:val="19"/>
        </w:rPr>
        <w:br/>
        <w:t xml:space="preserve">       VITACHOICE LTD must contact me before using any identified photographs of me.</w:t>
      </w:r>
    </w:p>
    <w:p w14:paraId="4CFA94B7" w14:textId="77777777" w:rsidR="00612F6B" w:rsidRDefault="00612F6B">
      <w:pPr>
        <w:spacing w:line="100" w:lineRule="exact"/>
      </w:pPr>
    </w:p>
    <w:p w14:paraId="44280F0B" w14:textId="77777777" w:rsidR="00612F6B" w:rsidRDefault="00000000">
      <w:pPr>
        <w:shd w:val="clear" w:color="auto" w:fill="1A56A0"/>
        <w:spacing w:before="140" w:after="80"/>
        <w:ind w:left="170"/>
      </w:pPr>
      <w:r>
        <w:rPr>
          <w:b/>
          <w:color w:val="FFFFFF"/>
          <w:sz w:val="23"/>
        </w:rPr>
        <w:t xml:space="preserve">  PHẦN D: THÔNG TIN NGÂN HÀNG  </w:t>
      </w:r>
      <w:r>
        <w:rPr>
          <w:i/>
          <w:color w:val="CCFFFF"/>
          <w:sz w:val="20"/>
        </w:rPr>
        <w:t>/ PART D: BANKING INFORMATION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19"/>
        <w:gridCol w:w="4819"/>
      </w:tblGrid>
      <w:tr w:rsidR="00612F6B" w14:paraId="0E229E73" w14:textId="77777777">
        <w:tc>
          <w:tcPr>
            <w:tcW w:w="4819" w:type="dxa"/>
            <w:tcBorders>
              <w:top w:val="single" w:sz="4" w:space="0" w:color="1A56A0"/>
              <w:left w:val="single" w:sz="4" w:space="0" w:color="1A56A0"/>
              <w:bottom w:val="single" w:sz="4" w:space="0" w:color="1A56A0"/>
              <w:right w:val="single" w:sz="4" w:space="0" w:color="1A56A0"/>
            </w:tcBorders>
            <w:shd w:val="clear" w:color="auto" w:fill="E8F4FD"/>
            <w:tcMar>
              <w:top w:w="120" w:type="dxa"/>
              <w:left w:w="180" w:type="dxa"/>
              <w:bottom w:w="120" w:type="dxa"/>
              <w:right w:w="120" w:type="dxa"/>
            </w:tcMar>
          </w:tcPr>
          <w:p w14:paraId="4FD5EC51" w14:textId="77777777" w:rsidR="00612F6B" w:rsidRDefault="00000000">
            <w:pPr>
              <w:spacing w:before="20" w:after="30"/>
              <w:jc w:val="center"/>
            </w:pPr>
            <w:r>
              <w:rPr>
                <w:b/>
                <w:color w:val="003060"/>
              </w:rPr>
              <w:t>🏦  Bank Transfer / Chuyển khoản</w:t>
            </w:r>
          </w:p>
          <w:p w14:paraId="5CD7B8AA" w14:textId="77777777" w:rsidR="00612F6B" w:rsidRDefault="00000000">
            <w:pPr>
              <w:spacing w:before="10" w:after="10"/>
            </w:pPr>
            <w:r>
              <w:rPr>
                <w:b/>
                <w:color w:val="003060"/>
                <w:sz w:val="20"/>
              </w:rPr>
              <w:t xml:space="preserve">Bank / Ngân hàng: </w:t>
            </w:r>
            <w:r>
              <w:rPr>
                <w:color w:val="333333"/>
                <w:sz w:val="20"/>
              </w:rPr>
              <w:t>National Australia Bank</w:t>
            </w:r>
          </w:p>
          <w:p w14:paraId="5AD43869" w14:textId="77777777" w:rsidR="00612F6B" w:rsidRDefault="00000000">
            <w:pPr>
              <w:spacing w:before="10" w:after="10"/>
            </w:pPr>
            <w:r>
              <w:rPr>
                <w:b/>
                <w:color w:val="003060"/>
                <w:sz w:val="20"/>
              </w:rPr>
              <w:t xml:space="preserve">Account No / Tài khoản: </w:t>
            </w:r>
            <w:r>
              <w:rPr>
                <w:color w:val="333333"/>
                <w:sz w:val="20"/>
              </w:rPr>
              <w:t>289160637</w:t>
            </w:r>
          </w:p>
          <w:p w14:paraId="1A84E824" w14:textId="77777777" w:rsidR="00612F6B" w:rsidRDefault="00000000">
            <w:pPr>
              <w:spacing w:before="10" w:after="10"/>
            </w:pPr>
            <w:r>
              <w:rPr>
                <w:b/>
                <w:color w:val="003060"/>
                <w:sz w:val="20"/>
              </w:rPr>
              <w:t xml:space="preserve">BSB: </w:t>
            </w:r>
            <w:r>
              <w:rPr>
                <w:color w:val="333333"/>
                <w:sz w:val="20"/>
              </w:rPr>
              <w:t>084 034</w:t>
            </w:r>
          </w:p>
          <w:p w14:paraId="77CA784E" w14:textId="77777777" w:rsidR="00612F6B" w:rsidRDefault="00000000">
            <w:pPr>
              <w:spacing w:before="10" w:after="10"/>
            </w:pPr>
            <w:r>
              <w:rPr>
                <w:b/>
                <w:color w:val="003060"/>
                <w:sz w:val="20"/>
              </w:rPr>
              <w:t xml:space="preserve">SWIFT/BIC: </w:t>
            </w:r>
            <w:r>
              <w:rPr>
                <w:color w:val="333333"/>
                <w:sz w:val="20"/>
              </w:rPr>
              <w:t>NATAAU3305A</w:t>
            </w:r>
          </w:p>
          <w:p w14:paraId="2D763043" w14:textId="77777777" w:rsidR="00612F6B" w:rsidRDefault="00000000">
            <w:pPr>
              <w:spacing w:before="10" w:after="10"/>
            </w:pPr>
            <w:r>
              <w:rPr>
                <w:b/>
                <w:color w:val="003060"/>
                <w:sz w:val="20"/>
              </w:rPr>
              <w:t xml:space="preserve">Account Holder / Chủ TK: </w:t>
            </w:r>
            <w:r>
              <w:rPr>
                <w:color w:val="333333"/>
                <w:sz w:val="20"/>
              </w:rPr>
              <w:t>VITACHOICE LTD</w:t>
            </w:r>
          </w:p>
          <w:p w14:paraId="2A2651C8" w14:textId="77777777" w:rsidR="00612F6B" w:rsidRDefault="00000000">
            <w:pPr>
              <w:spacing w:before="10" w:after="10"/>
            </w:pPr>
            <w:r>
              <w:rPr>
                <w:b/>
                <w:color w:val="003060"/>
                <w:sz w:val="20"/>
              </w:rPr>
              <w:t xml:space="preserve">Address / Địa chỉ: </w:t>
            </w:r>
            <w:r>
              <w:rPr>
                <w:color w:val="333333"/>
                <w:sz w:val="20"/>
              </w:rPr>
              <w:t>71 Smith Street, Darwin, NT 0800, Australia</w:t>
            </w:r>
          </w:p>
        </w:tc>
        <w:tc>
          <w:tcPr>
            <w:tcW w:w="4819" w:type="dxa"/>
            <w:tcBorders>
              <w:top w:val="single" w:sz="4" w:space="0" w:color="B8860B"/>
              <w:left w:val="single" w:sz="4" w:space="0" w:color="B8860B"/>
              <w:bottom w:val="single" w:sz="4" w:space="0" w:color="B8860B"/>
              <w:right w:val="single" w:sz="4" w:space="0" w:color="B8860B"/>
            </w:tcBorders>
            <w:shd w:val="clear" w:color="auto" w:fill="FFF8E7"/>
            <w:tcMar>
              <w:top w:w="120" w:type="dxa"/>
              <w:left w:w="180" w:type="dxa"/>
              <w:bottom w:w="120" w:type="dxa"/>
              <w:right w:w="120" w:type="dxa"/>
            </w:tcMar>
          </w:tcPr>
          <w:p w14:paraId="1B1C3E86" w14:textId="77777777" w:rsidR="00612F6B" w:rsidRDefault="00000000">
            <w:pPr>
              <w:spacing w:before="20" w:after="30"/>
              <w:jc w:val="center"/>
            </w:pPr>
            <w:r>
              <w:rPr>
                <w:b/>
                <w:color w:val="003060"/>
              </w:rPr>
              <w:t>📮  Cheque Payment / Thanh toán Séc</w:t>
            </w:r>
          </w:p>
          <w:p w14:paraId="25975E7E" w14:textId="77777777" w:rsidR="00612F6B" w:rsidRDefault="00000000">
            <w:pPr>
              <w:spacing w:before="10" w:after="20"/>
            </w:pPr>
            <w:r>
              <w:rPr>
                <w:i/>
                <w:color w:val="333333"/>
                <w:sz w:val="20"/>
              </w:rPr>
              <w:t>Please send cheque to / Vui lòng gửi séc đến:</w:t>
            </w:r>
          </w:p>
          <w:p w14:paraId="3B10CA03" w14:textId="77777777" w:rsidR="00612F6B" w:rsidRDefault="00000000">
            <w:pPr>
              <w:spacing w:before="30" w:after="10"/>
              <w:jc w:val="center"/>
            </w:pPr>
            <w:r>
              <w:rPr>
                <w:b/>
                <w:color w:val="003060"/>
                <w:sz w:val="20"/>
              </w:rPr>
              <w:t>110/12 Salonika St, Parap, NT 0820, Australia</w:t>
            </w:r>
          </w:p>
        </w:tc>
      </w:tr>
    </w:tbl>
    <w:p w14:paraId="61254E95" w14:textId="77777777" w:rsidR="00612F6B" w:rsidRDefault="00612F6B">
      <w:pPr>
        <w:spacing w:line="60" w:lineRule="exact"/>
      </w:pPr>
    </w:p>
    <w:p w14:paraId="6F449BCB" w14:textId="77777777" w:rsidR="00612F6B" w:rsidRDefault="00000000">
      <w:pPr>
        <w:shd w:val="clear" w:color="auto" w:fill="F0F2F5"/>
        <w:spacing w:before="40" w:after="60"/>
        <w:ind w:left="170" w:right="170"/>
        <w:jc w:val="center"/>
      </w:pPr>
      <w:r>
        <w:rPr>
          <w:color w:val="003060"/>
          <w:sz w:val="21"/>
        </w:rPr>
        <w:t xml:space="preserve">📧  After signing, please email a copy to / Sau khi ký, vui lòng gửi bản sao qua email đến:  </w:t>
      </w:r>
      <w:r>
        <w:rPr>
          <w:b/>
          <w:color w:val="1A56A0"/>
          <w:sz w:val="21"/>
        </w:rPr>
        <w:t>vitachoice.clg@gmail.com</w:t>
      </w:r>
    </w:p>
    <w:p w14:paraId="3619A9A4" w14:textId="77777777" w:rsidR="00612F6B" w:rsidRDefault="00612F6B">
      <w:pPr>
        <w:spacing w:line="100" w:lineRule="exact"/>
      </w:pPr>
    </w:p>
    <w:p w14:paraId="118DCBD4" w14:textId="77777777" w:rsidR="00612F6B" w:rsidRDefault="00000000">
      <w:pPr>
        <w:shd w:val="clear" w:color="auto" w:fill="003060"/>
        <w:spacing w:before="140" w:after="80"/>
        <w:ind w:left="170"/>
      </w:pPr>
      <w:r>
        <w:rPr>
          <w:b/>
          <w:color w:val="FFFFFF"/>
          <w:sz w:val="23"/>
        </w:rPr>
        <w:t xml:space="preserve">  PHẦN E: XÁC NHẬN &amp; CHỮ KÝ  </w:t>
      </w:r>
      <w:r>
        <w:rPr>
          <w:i/>
          <w:color w:val="CCFFFF"/>
          <w:sz w:val="20"/>
        </w:rPr>
        <w:t>/ PART E: CONFIRMATION &amp; SIGNATURES</w:t>
      </w:r>
    </w:p>
    <w:p w14:paraId="07D12FED" w14:textId="77777777" w:rsidR="00612F6B" w:rsidRDefault="00612F6B">
      <w:pPr>
        <w:spacing w:line="60" w:lineRule="exact"/>
      </w:pPr>
    </w:p>
    <w:p w14:paraId="7F285B81" w14:textId="77777777" w:rsidR="00612F6B" w:rsidRDefault="00000000">
      <w:pPr>
        <w:spacing w:before="60" w:after="60"/>
        <w:ind w:left="283"/>
      </w:pPr>
      <w:r>
        <w:rPr>
          <w:color w:val="333333"/>
        </w:rPr>
        <w:lastRenderedPageBreak/>
        <w:t>Ngày nộp đơn / Submission Date: ……… / ……… / ………</w:t>
      </w:r>
    </w:p>
    <w:p w14:paraId="4A4B5DD9" w14:textId="77777777" w:rsidR="00612F6B" w:rsidRDefault="00612F6B">
      <w:pPr>
        <w:spacing w:line="80" w:lineRule="exac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612F6B" w14:paraId="05D3D9FA" w14:textId="77777777">
        <w:tc>
          <w:tcPr>
            <w:tcW w:w="3213" w:type="dxa"/>
            <w:tcBorders>
              <w:top w:val="single" w:sz="4" w:space="0" w:color="007B7F"/>
              <w:left w:val="single" w:sz="4" w:space="0" w:color="007B7F"/>
              <w:bottom w:val="single" w:sz="4" w:space="0" w:color="007B7F"/>
              <w:right w:val="single" w:sz="4" w:space="0" w:color="007B7F"/>
            </w:tcBorders>
            <w:shd w:val="clear" w:color="auto" w:fill="F0F2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5C1C95" w14:textId="77777777" w:rsidR="00612F6B" w:rsidRDefault="00000000">
            <w:pPr>
              <w:spacing w:before="60" w:after="20"/>
              <w:jc w:val="center"/>
            </w:pPr>
            <w:r>
              <w:rPr>
                <w:b/>
                <w:color w:val="003060"/>
                <w:sz w:val="21"/>
              </w:rPr>
              <w:t>NGƯỜI ĐĂNG KÝ</w:t>
            </w:r>
          </w:p>
          <w:p w14:paraId="10C1564D" w14:textId="77777777" w:rsidR="00612F6B" w:rsidRDefault="00000000">
            <w:pPr>
              <w:spacing w:after="60"/>
              <w:jc w:val="center"/>
            </w:pPr>
            <w:r>
              <w:rPr>
                <w:i/>
                <w:color w:val="555555"/>
                <w:sz w:val="18"/>
              </w:rPr>
              <w:t>Applicant Signature</w:t>
            </w:r>
          </w:p>
          <w:p w14:paraId="6418771A" w14:textId="77777777" w:rsidR="00612F6B" w:rsidRDefault="00612F6B">
            <w:pPr>
              <w:spacing w:before="10" w:after="10" w:line="380" w:lineRule="exact"/>
            </w:pPr>
          </w:p>
          <w:p w14:paraId="199E03F4" w14:textId="77777777" w:rsidR="00612F6B" w:rsidRDefault="00612F6B">
            <w:pPr>
              <w:spacing w:before="10" w:after="10" w:line="380" w:lineRule="exact"/>
            </w:pPr>
          </w:p>
          <w:p w14:paraId="5E0A6382" w14:textId="77777777" w:rsidR="00612F6B" w:rsidRDefault="00612F6B">
            <w:pPr>
              <w:spacing w:before="10" w:after="10" w:line="380" w:lineRule="exact"/>
            </w:pPr>
          </w:p>
          <w:p w14:paraId="4F985116" w14:textId="77777777" w:rsidR="00612F6B" w:rsidRDefault="00612F6B">
            <w:pPr>
              <w:pBdr>
                <w:bottom w:val="single" w:sz="6" w:space="1" w:color="007B7F"/>
              </w:pBdr>
              <w:spacing w:before="10" w:after="60"/>
            </w:pPr>
          </w:p>
        </w:tc>
        <w:tc>
          <w:tcPr>
            <w:tcW w:w="3213" w:type="dxa"/>
            <w:tcBorders>
              <w:top w:val="single" w:sz="4" w:space="0" w:color="007B7F"/>
              <w:left w:val="single" w:sz="4" w:space="0" w:color="007B7F"/>
              <w:bottom w:val="single" w:sz="4" w:space="0" w:color="007B7F"/>
              <w:right w:val="single" w:sz="4" w:space="0" w:color="007B7F"/>
            </w:tcBorders>
            <w:shd w:val="clear" w:color="auto" w:fill="F0F2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6B912F" w14:textId="77777777" w:rsidR="00612F6B" w:rsidRDefault="00000000">
            <w:pPr>
              <w:spacing w:before="60" w:after="20"/>
              <w:jc w:val="center"/>
            </w:pPr>
            <w:r>
              <w:rPr>
                <w:b/>
                <w:color w:val="003060"/>
                <w:sz w:val="21"/>
              </w:rPr>
              <w:t>NGƯỜI ĐỀ XUẤT</w:t>
            </w:r>
          </w:p>
          <w:p w14:paraId="36AD89E6" w14:textId="77777777" w:rsidR="00612F6B" w:rsidRDefault="00000000">
            <w:pPr>
              <w:spacing w:after="60"/>
              <w:jc w:val="center"/>
            </w:pPr>
            <w:r>
              <w:rPr>
                <w:i/>
                <w:color w:val="555555"/>
                <w:sz w:val="18"/>
              </w:rPr>
              <w:t>Signature of Proposer</w:t>
            </w:r>
          </w:p>
          <w:p w14:paraId="3A8FFD85" w14:textId="77777777" w:rsidR="00612F6B" w:rsidRDefault="00612F6B">
            <w:pPr>
              <w:spacing w:before="10" w:after="10" w:line="380" w:lineRule="exact"/>
            </w:pPr>
          </w:p>
          <w:p w14:paraId="40FD9D4D" w14:textId="77777777" w:rsidR="00612F6B" w:rsidRDefault="00612F6B">
            <w:pPr>
              <w:spacing w:before="10" w:after="10" w:line="380" w:lineRule="exact"/>
            </w:pPr>
          </w:p>
          <w:p w14:paraId="5C885F79" w14:textId="77777777" w:rsidR="00612F6B" w:rsidRDefault="00612F6B">
            <w:pPr>
              <w:spacing w:before="10" w:after="10" w:line="380" w:lineRule="exact"/>
            </w:pPr>
          </w:p>
          <w:p w14:paraId="76C39040" w14:textId="77777777" w:rsidR="00612F6B" w:rsidRDefault="00612F6B">
            <w:pPr>
              <w:pBdr>
                <w:bottom w:val="single" w:sz="6" w:space="1" w:color="007B7F"/>
              </w:pBdr>
              <w:spacing w:before="10" w:after="60"/>
            </w:pPr>
          </w:p>
        </w:tc>
        <w:tc>
          <w:tcPr>
            <w:tcW w:w="3213" w:type="dxa"/>
            <w:tcBorders>
              <w:top w:val="single" w:sz="4" w:space="0" w:color="007B7F"/>
              <w:left w:val="single" w:sz="4" w:space="0" w:color="007B7F"/>
              <w:bottom w:val="single" w:sz="4" w:space="0" w:color="007B7F"/>
              <w:right w:val="single" w:sz="4" w:space="0" w:color="007B7F"/>
            </w:tcBorders>
            <w:shd w:val="clear" w:color="auto" w:fill="F0F2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81EBA6" w14:textId="77777777" w:rsidR="00612F6B" w:rsidRDefault="00000000">
            <w:pPr>
              <w:spacing w:before="60" w:after="20"/>
              <w:jc w:val="center"/>
            </w:pPr>
            <w:r>
              <w:rPr>
                <w:b/>
                <w:color w:val="003060"/>
                <w:sz w:val="21"/>
              </w:rPr>
              <w:t>ĐẠI DIỆN BAN ĐIỀU HÀNH</w:t>
            </w:r>
          </w:p>
          <w:p w14:paraId="5E3A17A5" w14:textId="77777777" w:rsidR="00612F6B" w:rsidRDefault="00000000">
            <w:pPr>
              <w:spacing w:after="60"/>
              <w:jc w:val="center"/>
            </w:pPr>
            <w:r>
              <w:rPr>
                <w:i/>
                <w:color w:val="555555"/>
                <w:sz w:val="18"/>
              </w:rPr>
              <w:t>Signature of Board Member</w:t>
            </w:r>
          </w:p>
          <w:p w14:paraId="75A9F4B2" w14:textId="77777777" w:rsidR="00612F6B" w:rsidRDefault="00612F6B">
            <w:pPr>
              <w:spacing w:before="10" w:after="10" w:line="380" w:lineRule="exact"/>
            </w:pPr>
          </w:p>
          <w:p w14:paraId="141D561D" w14:textId="77777777" w:rsidR="00612F6B" w:rsidRDefault="00612F6B">
            <w:pPr>
              <w:spacing w:before="10" w:after="10" w:line="380" w:lineRule="exact"/>
            </w:pPr>
          </w:p>
          <w:p w14:paraId="447D5D58" w14:textId="77777777" w:rsidR="00612F6B" w:rsidRDefault="00612F6B">
            <w:pPr>
              <w:spacing w:before="10" w:after="10" w:line="380" w:lineRule="exact"/>
            </w:pPr>
          </w:p>
          <w:p w14:paraId="1872C566" w14:textId="77777777" w:rsidR="00612F6B" w:rsidRDefault="00612F6B">
            <w:pPr>
              <w:pBdr>
                <w:bottom w:val="single" w:sz="6" w:space="1" w:color="007B7F"/>
              </w:pBdr>
              <w:spacing w:before="10" w:after="60"/>
            </w:pPr>
          </w:p>
          <w:p w14:paraId="060B9806" w14:textId="77777777" w:rsidR="00612F6B" w:rsidRDefault="00000000">
            <w:pPr>
              <w:spacing w:before="10" w:after="50"/>
              <w:jc w:val="center"/>
            </w:pPr>
            <w:r>
              <w:rPr>
                <w:i/>
                <w:color w:val="555555"/>
                <w:sz w:val="18"/>
              </w:rPr>
              <w:t>(Chức vụ / Position: …………………)</w:t>
            </w:r>
          </w:p>
        </w:tc>
      </w:tr>
    </w:tbl>
    <w:p w14:paraId="2B5DFD59" w14:textId="77777777" w:rsidR="00612F6B" w:rsidRDefault="00612F6B">
      <w:pPr>
        <w:spacing w:line="120" w:lineRule="exact"/>
      </w:pPr>
    </w:p>
    <w:p w14:paraId="4FCD1BA5" w14:textId="77777777" w:rsidR="00612F6B" w:rsidRDefault="00612F6B">
      <w:pPr>
        <w:pBdr>
          <w:bottom w:val="single" w:sz="10" w:space="1" w:color="B8860B"/>
        </w:pBdr>
        <w:spacing w:after="0"/>
      </w:pPr>
    </w:p>
    <w:p w14:paraId="0AAA5A64" w14:textId="77777777" w:rsidR="00612F6B" w:rsidRDefault="00612F6B">
      <w:pPr>
        <w:spacing w:line="60" w:lineRule="exac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09"/>
        <w:gridCol w:w="2597"/>
        <w:gridCol w:w="2409"/>
        <w:gridCol w:w="2409"/>
      </w:tblGrid>
      <w:tr w:rsidR="00612F6B" w14:paraId="1CD702A5" w14:textId="77777777">
        <w:tc>
          <w:tcPr>
            <w:tcW w:w="2409" w:type="dxa"/>
            <w:vAlign w:val="center"/>
          </w:tcPr>
          <w:p w14:paraId="445A72D0" w14:textId="77777777" w:rsidR="00612F6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E83E7F" wp14:editId="3EB27C22">
                  <wp:extent cx="827999" cy="10441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_Logo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99" cy="104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14:paraId="5CF37026" w14:textId="77777777" w:rsidR="00612F6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50F0B4" wp14:editId="1C2F06C1">
                  <wp:extent cx="1512000" cy="126138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IC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26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14:paraId="022252CD" w14:textId="77777777" w:rsidR="00612F6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22DA07" wp14:editId="7B13160E">
                  <wp:extent cx="936000" cy="93831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G-logo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93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14:paraId="79CF32A6" w14:textId="77777777" w:rsidR="00612F6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421D49" wp14:editId="516A3948">
                  <wp:extent cx="936000" cy="936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NC-Registered-Charity-Logo_RGB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D338D" w14:textId="77777777" w:rsidR="00612F6B" w:rsidRDefault="00612F6B">
      <w:pPr>
        <w:spacing w:line="60" w:lineRule="exact"/>
      </w:pPr>
    </w:p>
    <w:p w14:paraId="66FFB097" w14:textId="77777777" w:rsidR="00612F6B" w:rsidRDefault="00000000">
      <w:pPr>
        <w:shd w:val="clear" w:color="auto" w:fill="F0F2F5"/>
        <w:spacing w:before="20" w:after="0"/>
        <w:jc w:val="center"/>
      </w:pPr>
      <w:r>
        <w:rPr>
          <w:i/>
          <w:color w:val="555555"/>
          <w:sz w:val="17"/>
        </w:rPr>
        <w:t>© VitaChoice LTD  |  ASIC Registered  |  ACNC Registered Charity  |  DGR Approved  |  110/12 Salonika St, Parap NT 0820  |  vitachoice.clg@gmail.com  |  0406 005 063</w:t>
      </w:r>
    </w:p>
    <w:sectPr w:rsidR="00612F6B" w:rsidSect="00034616">
      <w:pgSz w:w="11906" w:h="16838"/>
      <w:pgMar w:top="1020" w:right="1134" w:bottom="102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11496374">
    <w:abstractNumId w:val="8"/>
  </w:num>
  <w:num w:numId="2" w16cid:durableId="1089544534">
    <w:abstractNumId w:val="6"/>
  </w:num>
  <w:num w:numId="3" w16cid:durableId="343172898">
    <w:abstractNumId w:val="5"/>
  </w:num>
  <w:num w:numId="4" w16cid:durableId="445080404">
    <w:abstractNumId w:val="4"/>
  </w:num>
  <w:num w:numId="5" w16cid:durableId="1944413603">
    <w:abstractNumId w:val="7"/>
  </w:num>
  <w:num w:numId="6" w16cid:durableId="1590499854">
    <w:abstractNumId w:val="3"/>
  </w:num>
  <w:num w:numId="7" w16cid:durableId="1013917936">
    <w:abstractNumId w:val="2"/>
  </w:num>
  <w:num w:numId="8" w16cid:durableId="1120151913">
    <w:abstractNumId w:val="1"/>
  </w:num>
  <w:num w:numId="9" w16cid:durableId="763498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75E26"/>
    <w:rsid w:val="00612F6B"/>
    <w:rsid w:val="007A2737"/>
    <w:rsid w:val="00804DFF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68A7C45"/>
  <w14:defaultImageDpi w14:val="300"/>
  <w15:docId w15:val="{39DF3D13-4C8F-4FCB-AC6A-B16C1FBC1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trang le</cp:lastModifiedBy>
  <cp:revision>3</cp:revision>
  <dcterms:created xsi:type="dcterms:W3CDTF">2013-12-23T23:15:00Z</dcterms:created>
  <dcterms:modified xsi:type="dcterms:W3CDTF">2026-04-07T07:57:00Z</dcterms:modified>
  <cp:category/>
</cp:coreProperties>
</file>