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3213"/>
        <w:gridCol w:w="3213"/>
        <w:gridCol w:w="3213"/>
      </w:tblGrid>
      <w:tr w:rsidR="002640A1" w14:paraId="172DAEE3" w14:textId="77777777">
        <w:tc>
          <w:tcPr>
            <w:tcW w:w="3213" w:type="dxa"/>
            <w:vAlign w:val="center"/>
          </w:tcPr>
          <w:p w14:paraId="397F1C01" w14:textId="77777777" w:rsidR="002640A1" w:rsidRDefault="00000000">
            <w:pPr>
              <w:jc w:val="center"/>
            </w:pPr>
            <w:r>
              <w:rPr>
                <w:noProof/>
              </w:rPr>
              <w:drawing>
                <wp:inline distT="0" distB="0" distL="0" distR="0" wp14:anchorId="28FE68F9" wp14:editId="430DDD3E">
                  <wp:extent cx="936000" cy="1180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png"/>
                          <pic:cNvPicPr/>
                        </pic:nvPicPr>
                        <pic:blipFill>
                          <a:blip r:embed="rId6"/>
                          <a:stretch>
                            <a:fillRect/>
                          </a:stretch>
                        </pic:blipFill>
                        <pic:spPr>
                          <a:xfrm>
                            <a:off x="0" y="0"/>
                            <a:ext cx="936000" cy="1180328"/>
                          </a:xfrm>
                          <a:prstGeom prst="rect">
                            <a:avLst/>
                          </a:prstGeom>
                        </pic:spPr>
                      </pic:pic>
                    </a:graphicData>
                  </a:graphic>
                </wp:inline>
              </w:drawing>
            </w:r>
          </w:p>
        </w:tc>
        <w:tc>
          <w:tcPr>
            <w:tcW w:w="3213" w:type="dxa"/>
            <w:shd w:val="clear" w:color="auto" w:fill="007B7F"/>
            <w:tcMar>
              <w:top w:w="60" w:type="dxa"/>
              <w:left w:w="180" w:type="dxa"/>
              <w:bottom w:w="60" w:type="dxa"/>
              <w:right w:w="180" w:type="dxa"/>
            </w:tcMar>
            <w:vAlign w:val="center"/>
          </w:tcPr>
          <w:p w14:paraId="5C62289B" w14:textId="77777777" w:rsidR="002640A1" w:rsidRDefault="00000000">
            <w:pPr>
              <w:spacing w:before="50" w:after="10"/>
              <w:jc w:val="center"/>
            </w:pPr>
            <w:r>
              <w:rPr>
                <w:b/>
                <w:color w:val="FFFFFF"/>
                <w:sz w:val="40"/>
              </w:rPr>
              <w:t>VITACHOICE LTD</w:t>
            </w:r>
          </w:p>
          <w:p w14:paraId="3CBC9EC5" w14:textId="77777777" w:rsidR="002640A1" w:rsidRDefault="00000000">
            <w:pPr>
              <w:spacing w:after="50"/>
              <w:jc w:val="center"/>
            </w:pPr>
            <w:r>
              <w:rPr>
                <w:i/>
                <w:color w:val="AADDDD"/>
                <w:sz w:val="18"/>
              </w:rPr>
              <w:t>Tổ Chức Từ Thiện Đã Đăng Ký  |  Registered Charity  |  DGR Approved</w:t>
            </w:r>
          </w:p>
        </w:tc>
        <w:tc>
          <w:tcPr>
            <w:tcW w:w="3213" w:type="dxa"/>
            <w:vAlign w:val="center"/>
          </w:tcPr>
          <w:p w14:paraId="2B23CAF4" w14:textId="77777777" w:rsidR="002640A1" w:rsidRDefault="00000000">
            <w:pPr>
              <w:jc w:val="right"/>
            </w:pPr>
            <w:r>
              <w:rPr>
                <w:noProof/>
              </w:rPr>
              <w:drawing>
                <wp:inline distT="0" distB="0" distL="0" distR="0" wp14:anchorId="05ED63A0" wp14:editId="7F13AB44">
                  <wp:extent cx="936000" cy="938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G-logo.png"/>
                          <pic:cNvPicPr/>
                        </pic:nvPicPr>
                        <pic:blipFill>
                          <a:blip r:embed="rId7"/>
                          <a:stretch>
                            <a:fillRect/>
                          </a:stretch>
                        </pic:blipFill>
                        <pic:spPr>
                          <a:xfrm>
                            <a:off x="0" y="0"/>
                            <a:ext cx="936000" cy="938317"/>
                          </a:xfrm>
                          <a:prstGeom prst="rect">
                            <a:avLst/>
                          </a:prstGeom>
                        </pic:spPr>
                      </pic:pic>
                    </a:graphicData>
                  </a:graphic>
                </wp:inline>
              </w:drawing>
            </w:r>
          </w:p>
        </w:tc>
      </w:tr>
    </w:tbl>
    <w:p w14:paraId="4E9AEF70" w14:textId="77777777" w:rsidR="002640A1" w:rsidRDefault="002640A1">
      <w:pPr>
        <w:spacing w:line="80" w:lineRule="exact"/>
      </w:pPr>
    </w:p>
    <w:p w14:paraId="28E085A3" w14:textId="77777777" w:rsidR="002640A1" w:rsidRDefault="002640A1">
      <w:pPr>
        <w:pBdr>
          <w:bottom w:val="single" w:sz="16" w:space="1" w:color="B8860B"/>
        </w:pBdr>
        <w:spacing w:after="0"/>
      </w:pPr>
    </w:p>
    <w:p w14:paraId="487391E9" w14:textId="77777777" w:rsidR="002640A1" w:rsidRDefault="002640A1">
      <w:pPr>
        <w:spacing w:line="80" w:lineRule="exact"/>
      </w:pPr>
    </w:p>
    <w:p w14:paraId="14B16D5E" w14:textId="77777777" w:rsidR="002640A1" w:rsidRDefault="00000000">
      <w:pPr>
        <w:shd w:val="clear" w:color="auto" w:fill="007B7F"/>
        <w:spacing w:before="40" w:after="20"/>
        <w:ind w:left="170" w:right="170"/>
        <w:jc w:val="center"/>
      </w:pPr>
      <w:r>
        <w:rPr>
          <w:b/>
          <w:color w:val="FFFFFF"/>
          <w:sz w:val="28"/>
        </w:rPr>
        <w:t>ĐĂNG KÝ THAM GIA ĐÀO TẠO NHÂN LỰC QUẢNG BÁ KIẾN THỨC SỨC KHỎE</w:t>
      </w:r>
    </w:p>
    <w:p w14:paraId="75BD5AD4" w14:textId="77777777" w:rsidR="002640A1" w:rsidRDefault="00000000">
      <w:pPr>
        <w:shd w:val="clear" w:color="auto" w:fill="1A56A0"/>
        <w:spacing w:after="40"/>
        <w:ind w:left="170" w:right="170"/>
        <w:jc w:val="center"/>
      </w:pPr>
      <w:r>
        <w:rPr>
          <w:b/>
          <w:color w:val="CCFFFF"/>
        </w:rPr>
        <w:t>HEALTH KNOWLEDGE PROMOTION — HUMAN RESOURCE TRAINING REGISTRATION FORM</w:t>
      </w:r>
    </w:p>
    <w:p w14:paraId="7C52733E" w14:textId="77777777" w:rsidR="002640A1" w:rsidRDefault="002640A1">
      <w:pPr>
        <w:spacing w:line="80" w:lineRule="exact"/>
      </w:pPr>
    </w:p>
    <w:p w14:paraId="021C1806" w14:textId="77777777" w:rsidR="002640A1" w:rsidRDefault="00000000" w:rsidP="00031B3F">
      <w:pPr>
        <w:shd w:val="clear" w:color="auto" w:fill="E0F5F5"/>
        <w:spacing w:before="40" w:after="60"/>
        <w:ind w:left="283" w:right="283"/>
      </w:pPr>
      <w:r>
        <w:rPr>
          <w:i/>
          <w:color w:val="004444"/>
          <w:sz w:val="21"/>
        </w:rPr>
        <w:t>VitaChoice LTD kính mời bạn tham gia chương trình đào tạo nhằm nâng cao kiến thức về tiểu đường tuýp 2 và kỹ năng truyền thông sức khỏe cho cộng đồng.</w:t>
      </w:r>
      <w:r>
        <w:rPr>
          <w:i/>
          <w:color w:val="006666"/>
          <w:sz w:val="19"/>
        </w:rPr>
        <w:br/>
        <w:t>VitaChoice LTD cordially invites you to join our training program to enhance knowledge on Type 2 Diabetes and community health communication skills.</w:t>
      </w:r>
    </w:p>
    <w:p w14:paraId="0AD25375" w14:textId="77777777" w:rsidR="002640A1" w:rsidRDefault="002640A1">
      <w:pPr>
        <w:spacing w:line="100" w:lineRule="exact"/>
      </w:pPr>
    </w:p>
    <w:p w14:paraId="41D8689A" w14:textId="77777777" w:rsidR="002640A1" w:rsidRDefault="00000000">
      <w:pPr>
        <w:shd w:val="clear" w:color="auto" w:fill="003060"/>
        <w:spacing w:before="140" w:after="80"/>
        <w:ind w:left="170"/>
      </w:pPr>
      <w:r>
        <w:rPr>
          <w:b/>
          <w:color w:val="FFFFFF"/>
          <w:sz w:val="23"/>
        </w:rPr>
        <w:t xml:space="preserve">  1.  THÔNG TIN CÁ NHÂN  </w:t>
      </w:r>
      <w:r>
        <w:rPr>
          <w:i/>
          <w:color w:val="CCFFFF"/>
          <w:sz w:val="20"/>
        </w:rPr>
        <w:t>/ PERSONAL INFORMATION</w:t>
      </w:r>
    </w:p>
    <w:tbl>
      <w:tblPr>
        <w:tblW w:w="0" w:type="auto"/>
        <w:tblLook w:val="04A0" w:firstRow="1" w:lastRow="0" w:firstColumn="1" w:lastColumn="0" w:noHBand="0" w:noVBand="1"/>
      </w:tblPr>
      <w:tblGrid>
        <w:gridCol w:w="1680"/>
        <w:gridCol w:w="7958"/>
      </w:tblGrid>
      <w:tr w:rsidR="002640A1" w14:paraId="2D9EDCF5" w14:textId="77777777" w:rsidTr="00031B3F">
        <w:tc>
          <w:tcPr>
            <w:tcW w:w="1680" w:type="dxa"/>
            <w:shd w:val="clear" w:color="auto" w:fill="F0F2F5"/>
            <w:tcMar>
              <w:top w:w="60" w:type="dxa"/>
              <w:left w:w="120" w:type="dxa"/>
              <w:bottom w:w="60" w:type="dxa"/>
              <w:right w:w="80" w:type="dxa"/>
            </w:tcMar>
            <w:vAlign w:val="center"/>
          </w:tcPr>
          <w:p w14:paraId="2631B627" w14:textId="77777777" w:rsidR="002640A1" w:rsidRDefault="00000000">
            <w:pPr>
              <w:spacing w:before="20" w:after="20"/>
            </w:pPr>
            <w:proofErr w:type="spellStart"/>
            <w:r>
              <w:rPr>
                <w:b/>
                <w:color w:val="003060"/>
                <w:sz w:val="20"/>
              </w:rPr>
              <w:t>Họ</w:t>
            </w:r>
            <w:proofErr w:type="spellEnd"/>
            <w:r>
              <w:rPr>
                <w:b/>
                <w:color w:val="003060"/>
                <w:sz w:val="20"/>
              </w:rPr>
              <w:t xml:space="preserve"> </w:t>
            </w:r>
            <w:proofErr w:type="spellStart"/>
            <w:r>
              <w:rPr>
                <w:b/>
                <w:color w:val="003060"/>
                <w:sz w:val="20"/>
              </w:rPr>
              <w:t>và</w:t>
            </w:r>
            <w:proofErr w:type="spellEnd"/>
            <w:r>
              <w:rPr>
                <w:b/>
                <w:color w:val="003060"/>
                <w:sz w:val="20"/>
              </w:rPr>
              <w:t xml:space="preserve"> </w:t>
            </w:r>
            <w:proofErr w:type="spellStart"/>
            <w:r>
              <w:rPr>
                <w:b/>
                <w:color w:val="003060"/>
                <w:sz w:val="20"/>
              </w:rPr>
              <w:t>tên</w:t>
            </w:r>
            <w:proofErr w:type="spellEnd"/>
            <w:r>
              <w:rPr>
                <w:b/>
                <w:color w:val="003060"/>
                <w:sz w:val="20"/>
              </w:rPr>
              <w:t>:</w:t>
            </w:r>
            <w:r>
              <w:rPr>
                <w:i/>
                <w:color w:val="555555"/>
                <w:sz w:val="18"/>
              </w:rPr>
              <w:br/>
              <w:t>Full Name:</w:t>
            </w:r>
          </w:p>
        </w:tc>
        <w:tc>
          <w:tcPr>
            <w:tcW w:w="7958" w:type="dxa"/>
            <w:shd w:val="clear" w:color="auto" w:fill="FFFFFF"/>
            <w:tcMar>
              <w:top w:w="60" w:type="dxa"/>
              <w:left w:w="100" w:type="dxa"/>
              <w:bottom w:w="60" w:type="dxa"/>
              <w:right w:w="80" w:type="dxa"/>
            </w:tcMar>
          </w:tcPr>
          <w:p w14:paraId="5C25B508" w14:textId="77777777" w:rsidR="002640A1" w:rsidRDefault="002640A1">
            <w:pPr>
              <w:pBdr>
                <w:bottom w:val="single" w:sz="8" w:space="1" w:color="007B7F"/>
              </w:pBdr>
              <w:spacing w:before="20" w:after="20"/>
            </w:pPr>
          </w:p>
        </w:tc>
      </w:tr>
    </w:tbl>
    <w:p w14:paraId="428F6FCE" w14:textId="77777777" w:rsidR="002640A1" w:rsidRDefault="002640A1">
      <w:pPr>
        <w:spacing w:line="40" w:lineRule="exact"/>
      </w:pPr>
    </w:p>
    <w:tbl>
      <w:tblPr>
        <w:tblW w:w="0" w:type="auto"/>
        <w:tblLook w:val="04A0" w:firstRow="1" w:lastRow="0" w:firstColumn="1" w:lastColumn="0" w:noHBand="0" w:noVBand="1"/>
      </w:tblPr>
      <w:tblGrid>
        <w:gridCol w:w="1660"/>
        <w:gridCol w:w="3158"/>
        <w:gridCol w:w="1519"/>
        <w:gridCol w:w="3299"/>
      </w:tblGrid>
      <w:tr w:rsidR="002640A1" w14:paraId="59356EFE" w14:textId="77777777" w:rsidTr="00031B3F">
        <w:tc>
          <w:tcPr>
            <w:tcW w:w="1660" w:type="dxa"/>
            <w:shd w:val="clear" w:color="auto" w:fill="F0F2F5"/>
            <w:tcMar>
              <w:top w:w="60" w:type="dxa"/>
              <w:left w:w="100" w:type="dxa"/>
              <w:bottom w:w="60" w:type="dxa"/>
              <w:right w:w="60" w:type="dxa"/>
            </w:tcMar>
            <w:vAlign w:val="center"/>
          </w:tcPr>
          <w:p w14:paraId="13C112A5" w14:textId="77777777" w:rsidR="002640A1" w:rsidRDefault="00000000">
            <w:pPr>
              <w:spacing w:before="20" w:after="20"/>
            </w:pPr>
            <w:proofErr w:type="spellStart"/>
            <w:r>
              <w:rPr>
                <w:b/>
                <w:color w:val="003060"/>
                <w:sz w:val="20"/>
              </w:rPr>
              <w:t>Ngày</w:t>
            </w:r>
            <w:proofErr w:type="spellEnd"/>
            <w:r>
              <w:rPr>
                <w:b/>
                <w:color w:val="003060"/>
                <w:sz w:val="20"/>
              </w:rPr>
              <w:t xml:space="preserve"> </w:t>
            </w:r>
            <w:proofErr w:type="spellStart"/>
            <w:r>
              <w:rPr>
                <w:b/>
                <w:color w:val="003060"/>
                <w:sz w:val="20"/>
              </w:rPr>
              <w:t>sinh</w:t>
            </w:r>
            <w:proofErr w:type="spellEnd"/>
            <w:r>
              <w:rPr>
                <w:b/>
                <w:color w:val="003060"/>
                <w:sz w:val="20"/>
              </w:rPr>
              <w:t>:</w:t>
            </w:r>
            <w:r>
              <w:rPr>
                <w:i/>
                <w:color w:val="555555"/>
                <w:sz w:val="17"/>
              </w:rPr>
              <w:br/>
              <w:t>Date of Birth:</w:t>
            </w:r>
          </w:p>
        </w:tc>
        <w:tc>
          <w:tcPr>
            <w:tcW w:w="3158" w:type="dxa"/>
            <w:shd w:val="clear" w:color="auto" w:fill="FFFFFF"/>
            <w:tcMar>
              <w:top w:w="60" w:type="dxa"/>
              <w:left w:w="80" w:type="dxa"/>
              <w:bottom w:w="60" w:type="dxa"/>
              <w:right w:w="60" w:type="dxa"/>
            </w:tcMar>
          </w:tcPr>
          <w:p w14:paraId="70F5117D" w14:textId="77777777" w:rsidR="002640A1" w:rsidRDefault="002640A1">
            <w:pPr>
              <w:pBdr>
                <w:bottom w:val="single" w:sz="8" w:space="1" w:color="007B7F"/>
              </w:pBdr>
              <w:spacing w:before="20" w:after="20"/>
            </w:pPr>
          </w:p>
        </w:tc>
        <w:tc>
          <w:tcPr>
            <w:tcW w:w="1519" w:type="dxa"/>
            <w:shd w:val="clear" w:color="auto" w:fill="F0F2F5"/>
            <w:tcMar>
              <w:top w:w="60" w:type="dxa"/>
              <w:left w:w="100" w:type="dxa"/>
              <w:bottom w:w="60" w:type="dxa"/>
              <w:right w:w="60" w:type="dxa"/>
            </w:tcMar>
            <w:vAlign w:val="center"/>
          </w:tcPr>
          <w:p w14:paraId="04ACE88B" w14:textId="77777777" w:rsidR="002640A1" w:rsidRDefault="00000000">
            <w:pPr>
              <w:spacing w:before="20" w:after="20"/>
            </w:pPr>
            <w:r>
              <w:rPr>
                <w:b/>
                <w:color w:val="003060"/>
                <w:sz w:val="20"/>
              </w:rPr>
              <w:t>Số điện thoại:</w:t>
            </w:r>
            <w:r>
              <w:rPr>
                <w:i/>
                <w:color w:val="555555"/>
                <w:sz w:val="17"/>
              </w:rPr>
              <w:br/>
              <w:t>Phone Number:</w:t>
            </w:r>
          </w:p>
        </w:tc>
        <w:tc>
          <w:tcPr>
            <w:tcW w:w="3299" w:type="dxa"/>
            <w:shd w:val="clear" w:color="auto" w:fill="FFFFFF"/>
            <w:tcMar>
              <w:top w:w="60" w:type="dxa"/>
              <w:left w:w="80" w:type="dxa"/>
              <w:bottom w:w="60" w:type="dxa"/>
              <w:right w:w="60" w:type="dxa"/>
            </w:tcMar>
          </w:tcPr>
          <w:p w14:paraId="7861C0FC" w14:textId="77777777" w:rsidR="002640A1" w:rsidRDefault="002640A1">
            <w:pPr>
              <w:pBdr>
                <w:bottom w:val="single" w:sz="8" w:space="1" w:color="007B7F"/>
              </w:pBdr>
              <w:spacing w:before="20" w:after="20"/>
            </w:pPr>
          </w:p>
        </w:tc>
      </w:tr>
    </w:tbl>
    <w:p w14:paraId="71EFF264" w14:textId="77777777" w:rsidR="002640A1" w:rsidRDefault="002640A1">
      <w:pPr>
        <w:spacing w:line="40" w:lineRule="exact"/>
      </w:pPr>
    </w:p>
    <w:tbl>
      <w:tblPr>
        <w:tblW w:w="0" w:type="auto"/>
        <w:tblLook w:val="04A0" w:firstRow="1" w:lastRow="0" w:firstColumn="1" w:lastColumn="0" w:noHBand="0" w:noVBand="1"/>
      </w:tblPr>
      <w:tblGrid>
        <w:gridCol w:w="1680"/>
        <w:gridCol w:w="7958"/>
      </w:tblGrid>
      <w:tr w:rsidR="002640A1" w14:paraId="2F9C7562" w14:textId="77777777" w:rsidTr="00031B3F">
        <w:tc>
          <w:tcPr>
            <w:tcW w:w="1680" w:type="dxa"/>
            <w:shd w:val="clear" w:color="auto" w:fill="F0F2F5"/>
            <w:tcMar>
              <w:top w:w="60" w:type="dxa"/>
              <w:left w:w="120" w:type="dxa"/>
              <w:bottom w:w="60" w:type="dxa"/>
              <w:right w:w="80" w:type="dxa"/>
            </w:tcMar>
            <w:vAlign w:val="center"/>
          </w:tcPr>
          <w:p w14:paraId="1D32EAA7" w14:textId="77777777" w:rsidR="002640A1" w:rsidRDefault="00000000">
            <w:pPr>
              <w:spacing w:before="20" w:after="20"/>
            </w:pPr>
            <w:r>
              <w:rPr>
                <w:b/>
                <w:color w:val="003060"/>
                <w:sz w:val="20"/>
              </w:rPr>
              <w:t>Email:</w:t>
            </w:r>
            <w:r>
              <w:rPr>
                <w:i/>
                <w:color w:val="555555"/>
                <w:sz w:val="18"/>
              </w:rPr>
              <w:br/>
              <w:t>Email Address:</w:t>
            </w:r>
          </w:p>
        </w:tc>
        <w:tc>
          <w:tcPr>
            <w:tcW w:w="7958" w:type="dxa"/>
            <w:shd w:val="clear" w:color="auto" w:fill="FFFFFF"/>
            <w:tcMar>
              <w:top w:w="60" w:type="dxa"/>
              <w:left w:w="100" w:type="dxa"/>
              <w:bottom w:w="60" w:type="dxa"/>
              <w:right w:w="80" w:type="dxa"/>
            </w:tcMar>
          </w:tcPr>
          <w:p w14:paraId="4560DA1D" w14:textId="77777777" w:rsidR="002640A1" w:rsidRDefault="002640A1">
            <w:pPr>
              <w:pBdr>
                <w:bottom w:val="single" w:sz="8" w:space="1" w:color="007B7F"/>
              </w:pBdr>
              <w:spacing w:before="20" w:after="20"/>
            </w:pPr>
          </w:p>
        </w:tc>
      </w:tr>
    </w:tbl>
    <w:p w14:paraId="20500B31" w14:textId="77777777" w:rsidR="002640A1" w:rsidRDefault="002640A1">
      <w:pPr>
        <w:spacing w:line="40" w:lineRule="exact"/>
      </w:pPr>
    </w:p>
    <w:tbl>
      <w:tblPr>
        <w:tblW w:w="0" w:type="auto"/>
        <w:tblLook w:val="04A0" w:firstRow="1" w:lastRow="0" w:firstColumn="1" w:lastColumn="0" w:noHBand="0" w:noVBand="1"/>
      </w:tblPr>
      <w:tblGrid>
        <w:gridCol w:w="1680"/>
        <w:gridCol w:w="7958"/>
      </w:tblGrid>
      <w:tr w:rsidR="002640A1" w14:paraId="0803D9D7" w14:textId="77777777" w:rsidTr="00031B3F">
        <w:tc>
          <w:tcPr>
            <w:tcW w:w="1680" w:type="dxa"/>
            <w:shd w:val="clear" w:color="auto" w:fill="F0F2F5"/>
            <w:tcMar>
              <w:top w:w="60" w:type="dxa"/>
              <w:left w:w="120" w:type="dxa"/>
              <w:bottom w:w="60" w:type="dxa"/>
              <w:right w:w="80" w:type="dxa"/>
            </w:tcMar>
            <w:vAlign w:val="center"/>
          </w:tcPr>
          <w:p w14:paraId="39CA216E" w14:textId="77777777" w:rsidR="002640A1" w:rsidRDefault="00000000">
            <w:pPr>
              <w:spacing w:before="20" w:after="20"/>
            </w:pPr>
            <w:proofErr w:type="spellStart"/>
            <w:r>
              <w:rPr>
                <w:b/>
                <w:color w:val="003060"/>
                <w:sz w:val="20"/>
              </w:rPr>
              <w:t>Địa</w:t>
            </w:r>
            <w:proofErr w:type="spellEnd"/>
            <w:r>
              <w:rPr>
                <w:b/>
                <w:color w:val="003060"/>
                <w:sz w:val="20"/>
              </w:rPr>
              <w:t xml:space="preserve"> </w:t>
            </w:r>
            <w:proofErr w:type="spellStart"/>
            <w:r>
              <w:rPr>
                <w:b/>
                <w:color w:val="003060"/>
                <w:sz w:val="20"/>
              </w:rPr>
              <w:t>chỉ</w:t>
            </w:r>
            <w:proofErr w:type="spellEnd"/>
            <w:r>
              <w:rPr>
                <w:b/>
                <w:color w:val="003060"/>
                <w:sz w:val="20"/>
              </w:rPr>
              <w:t>:</w:t>
            </w:r>
            <w:r>
              <w:rPr>
                <w:i/>
                <w:color w:val="555555"/>
                <w:sz w:val="18"/>
              </w:rPr>
              <w:br/>
              <w:t>Address:</w:t>
            </w:r>
          </w:p>
        </w:tc>
        <w:tc>
          <w:tcPr>
            <w:tcW w:w="7958" w:type="dxa"/>
            <w:shd w:val="clear" w:color="auto" w:fill="FFFFFF"/>
            <w:tcMar>
              <w:top w:w="60" w:type="dxa"/>
              <w:left w:w="100" w:type="dxa"/>
              <w:bottom w:w="60" w:type="dxa"/>
              <w:right w:w="80" w:type="dxa"/>
            </w:tcMar>
          </w:tcPr>
          <w:p w14:paraId="1A714F81" w14:textId="77777777" w:rsidR="002640A1" w:rsidRDefault="002640A1">
            <w:pPr>
              <w:pBdr>
                <w:bottom w:val="single" w:sz="8" w:space="1" w:color="007B7F"/>
              </w:pBdr>
              <w:spacing w:before="20" w:after="20"/>
            </w:pPr>
          </w:p>
        </w:tc>
      </w:tr>
    </w:tbl>
    <w:p w14:paraId="16C8B5A5" w14:textId="77777777" w:rsidR="002640A1" w:rsidRDefault="002640A1">
      <w:pPr>
        <w:spacing w:line="40" w:lineRule="exact"/>
      </w:pPr>
    </w:p>
    <w:p w14:paraId="2CED38AF" w14:textId="77777777" w:rsidR="002640A1" w:rsidRDefault="002640A1">
      <w:pPr>
        <w:spacing w:line="80" w:lineRule="exact"/>
      </w:pPr>
    </w:p>
    <w:p w14:paraId="23A45ED4" w14:textId="77777777" w:rsidR="002640A1" w:rsidRDefault="00000000">
      <w:pPr>
        <w:shd w:val="clear" w:color="auto" w:fill="1A56A0"/>
        <w:spacing w:before="140" w:after="80"/>
        <w:ind w:left="170"/>
      </w:pPr>
      <w:r>
        <w:rPr>
          <w:b/>
          <w:color w:val="FFFFFF"/>
          <w:sz w:val="23"/>
        </w:rPr>
        <w:t xml:space="preserve">  2.  THÔNG TIN BỔ SUNG  </w:t>
      </w:r>
      <w:r>
        <w:rPr>
          <w:i/>
          <w:color w:val="CCFFFF"/>
          <w:sz w:val="20"/>
        </w:rPr>
        <w:t>/ ADDITIONAL INFORMATION</w:t>
      </w:r>
    </w:p>
    <w:tbl>
      <w:tblPr>
        <w:tblW w:w="0" w:type="auto"/>
        <w:tblLook w:val="04A0" w:firstRow="1" w:lastRow="0" w:firstColumn="1" w:lastColumn="0" w:noHBand="0" w:noVBand="1"/>
      </w:tblPr>
      <w:tblGrid>
        <w:gridCol w:w="2247"/>
        <w:gridCol w:w="7391"/>
      </w:tblGrid>
      <w:tr w:rsidR="002640A1" w14:paraId="529782AE" w14:textId="77777777" w:rsidTr="00031B3F">
        <w:tc>
          <w:tcPr>
            <w:tcW w:w="2247" w:type="dxa"/>
            <w:shd w:val="clear" w:color="auto" w:fill="F0F2F5"/>
            <w:tcMar>
              <w:top w:w="60" w:type="dxa"/>
              <w:left w:w="120" w:type="dxa"/>
              <w:bottom w:w="60" w:type="dxa"/>
              <w:right w:w="80" w:type="dxa"/>
            </w:tcMar>
            <w:vAlign w:val="center"/>
          </w:tcPr>
          <w:p w14:paraId="73D6A8E7" w14:textId="77777777" w:rsidR="002640A1" w:rsidRDefault="00000000">
            <w:pPr>
              <w:spacing w:before="20" w:after="20"/>
            </w:pPr>
            <w:proofErr w:type="spellStart"/>
            <w:r>
              <w:rPr>
                <w:b/>
                <w:color w:val="003060"/>
                <w:sz w:val="20"/>
              </w:rPr>
              <w:t>Nghề</w:t>
            </w:r>
            <w:proofErr w:type="spellEnd"/>
            <w:r>
              <w:rPr>
                <w:b/>
                <w:color w:val="003060"/>
                <w:sz w:val="20"/>
              </w:rPr>
              <w:t xml:space="preserve"> </w:t>
            </w:r>
            <w:proofErr w:type="spellStart"/>
            <w:r>
              <w:rPr>
                <w:b/>
                <w:color w:val="003060"/>
                <w:sz w:val="20"/>
              </w:rPr>
              <w:t>nghiệp</w:t>
            </w:r>
            <w:proofErr w:type="spellEnd"/>
            <w:r>
              <w:rPr>
                <w:b/>
                <w:color w:val="003060"/>
                <w:sz w:val="20"/>
              </w:rPr>
              <w:t xml:space="preserve"> </w:t>
            </w:r>
            <w:proofErr w:type="spellStart"/>
            <w:r>
              <w:rPr>
                <w:b/>
                <w:color w:val="003060"/>
                <w:sz w:val="20"/>
              </w:rPr>
              <w:t>hiện</w:t>
            </w:r>
            <w:proofErr w:type="spellEnd"/>
            <w:r>
              <w:rPr>
                <w:b/>
                <w:color w:val="003060"/>
                <w:sz w:val="20"/>
              </w:rPr>
              <w:t xml:space="preserve"> </w:t>
            </w:r>
            <w:proofErr w:type="spellStart"/>
            <w:r>
              <w:rPr>
                <w:b/>
                <w:color w:val="003060"/>
                <w:sz w:val="20"/>
              </w:rPr>
              <w:t>tại</w:t>
            </w:r>
            <w:proofErr w:type="spellEnd"/>
            <w:r>
              <w:rPr>
                <w:b/>
                <w:color w:val="003060"/>
                <w:sz w:val="20"/>
              </w:rPr>
              <w:t>:</w:t>
            </w:r>
            <w:r>
              <w:rPr>
                <w:i/>
                <w:color w:val="555555"/>
                <w:sz w:val="18"/>
              </w:rPr>
              <w:br/>
              <w:t>Current Occupation:</w:t>
            </w:r>
          </w:p>
        </w:tc>
        <w:tc>
          <w:tcPr>
            <w:tcW w:w="7391" w:type="dxa"/>
            <w:shd w:val="clear" w:color="auto" w:fill="FFFFFF"/>
            <w:tcMar>
              <w:top w:w="60" w:type="dxa"/>
              <w:left w:w="100" w:type="dxa"/>
              <w:bottom w:w="60" w:type="dxa"/>
              <w:right w:w="80" w:type="dxa"/>
            </w:tcMar>
          </w:tcPr>
          <w:p w14:paraId="0D1AA779" w14:textId="77777777" w:rsidR="002640A1" w:rsidRDefault="002640A1">
            <w:pPr>
              <w:pBdr>
                <w:bottom w:val="single" w:sz="8" w:space="1" w:color="007B7F"/>
              </w:pBdr>
              <w:spacing w:before="20" w:after="20"/>
            </w:pPr>
          </w:p>
        </w:tc>
      </w:tr>
    </w:tbl>
    <w:p w14:paraId="197D301E" w14:textId="77777777" w:rsidR="002640A1" w:rsidRDefault="002640A1">
      <w:pPr>
        <w:spacing w:line="40" w:lineRule="exact"/>
      </w:pPr>
    </w:p>
    <w:p w14:paraId="72ABBFBE" w14:textId="77777777" w:rsidR="002640A1" w:rsidRDefault="00000000">
      <w:pPr>
        <w:spacing w:before="60" w:after="20"/>
        <w:ind w:left="226"/>
      </w:pPr>
      <w:r>
        <w:rPr>
          <w:b/>
          <w:color w:val="003060"/>
          <w:sz w:val="21"/>
        </w:rPr>
        <w:t xml:space="preserve">Bạn đã từng tham gia các hoạt động truyền thông sức khỏe chưa?  </w:t>
      </w:r>
      <w:r>
        <w:rPr>
          <w:i/>
          <w:color w:val="555555"/>
          <w:sz w:val="19"/>
        </w:rPr>
        <w:t>/ Have you previously participated in health communication activities?</w:t>
      </w:r>
    </w:p>
    <w:tbl>
      <w:tblPr>
        <w:tblW w:w="0" w:type="auto"/>
        <w:tblLook w:val="04A0" w:firstRow="1" w:lastRow="0" w:firstColumn="1" w:lastColumn="0" w:noHBand="0" w:noVBand="1"/>
      </w:tblPr>
      <w:tblGrid>
        <w:gridCol w:w="4819"/>
        <w:gridCol w:w="4819"/>
      </w:tblGrid>
      <w:tr w:rsidR="002640A1" w14:paraId="0C62F6B4" w14:textId="77777777">
        <w:tc>
          <w:tcPr>
            <w:tcW w:w="4819" w:type="dxa"/>
          </w:tcPr>
          <w:p w14:paraId="41E7DBDA" w14:textId="77777777" w:rsidR="002640A1" w:rsidRDefault="00000000">
            <w:pPr>
              <w:spacing w:before="20" w:after="20"/>
              <w:ind w:left="680"/>
            </w:pPr>
            <w:r>
              <w:rPr>
                <w:b/>
                <w:color w:val="007B7F"/>
              </w:rPr>
              <w:t>☐  Có / Yes     ☐  Chưa / No</w:t>
            </w:r>
          </w:p>
        </w:tc>
        <w:tc>
          <w:tcPr>
            <w:tcW w:w="4819" w:type="dxa"/>
          </w:tcPr>
          <w:p w14:paraId="76EA0F89" w14:textId="77777777" w:rsidR="002640A1" w:rsidRDefault="002640A1"/>
        </w:tc>
      </w:tr>
    </w:tbl>
    <w:p w14:paraId="4B9F1BA6" w14:textId="77777777" w:rsidR="002640A1" w:rsidRDefault="002640A1">
      <w:pPr>
        <w:spacing w:line="40" w:lineRule="exact"/>
      </w:pPr>
    </w:p>
    <w:p w14:paraId="31F49B5A" w14:textId="77777777" w:rsidR="002640A1" w:rsidRDefault="00000000">
      <w:pPr>
        <w:pBdr>
          <w:bottom w:val="single" w:sz="6" w:space="1" w:color="CCCCCC"/>
        </w:pBdr>
        <w:spacing w:before="20" w:after="20"/>
        <w:ind w:left="283"/>
      </w:pPr>
      <w:r>
        <w:rPr>
          <w:i/>
          <w:color w:val="555555"/>
          <w:sz w:val="20"/>
        </w:rPr>
        <w:t xml:space="preserve">(Nếu có / If yes — vui lòng ghi ngắn gọn / please briefly describe): </w:t>
      </w:r>
    </w:p>
    <w:p w14:paraId="0FF8A2B1" w14:textId="77777777" w:rsidR="002640A1" w:rsidRDefault="002640A1">
      <w:pPr>
        <w:spacing w:line="40" w:lineRule="exact"/>
      </w:pPr>
    </w:p>
    <w:p w14:paraId="50860F5B" w14:textId="77777777" w:rsidR="002640A1" w:rsidRDefault="00000000">
      <w:pPr>
        <w:spacing w:before="60" w:after="20"/>
        <w:ind w:left="226"/>
      </w:pPr>
      <w:r>
        <w:rPr>
          <w:b/>
          <w:color w:val="003060"/>
          <w:sz w:val="21"/>
        </w:rPr>
        <w:t>Lý do bạn muốn tham gia khóa đào tạo:</w:t>
      </w:r>
      <w:r>
        <w:rPr>
          <w:i/>
          <w:color w:val="555555"/>
          <w:sz w:val="19"/>
        </w:rPr>
        <w:t xml:space="preserve">  / Reason for joining this training program:</w:t>
      </w:r>
    </w:p>
    <w:p w14:paraId="4207F298" w14:textId="77777777" w:rsidR="002640A1" w:rsidRDefault="002640A1">
      <w:pPr>
        <w:pBdr>
          <w:bottom w:val="single" w:sz="6" w:space="1" w:color="CCCCCC"/>
        </w:pBdr>
        <w:spacing w:before="28" w:after="28"/>
        <w:ind w:left="226" w:right="170"/>
      </w:pPr>
    </w:p>
    <w:p w14:paraId="45F29792" w14:textId="77777777" w:rsidR="002640A1" w:rsidRDefault="002640A1">
      <w:pPr>
        <w:pBdr>
          <w:bottom w:val="single" w:sz="6" w:space="1" w:color="CCCCCC"/>
        </w:pBdr>
        <w:spacing w:before="28" w:after="28"/>
        <w:ind w:left="226" w:right="170"/>
      </w:pPr>
    </w:p>
    <w:p w14:paraId="06AD9A87" w14:textId="77777777" w:rsidR="002640A1" w:rsidRDefault="002640A1">
      <w:pPr>
        <w:spacing w:line="40" w:lineRule="exact"/>
      </w:pPr>
    </w:p>
    <w:p w14:paraId="4D0DE264" w14:textId="77777777" w:rsidR="002640A1" w:rsidRDefault="00000000">
      <w:pPr>
        <w:spacing w:before="60" w:after="20"/>
        <w:ind w:left="226"/>
      </w:pPr>
      <w:r>
        <w:rPr>
          <w:b/>
          <w:color w:val="003060"/>
          <w:sz w:val="21"/>
        </w:rPr>
        <w:lastRenderedPageBreak/>
        <w:t xml:space="preserve">Bạn có thể dành thời gian bao nhiêu cho chương trình?  </w:t>
      </w:r>
      <w:r>
        <w:rPr>
          <w:i/>
          <w:color w:val="555555"/>
          <w:sz w:val="19"/>
        </w:rPr>
        <w:t>/ How much time can you dedicate to the program?</w:t>
      </w:r>
    </w:p>
    <w:p w14:paraId="28B2FCC2" w14:textId="77777777" w:rsidR="002640A1" w:rsidRDefault="00000000">
      <w:pPr>
        <w:spacing w:before="22" w:after="22"/>
        <w:ind w:left="680"/>
      </w:pPr>
      <w:r>
        <w:rPr>
          <w:b/>
          <w:color w:val="007B7F"/>
          <w:sz w:val="24"/>
        </w:rPr>
        <w:t xml:space="preserve">☐  </w:t>
      </w:r>
      <w:r>
        <w:rPr>
          <w:color w:val="111111"/>
          <w:sz w:val="21"/>
        </w:rPr>
        <w:t>2 – 4 giờ / tuần</w:t>
      </w:r>
      <w:r>
        <w:rPr>
          <w:i/>
          <w:color w:val="555555"/>
          <w:sz w:val="19"/>
        </w:rPr>
        <w:t xml:space="preserve">  / 2 – 4 hours / week</w:t>
      </w:r>
    </w:p>
    <w:p w14:paraId="75975D90" w14:textId="77777777" w:rsidR="002640A1" w:rsidRDefault="00000000">
      <w:pPr>
        <w:spacing w:before="22" w:after="22"/>
        <w:ind w:left="680"/>
      </w:pPr>
      <w:r>
        <w:rPr>
          <w:b/>
          <w:color w:val="007B7F"/>
          <w:sz w:val="24"/>
        </w:rPr>
        <w:t xml:space="preserve">☐  </w:t>
      </w:r>
      <w:r>
        <w:rPr>
          <w:color w:val="111111"/>
          <w:sz w:val="21"/>
        </w:rPr>
        <w:t>4 – 8 giờ / tuần</w:t>
      </w:r>
      <w:r>
        <w:rPr>
          <w:i/>
          <w:color w:val="555555"/>
          <w:sz w:val="19"/>
        </w:rPr>
        <w:t xml:space="preserve">  / 4 – 8 hours / week</w:t>
      </w:r>
    </w:p>
    <w:p w14:paraId="4AED5B44" w14:textId="77777777" w:rsidR="002640A1" w:rsidRDefault="00000000">
      <w:pPr>
        <w:spacing w:before="22" w:after="22"/>
        <w:ind w:left="680"/>
      </w:pPr>
      <w:r>
        <w:rPr>
          <w:b/>
          <w:color w:val="007B7F"/>
          <w:sz w:val="24"/>
        </w:rPr>
        <w:t xml:space="preserve">☐  </w:t>
      </w:r>
      <w:r>
        <w:rPr>
          <w:color w:val="111111"/>
          <w:sz w:val="21"/>
        </w:rPr>
        <w:t>Linh hoạt theo lịch</w:t>
      </w:r>
      <w:r>
        <w:rPr>
          <w:i/>
          <w:color w:val="555555"/>
          <w:sz w:val="19"/>
        </w:rPr>
        <w:t xml:space="preserve">  / Flexible schedule</w:t>
      </w:r>
    </w:p>
    <w:p w14:paraId="0ED32695" w14:textId="77777777" w:rsidR="002640A1" w:rsidRDefault="002640A1">
      <w:pPr>
        <w:spacing w:line="80" w:lineRule="exact"/>
      </w:pPr>
    </w:p>
    <w:p w14:paraId="557BE4AA" w14:textId="77777777" w:rsidR="002640A1" w:rsidRDefault="00000000">
      <w:pPr>
        <w:shd w:val="clear" w:color="auto" w:fill="007B7F"/>
        <w:spacing w:before="140" w:after="80"/>
        <w:ind w:left="170"/>
      </w:pPr>
      <w:r>
        <w:rPr>
          <w:b/>
          <w:color w:val="FFFFFF"/>
          <w:sz w:val="23"/>
        </w:rPr>
        <w:t xml:space="preserve">  3.  CAM KẾT  </w:t>
      </w:r>
      <w:r>
        <w:rPr>
          <w:i/>
          <w:color w:val="CCFFFF"/>
          <w:sz w:val="20"/>
        </w:rPr>
        <w:t>/ COMMITMENT</w:t>
      </w:r>
    </w:p>
    <w:p w14:paraId="0D0032FD" w14:textId="77777777" w:rsidR="002640A1" w:rsidRDefault="00000000" w:rsidP="00031B3F">
      <w:pPr>
        <w:shd w:val="clear" w:color="auto" w:fill="FFF8E7"/>
        <w:spacing w:before="80" w:after="80"/>
        <w:ind w:left="226" w:right="226"/>
      </w:pPr>
      <w:r>
        <w:rPr>
          <w:i/>
          <w:color w:val="5A3E00"/>
          <w:sz w:val="21"/>
        </w:rPr>
        <w:t>Tôi đồng ý cung cấp thông tin chính xác và cho phép VitaChoice LTD liên hệ để hỗ trợ đào tạo. Tôi cam kết tham gia nghiêm túc, bảo mật thông tin và áp dụng kiến thức để lan tỏa thông tin sức khỏe đúng đắn cho cộng đồng.</w:t>
      </w:r>
      <w:r>
        <w:rPr>
          <w:i/>
          <w:color w:val="7A5800"/>
          <w:sz w:val="19"/>
        </w:rPr>
        <w:br/>
      </w:r>
      <w:r>
        <w:rPr>
          <w:i/>
          <w:color w:val="7A5800"/>
          <w:sz w:val="19"/>
        </w:rPr>
        <w:br/>
        <w:t>I agree to provide accurate information and permit VitaChoice LTD to contact me for training support. I commit to participating seriously, maintaining confidentiality, and applying knowledge to disseminate correct health information to the community.</w:t>
      </w:r>
    </w:p>
    <w:p w14:paraId="5BB0D698" w14:textId="77777777" w:rsidR="002640A1" w:rsidRDefault="002640A1">
      <w:pPr>
        <w:spacing w:line="120" w:lineRule="exact"/>
      </w:pPr>
    </w:p>
    <w:p w14:paraId="2A257863" w14:textId="77777777" w:rsidR="002640A1" w:rsidRDefault="00000000">
      <w:pPr>
        <w:shd w:val="clear" w:color="auto" w:fill="1A56A0"/>
        <w:spacing w:before="140" w:after="80"/>
        <w:ind w:left="170"/>
      </w:pPr>
      <w:r>
        <w:rPr>
          <w:b/>
          <w:color w:val="FFFFFF"/>
          <w:sz w:val="23"/>
        </w:rPr>
        <w:t xml:space="preserve">  4.  XÁC NHẬN  </w:t>
      </w:r>
      <w:r>
        <w:rPr>
          <w:i/>
          <w:color w:val="CCFFFF"/>
          <w:sz w:val="20"/>
        </w:rPr>
        <w:t>/ CONFIRMATION</w:t>
      </w:r>
    </w:p>
    <w:p w14:paraId="7A882868" w14:textId="77777777" w:rsidR="002640A1" w:rsidRDefault="00000000">
      <w:pPr>
        <w:spacing w:before="80" w:after="80"/>
        <w:ind w:left="283"/>
      </w:pPr>
      <w:r>
        <w:rPr>
          <w:color w:val="333333"/>
        </w:rPr>
        <w:t>Ngày / Date: ……… / ……… / ………</w:t>
      </w:r>
    </w:p>
    <w:p w14:paraId="548311B2" w14:textId="77777777" w:rsidR="002640A1" w:rsidRDefault="002640A1">
      <w:pPr>
        <w:spacing w:line="80" w:lineRule="exact"/>
      </w:pPr>
    </w:p>
    <w:tbl>
      <w:tblPr>
        <w:tblW w:w="0" w:type="auto"/>
        <w:tblLook w:val="04A0" w:firstRow="1" w:lastRow="0" w:firstColumn="1" w:lastColumn="0" w:noHBand="0" w:noVBand="1"/>
      </w:tblPr>
      <w:tblGrid>
        <w:gridCol w:w="4819"/>
        <w:gridCol w:w="4819"/>
      </w:tblGrid>
      <w:tr w:rsidR="002640A1" w14:paraId="267EDA4C" w14:textId="77777777">
        <w:tc>
          <w:tcPr>
            <w:tcW w:w="4819" w:type="dxa"/>
            <w:tcBorders>
              <w:top w:val="single" w:sz="4" w:space="0" w:color="007B7F"/>
              <w:left w:val="single" w:sz="4" w:space="0" w:color="007B7F"/>
              <w:bottom w:val="single" w:sz="4" w:space="0" w:color="007B7F"/>
              <w:right w:val="single" w:sz="4" w:space="0" w:color="007B7F"/>
            </w:tcBorders>
            <w:shd w:val="clear" w:color="auto" w:fill="F0F2F5"/>
            <w:tcMar>
              <w:top w:w="80" w:type="dxa"/>
              <w:left w:w="120" w:type="dxa"/>
              <w:bottom w:w="80" w:type="dxa"/>
              <w:right w:w="120" w:type="dxa"/>
            </w:tcMar>
          </w:tcPr>
          <w:p w14:paraId="434AB381" w14:textId="77777777" w:rsidR="002640A1" w:rsidRDefault="00000000">
            <w:pPr>
              <w:spacing w:before="60" w:after="20"/>
              <w:jc w:val="center"/>
            </w:pPr>
            <w:r>
              <w:rPr>
                <w:b/>
                <w:color w:val="003060"/>
                <w:sz w:val="21"/>
              </w:rPr>
              <w:t>NGƯỜI ĐĂNG KÝ</w:t>
            </w:r>
          </w:p>
          <w:p w14:paraId="23D52D8A" w14:textId="77777777" w:rsidR="002640A1" w:rsidRDefault="00000000">
            <w:pPr>
              <w:spacing w:after="60"/>
              <w:jc w:val="center"/>
            </w:pPr>
            <w:r>
              <w:rPr>
                <w:i/>
                <w:color w:val="555555"/>
                <w:sz w:val="18"/>
              </w:rPr>
              <w:t>Applicant Signature</w:t>
            </w:r>
          </w:p>
          <w:p w14:paraId="4440BA29" w14:textId="77777777" w:rsidR="002640A1" w:rsidRDefault="002640A1">
            <w:pPr>
              <w:spacing w:before="10" w:after="10" w:line="380" w:lineRule="exact"/>
            </w:pPr>
          </w:p>
          <w:p w14:paraId="02328520" w14:textId="77777777" w:rsidR="002640A1" w:rsidRDefault="002640A1">
            <w:pPr>
              <w:spacing w:before="10" w:after="10" w:line="380" w:lineRule="exact"/>
            </w:pPr>
          </w:p>
          <w:p w14:paraId="6729C203" w14:textId="77777777" w:rsidR="002640A1" w:rsidRDefault="002640A1">
            <w:pPr>
              <w:spacing w:before="10" w:after="10" w:line="380" w:lineRule="exact"/>
            </w:pPr>
          </w:p>
          <w:p w14:paraId="4804DF6F" w14:textId="77777777" w:rsidR="002640A1" w:rsidRDefault="002640A1">
            <w:pPr>
              <w:pBdr>
                <w:bottom w:val="single" w:sz="6" w:space="1" w:color="007B7F"/>
              </w:pBdr>
              <w:spacing w:before="10" w:after="60"/>
            </w:pPr>
          </w:p>
        </w:tc>
        <w:tc>
          <w:tcPr>
            <w:tcW w:w="4819" w:type="dxa"/>
            <w:tcBorders>
              <w:top w:val="single" w:sz="4" w:space="0" w:color="007B7F"/>
              <w:left w:val="single" w:sz="4" w:space="0" w:color="007B7F"/>
              <w:bottom w:val="single" w:sz="4" w:space="0" w:color="007B7F"/>
              <w:right w:val="single" w:sz="4" w:space="0" w:color="007B7F"/>
            </w:tcBorders>
            <w:shd w:val="clear" w:color="auto" w:fill="F0F2F5"/>
            <w:tcMar>
              <w:top w:w="80" w:type="dxa"/>
              <w:left w:w="120" w:type="dxa"/>
              <w:bottom w:w="80" w:type="dxa"/>
              <w:right w:w="120" w:type="dxa"/>
            </w:tcMar>
          </w:tcPr>
          <w:p w14:paraId="7DFC76D8" w14:textId="77777777" w:rsidR="002640A1" w:rsidRDefault="00000000">
            <w:pPr>
              <w:spacing w:before="60" w:after="20"/>
              <w:jc w:val="center"/>
            </w:pPr>
            <w:r>
              <w:rPr>
                <w:b/>
                <w:color w:val="003060"/>
                <w:sz w:val="21"/>
              </w:rPr>
              <w:t>ĐẠI DIỆN VITACHOICE LTD</w:t>
            </w:r>
          </w:p>
          <w:p w14:paraId="59682E49" w14:textId="77777777" w:rsidR="002640A1" w:rsidRDefault="00000000">
            <w:pPr>
              <w:spacing w:after="60"/>
              <w:jc w:val="center"/>
            </w:pPr>
            <w:r>
              <w:rPr>
                <w:i/>
                <w:color w:val="555555"/>
                <w:sz w:val="18"/>
              </w:rPr>
              <w:t>Signature of Board Member</w:t>
            </w:r>
          </w:p>
          <w:p w14:paraId="0CC47D11" w14:textId="77777777" w:rsidR="002640A1" w:rsidRDefault="002640A1">
            <w:pPr>
              <w:spacing w:before="10" w:after="10" w:line="380" w:lineRule="exact"/>
            </w:pPr>
          </w:p>
          <w:p w14:paraId="68FEA0C8" w14:textId="77777777" w:rsidR="002640A1" w:rsidRDefault="002640A1">
            <w:pPr>
              <w:spacing w:before="10" w:after="10" w:line="380" w:lineRule="exact"/>
            </w:pPr>
          </w:p>
          <w:p w14:paraId="0B6B0DEC" w14:textId="77777777" w:rsidR="002640A1" w:rsidRDefault="002640A1">
            <w:pPr>
              <w:spacing w:before="10" w:after="10" w:line="380" w:lineRule="exact"/>
            </w:pPr>
          </w:p>
          <w:p w14:paraId="2501D47A" w14:textId="77777777" w:rsidR="002640A1" w:rsidRDefault="002640A1">
            <w:pPr>
              <w:pBdr>
                <w:bottom w:val="single" w:sz="6" w:space="1" w:color="007B7F"/>
              </w:pBdr>
              <w:spacing w:before="10" w:after="60"/>
            </w:pPr>
          </w:p>
          <w:p w14:paraId="52411992" w14:textId="77777777" w:rsidR="002640A1" w:rsidRDefault="00000000">
            <w:pPr>
              <w:spacing w:before="10" w:after="50"/>
              <w:jc w:val="center"/>
            </w:pPr>
            <w:r>
              <w:rPr>
                <w:i/>
                <w:color w:val="555555"/>
                <w:sz w:val="18"/>
              </w:rPr>
              <w:t>(Chức vụ / Position: …………………………)</w:t>
            </w:r>
          </w:p>
        </w:tc>
      </w:tr>
    </w:tbl>
    <w:p w14:paraId="6B894A6E" w14:textId="77777777" w:rsidR="002640A1" w:rsidRDefault="002640A1">
      <w:pPr>
        <w:spacing w:line="120" w:lineRule="exact"/>
      </w:pPr>
    </w:p>
    <w:p w14:paraId="0CF96057" w14:textId="77777777" w:rsidR="002640A1" w:rsidRDefault="002640A1">
      <w:pPr>
        <w:pBdr>
          <w:bottom w:val="single" w:sz="10" w:space="1" w:color="B8860B"/>
        </w:pBdr>
        <w:spacing w:after="0"/>
      </w:pPr>
    </w:p>
    <w:p w14:paraId="55F19F2E" w14:textId="77777777" w:rsidR="002640A1" w:rsidRDefault="002640A1">
      <w:pPr>
        <w:spacing w:line="60" w:lineRule="exact"/>
      </w:pPr>
    </w:p>
    <w:tbl>
      <w:tblPr>
        <w:tblW w:w="0" w:type="auto"/>
        <w:tblLook w:val="04A0" w:firstRow="1" w:lastRow="0" w:firstColumn="1" w:lastColumn="0" w:noHBand="0" w:noVBand="1"/>
      </w:tblPr>
      <w:tblGrid>
        <w:gridCol w:w="2409"/>
        <w:gridCol w:w="2597"/>
        <w:gridCol w:w="2409"/>
        <w:gridCol w:w="2409"/>
      </w:tblGrid>
      <w:tr w:rsidR="002640A1" w14:paraId="61DB1ED3" w14:textId="77777777">
        <w:tc>
          <w:tcPr>
            <w:tcW w:w="2409" w:type="dxa"/>
            <w:vAlign w:val="center"/>
          </w:tcPr>
          <w:p w14:paraId="31747CAE" w14:textId="77777777" w:rsidR="002640A1" w:rsidRDefault="00000000">
            <w:pPr>
              <w:jc w:val="center"/>
            </w:pPr>
            <w:r>
              <w:rPr>
                <w:noProof/>
              </w:rPr>
              <w:drawing>
                <wp:inline distT="0" distB="0" distL="0" distR="0" wp14:anchorId="309E4E1C" wp14:editId="44274C22">
                  <wp:extent cx="827999" cy="104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png"/>
                          <pic:cNvPicPr/>
                        </pic:nvPicPr>
                        <pic:blipFill>
                          <a:blip r:embed="rId6"/>
                          <a:stretch>
                            <a:fillRect/>
                          </a:stretch>
                        </pic:blipFill>
                        <pic:spPr>
                          <a:xfrm>
                            <a:off x="0" y="0"/>
                            <a:ext cx="827999" cy="1044135"/>
                          </a:xfrm>
                          <a:prstGeom prst="rect">
                            <a:avLst/>
                          </a:prstGeom>
                        </pic:spPr>
                      </pic:pic>
                    </a:graphicData>
                  </a:graphic>
                </wp:inline>
              </w:drawing>
            </w:r>
          </w:p>
        </w:tc>
        <w:tc>
          <w:tcPr>
            <w:tcW w:w="2409" w:type="dxa"/>
            <w:vAlign w:val="center"/>
          </w:tcPr>
          <w:p w14:paraId="5CDFF84D" w14:textId="77777777" w:rsidR="002640A1" w:rsidRDefault="00000000">
            <w:pPr>
              <w:jc w:val="center"/>
            </w:pPr>
            <w:r>
              <w:rPr>
                <w:noProof/>
              </w:rPr>
              <w:drawing>
                <wp:inline distT="0" distB="0" distL="0" distR="0" wp14:anchorId="32A08487" wp14:editId="5308F028">
                  <wp:extent cx="1512000" cy="1261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C.png"/>
                          <pic:cNvPicPr/>
                        </pic:nvPicPr>
                        <pic:blipFill>
                          <a:blip r:embed="rId8"/>
                          <a:stretch>
                            <a:fillRect/>
                          </a:stretch>
                        </pic:blipFill>
                        <pic:spPr>
                          <a:xfrm>
                            <a:off x="0" y="0"/>
                            <a:ext cx="1512000" cy="1261381"/>
                          </a:xfrm>
                          <a:prstGeom prst="rect">
                            <a:avLst/>
                          </a:prstGeom>
                        </pic:spPr>
                      </pic:pic>
                    </a:graphicData>
                  </a:graphic>
                </wp:inline>
              </w:drawing>
            </w:r>
          </w:p>
        </w:tc>
        <w:tc>
          <w:tcPr>
            <w:tcW w:w="2409" w:type="dxa"/>
            <w:vAlign w:val="center"/>
          </w:tcPr>
          <w:p w14:paraId="17457AB1" w14:textId="77777777" w:rsidR="002640A1" w:rsidRDefault="00000000">
            <w:pPr>
              <w:jc w:val="center"/>
            </w:pPr>
            <w:r>
              <w:rPr>
                <w:noProof/>
              </w:rPr>
              <w:drawing>
                <wp:inline distT="0" distB="0" distL="0" distR="0" wp14:anchorId="18F20274" wp14:editId="1754E067">
                  <wp:extent cx="936000" cy="938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G-logo.png"/>
                          <pic:cNvPicPr/>
                        </pic:nvPicPr>
                        <pic:blipFill>
                          <a:blip r:embed="rId7"/>
                          <a:stretch>
                            <a:fillRect/>
                          </a:stretch>
                        </pic:blipFill>
                        <pic:spPr>
                          <a:xfrm>
                            <a:off x="0" y="0"/>
                            <a:ext cx="936000" cy="938317"/>
                          </a:xfrm>
                          <a:prstGeom prst="rect">
                            <a:avLst/>
                          </a:prstGeom>
                        </pic:spPr>
                      </pic:pic>
                    </a:graphicData>
                  </a:graphic>
                </wp:inline>
              </w:drawing>
            </w:r>
          </w:p>
        </w:tc>
        <w:tc>
          <w:tcPr>
            <w:tcW w:w="2409" w:type="dxa"/>
            <w:vAlign w:val="center"/>
          </w:tcPr>
          <w:p w14:paraId="5F808E2C" w14:textId="77777777" w:rsidR="002640A1" w:rsidRDefault="00000000">
            <w:pPr>
              <w:jc w:val="center"/>
            </w:pPr>
            <w:r>
              <w:rPr>
                <w:noProof/>
              </w:rPr>
              <w:drawing>
                <wp:inline distT="0" distB="0" distL="0" distR="0" wp14:anchorId="2E31951A" wp14:editId="3F31DD70">
                  <wp:extent cx="936000" cy="93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C-Registered-Charity-Logo_RGB.png"/>
                          <pic:cNvPicPr/>
                        </pic:nvPicPr>
                        <pic:blipFill>
                          <a:blip r:embed="rId9"/>
                          <a:stretch>
                            <a:fillRect/>
                          </a:stretch>
                        </pic:blipFill>
                        <pic:spPr>
                          <a:xfrm>
                            <a:off x="0" y="0"/>
                            <a:ext cx="936000" cy="936000"/>
                          </a:xfrm>
                          <a:prstGeom prst="rect">
                            <a:avLst/>
                          </a:prstGeom>
                        </pic:spPr>
                      </pic:pic>
                    </a:graphicData>
                  </a:graphic>
                </wp:inline>
              </w:drawing>
            </w:r>
          </w:p>
        </w:tc>
      </w:tr>
    </w:tbl>
    <w:p w14:paraId="2E3A739F" w14:textId="77777777" w:rsidR="002640A1" w:rsidRDefault="002640A1">
      <w:pPr>
        <w:spacing w:line="60" w:lineRule="exact"/>
      </w:pPr>
    </w:p>
    <w:p w14:paraId="137274FA" w14:textId="77777777" w:rsidR="002640A1" w:rsidRDefault="00000000">
      <w:pPr>
        <w:shd w:val="clear" w:color="auto" w:fill="F0F2F5"/>
        <w:spacing w:before="20" w:after="0"/>
        <w:jc w:val="center"/>
      </w:pPr>
      <w:r>
        <w:rPr>
          <w:i/>
          <w:color w:val="555555"/>
          <w:sz w:val="17"/>
        </w:rPr>
        <w:t>© VitaChoice LTD  |  ASIC Registered  |  ACNC Registered Charity  |  DGR Approved  |  110/12 Salonika St, Parap NT 0820  |  vitachoice.clg@gmail.com</w:t>
      </w:r>
    </w:p>
    <w:sectPr w:rsidR="002640A1" w:rsidSect="00034616">
      <w:pgSz w:w="11906" w:h="16838"/>
      <w:pgMar w:top="1020" w:right="1134" w:bottom="10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68287615">
    <w:abstractNumId w:val="8"/>
  </w:num>
  <w:num w:numId="2" w16cid:durableId="1954901276">
    <w:abstractNumId w:val="6"/>
  </w:num>
  <w:num w:numId="3" w16cid:durableId="812674418">
    <w:abstractNumId w:val="5"/>
  </w:num>
  <w:num w:numId="4" w16cid:durableId="2010400401">
    <w:abstractNumId w:val="4"/>
  </w:num>
  <w:num w:numId="5" w16cid:durableId="155807084">
    <w:abstractNumId w:val="7"/>
  </w:num>
  <w:num w:numId="6" w16cid:durableId="1727216720">
    <w:abstractNumId w:val="3"/>
  </w:num>
  <w:num w:numId="7" w16cid:durableId="54553525">
    <w:abstractNumId w:val="2"/>
  </w:num>
  <w:num w:numId="8" w16cid:durableId="1851866692">
    <w:abstractNumId w:val="1"/>
  </w:num>
  <w:num w:numId="9" w16cid:durableId="1046417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1B3F"/>
    <w:rsid w:val="00034616"/>
    <w:rsid w:val="0006063C"/>
    <w:rsid w:val="0015074B"/>
    <w:rsid w:val="002640A1"/>
    <w:rsid w:val="0029639D"/>
    <w:rsid w:val="00326F90"/>
    <w:rsid w:val="00AA1D8D"/>
    <w:rsid w:val="00B47730"/>
    <w:rsid w:val="00CB0664"/>
    <w:rsid w:val="00EE1A9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CB125"/>
  <w14:defaultImageDpi w14:val="300"/>
  <w15:docId w15:val="{5FDE466E-22C5-45E3-9FC8-B4D55351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trang le</cp:lastModifiedBy>
  <cp:revision>2</cp:revision>
  <dcterms:created xsi:type="dcterms:W3CDTF">2013-12-23T23:15:00Z</dcterms:created>
  <dcterms:modified xsi:type="dcterms:W3CDTF">2026-04-07T07:58:00Z</dcterms:modified>
  <cp:category/>
</cp:coreProperties>
</file>