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4F22E" w14:textId="3A7FDEA8" w:rsidR="007A5A72" w:rsidRPr="006354C7" w:rsidRDefault="00000000">
      <w:pPr>
        <w:jc w:val="center"/>
        <w:rPr>
          <w:sz w:val="22"/>
          <w:lang w:val="it-IT"/>
        </w:rPr>
      </w:pPr>
      <w:r w:rsidRPr="006354C7">
        <w:rPr>
          <w:b/>
          <w:sz w:val="22"/>
          <w:lang w:val="it-IT"/>
        </w:rPr>
        <w:t>MODULO DI ADESIONE – SERVIZIO OPZIONALE</w:t>
      </w:r>
      <w:r w:rsidRPr="006354C7">
        <w:rPr>
          <w:b/>
          <w:sz w:val="22"/>
          <w:lang w:val="it-IT"/>
        </w:rPr>
        <w:br/>
        <w:t>APERTURA SABATO MATTINA (7:30–13:00)</w:t>
      </w:r>
    </w:p>
    <w:p w14:paraId="2FB79DBE" w14:textId="77777777" w:rsidR="007A5A72" w:rsidRPr="006354C7" w:rsidRDefault="00000000">
      <w:pPr>
        <w:jc w:val="both"/>
        <w:rPr>
          <w:sz w:val="22"/>
          <w:lang w:val="it-IT"/>
        </w:rPr>
      </w:pPr>
      <w:r w:rsidRPr="006354C7">
        <w:rPr>
          <w:sz w:val="22"/>
          <w:lang w:val="it-IT"/>
        </w:rPr>
        <w:t>La Direzione offre, su richiesta delle famiglie, l’attivazione del servizio opzionale di apertura il sabato mattina dalle ore 7:30 alle ore 13:00. La partecipazione comporta una maggiorazione della retta mensile ordinaria pari a € 35,00 (trentacinque/00). L’avvio del servizio è subordinato al raggiungimento di un numero minimo di adesioni pari ad almeno 20 (venti) bambini; in caso contrario, il servizio non potrà essere attivato in quanto non economicamente sostenibile. Il servizio include accoglienza, attività ludico‑educative e sorveglianza; **il servizio mensa è escluso**, ma **verrà fornita la merenda** a metà mattina secondo il menù scolastico.</w:t>
      </w:r>
    </w:p>
    <w:p w14:paraId="43D1E612" w14:textId="77777777" w:rsidR="007A5A72" w:rsidRPr="000667CC" w:rsidRDefault="00000000">
      <w:pPr>
        <w:rPr>
          <w:sz w:val="22"/>
          <w:lang w:val="it-IT"/>
        </w:rPr>
      </w:pPr>
      <w:r w:rsidRPr="000667CC">
        <w:rPr>
          <w:b/>
          <w:sz w:val="22"/>
          <w:lang w:val="it-IT"/>
        </w:rPr>
        <w:t>DATI DEL/LA BAMBINO/A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16"/>
        <w:gridCol w:w="4314"/>
      </w:tblGrid>
      <w:tr w:rsidR="007A5A72" w:rsidRPr="006354C7" w14:paraId="3D41F3D4" w14:textId="77777777">
        <w:tc>
          <w:tcPr>
            <w:tcW w:w="4320" w:type="dxa"/>
          </w:tcPr>
          <w:p w14:paraId="66741668" w14:textId="7393491C" w:rsidR="007A5A72" w:rsidRPr="006354C7" w:rsidRDefault="00000000">
            <w:pPr>
              <w:rPr>
                <w:sz w:val="22"/>
              </w:rPr>
            </w:pPr>
            <w:proofErr w:type="spellStart"/>
            <w:r w:rsidRPr="006354C7">
              <w:rPr>
                <w:sz w:val="22"/>
              </w:rPr>
              <w:t>Cognome</w:t>
            </w:r>
            <w:proofErr w:type="spellEnd"/>
            <w:r w:rsidRPr="006354C7">
              <w:rPr>
                <w:sz w:val="22"/>
              </w:rPr>
              <w:t xml:space="preserve"> e </w:t>
            </w:r>
            <w:r w:rsidR="002547EC">
              <w:rPr>
                <w:sz w:val="22"/>
              </w:rPr>
              <w:t>N</w:t>
            </w:r>
            <w:r w:rsidRPr="006354C7">
              <w:rPr>
                <w:sz w:val="22"/>
              </w:rPr>
              <w:t>ome</w:t>
            </w:r>
          </w:p>
        </w:tc>
        <w:tc>
          <w:tcPr>
            <w:tcW w:w="4320" w:type="dxa"/>
          </w:tcPr>
          <w:p w14:paraId="0E8C73C5" w14:textId="77777777" w:rsidR="007A5A72" w:rsidRPr="006354C7" w:rsidRDefault="007A5A72">
            <w:pPr>
              <w:rPr>
                <w:sz w:val="22"/>
              </w:rPr>
            </w:pPr>
          </w:p>
        </w:tc>
      </w:tr>
      <w:tr w:rsidR="007A5A72" w:rsidRPr="006354C7" w14:paraId="0BF9C2C4" w14:textId="77777777">
        <w:tc>
          <w:tcPr>
            <w:tcW w:w="4320" w:type="dxa"/>
          </w:tcPr>
          <w:p w14:paraId="2633ECC0" w14:textId="77777777" w:rsidR="007A5A72" w:rsidRPr="006354C7" w:rsidRDefault="00000000">
            <w:pPr>
              <w:rPr>
                <w:sz w:val="22"/>
              </w:rPr>
            </w:pPr>
            <w:r w:rsidRPr="006354C7">
              <w:rPr>
                <w:sz w:val="22"/>
              </w:rPr>
              <w:t>Data di nascita</w:t>
            </w:r>
          </w:p>
        </w:tc>
        <w:tc>
          <w:tcPr>
            <w:tcW w:w="4320" w:type="dxa"/>
          </w:tcPr>
          <w:p w14:paraId="310E4855" w14:textId="77777777" w:rsidR="007A5A72" w:rsidRPr="006354C7" w:rsidRDefault="007A5A72">
            <w:pPr>
              <w:rPr>
                <w:sz w:val="22"/>
              </w:rPr>
            </w:pPr>
          </w:p>
        </w:tc>
      </w:tr>
      <w:tr w:rsidR="007A5A72" w:rsidRPr="006354C7" w14:paraId="32CEA025" w14:textId="77777777">
        <w:tc>
          <w:tcPr>
            <w:tcW w:w="4320" w:type="dxa"/>
          </w:tcPr>
          <w:p w14:paraId="07B1A389" w14:textId="77777777" w:rsidR="007A5A72" w:rsidRPr="006354C7" w:rsidRDefault="00000000">
            <w:pPr>
              <w:rPr>
                <w:sz w:val="22"/>
              </w:rPr>
            </w:pPr>
            <w:r w:rsidRPr="006354C7">
              <w:rPr>
                <w:sz w:val="22"/>
              </w:rPr>
              <w:t>Classe/Sezione</w:t>
            </w:r>
          </w:p>
        </w:tc>
        <w:tc>
          <w:tcPr>
            <w:tcW w:w="4320" w:type="dxa"/>
          </w:tcPr>
          <w:p w14:paraId="44DB7970" w14:textId="77777777" w:rsidR="007A5A72" w:rsidRPr="006354C7" w:rsidRDefault="007A5A72">
            <w:pPr>
              <w:rPr>
                <w:sz w:val="22"/>
              </w:rPr>
            </w:pPr>
          </w:p>
        </w:tc>
      </w:tr>
      <w:tr w:rsidR="007A5A72" w:rsidRPr="006354C7" w14:paraId="6E24B08D" w14:textId="77777777">
        <w:tc>
          <w:tcPr>
            <w:tcW w:w="4320" w:type="dxa"/>
          </w:tcPr>
          <w:p w14:paraId="3BE278D8" w14:textId="77777777" w:rsidR="007A5A72" w:rsidRPr="006354C7" w:rsidRDefault="00000000">
            <w:pPr>
              <w:rPr>
                <w:sz w:val="22"/>
              </w:rPr>
            </w:pPr>
            <w:r w:rsidRPr="006354C7">
              <w:rPr>
                <w:sz w:val="22"/>
              </w:rPr>
              <w:t>Allergie o intolleranze</w:t>
            </w:r>
          </w:p>
        </w:tc>
        <w:tc>
          <w:tcPr>
            <w:tcW w:w="4320" w:type="dxa"/>
          </w:tcPr>
          <w:p w14:paraId="7A42C24B" w14:textId="77777777" w:rsidR="007A5A72" w:rsidRPr="006354C7" w:rsidRDefault="007A5A72">
            <w:pPr>
              <w:rPr>
                <w:sz w:val="22"/>
              </w:rPr>
            </w:pPr>
          </w:p>
        </w:tc>
      </w:tr>
      <w:tr w:rsidR="007A5A72" w:rsidRPr="006354C7" w14:paraId="02DC1FF5" w14:textId="77777777">
        <w:tc>
          <w:tcPr>
            <w:tcW w:w="4320" w:type="dxa"/>
          </w:tcPr>
          <w:p w14:paraId="1096146D" w14:textId="77777777" w:rsidR="007A5A72" w:rsidRPr="006354C7" w:rsidRDefault="00000000">
            <w:pPr>
              <w:rPr>
                <w:sz w:val="22"/>
              </w:rPr>
            </w:pPr>
            <w:r w:rsidRPr="006354C7">
              <w:rPr>
                <w:sz w:val="22"/>
              </w:rPr>
              <w:t>Note</w:t>
            </w:r>
          </w:p>
        </w:tc>
        <w:tc>
          <w:tcPr>
            <w:tcW w:w="4320" w:type="dxa"/>
          </w:tcPr>
          <w:p w14:paraId="689A4F2B" w14:textId="77777777" w:rsidR="007A5A72" w:rsidRPr="006354C7" w:rsidRDefault="007A5A72">
            <w:pPr>
              <w:rPr>
                <w:sz w:val="22"/>
              </w:rPr>
            </w:pPr>
          </w:p>
        </w:tc>
      </w:tr>
    </w:tbl>
    <w:p w14:paraId="51C2ACBB" w14:textId="77777777" w:rsidR="007A5A72" w:rsidRPr="006354C7" w:rsidRDefault="007A5A72">
      <w:pPr>
        <w:spacing w:after="120"/>
        <w:rPr>
          <w:sz w:val="22"/>
        </w:rPr>
      </w:pPr>
    </w:p>
    <w:p w14:paraId="34695AA7" w14:textId="77777777" w:rsidR="007A5A72" w:rsidRPr="006354C7" w:rsidRDefault="00000000">
      <w:pPr>
        <w:rPr>
          <w:sz w:val="22"/>
        </w:rPr>
      </w:pPr>
      <w:r w:rsidRPr="006354C7">
        <w:rPr>
          <w:b/>
          <w:sz w:val="22"/>
        </w:rPr>
        <w:t>DATI DEL GENITORE/TUTORE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16"/>
        <w:gridCol w:w="4314"/>
      </w:tblGrid>
      <w:tr w:rsidR="007A5A72" w:rsidRPr="006354C7" w14:paraId="2518FFDD" w14:textId="77777777">
        <w:tc>
          <w:tcPr>
            <w:tcW w:w="4320" w:type="dxa"/>
          </w:tcPr>
          <w:p w14:paraId="48C7858B" w14:textId="7116069F" w:rsidR="007A5A72" w:rsidRPr="006354C7" w:rsidRDefault="00000000">
            <w:pPr>
              <w:rPr>
                <w:sz w:val="22"/>
              </w:rPr>
            </w:pPr>
            <w:proofErr w:type="spellStart"/>
            <w:r w:rsidRPr="006354C7">
              <w:rPr>
                <w:sz w:val="22"/>
              </w:rPr>
              <w:t>Cognome</w:t>
            </w:r>
            <w:proofErr w:type="spellEnd"/>
            <w:r w:rsidRPr="006354C7">
              <w:rPr>
                <w:sz w:val="22"/>
              </w:rPr>
              <w:t xml:space="preserve"> e </w:t>
            </w:r>
            <w:r w:rsidR="002547EC">
              <w:rPr>
                <w:sz w:val="22"/>
              </w:rPr>
              <w:t>N</w:t>
            </w:r>
            <w:r w:rsidRPr="006354C7">
              <w:rPr>
                <w:sz w:val="22"/>
              </w:rPr>
              <w:t>ome</w:t>
            </w:r>
          </w:p>
        </w:tc>
        <w:tc>
          <w:tcPr>
            <w:tcW w:w="4320" w:type="dxa"/>
          </w:tcPr>
          <w:p w14:paraId="295B0D46" w14:textId="77777777" w:rsidR="007A5A72" w:rsidRPr="006354C7" w:rsidRDefault="007A5A72">
            <w:pPr>
              <w:rPr>
                <w:sz w:val="22"/>
              </w:rPr>
            </w:pPr>
          </w:p>
        </w:tc>
      </w:tr>
      <w:tr w:rsidR="007A5A72" w:rsidRPr="006354C7" w14:paraId="76F6D88A" w14:textId="77777777">
        <w:tc>
          <w:tcPr>
            <w:tcW w:w="4320" w:type="dxa"/>
          </w:tcPr>
          <w:p w14:paraId="4B1C750F" w14:textId="77777777" w:rsidR="007A5A72" w:rsidRPr="006354C7" w:rsidRDefault="00000000">
            <w:pPr>
              <w:rPr>
                <w:sz w:val="22"/>
              </w:rPr>
            </w:pPr>
            <w:r w:rsidRPr="006354C7">
              <w:rPr>
                <w:sz w:val="22"/>
              </w:rPr>
              <w:t>Codice fiscale</w:t>
            </w:r>
          </w:p>
        </w:tc>
        <w:tc>
          <w:tcPr>
            <w:tcW w:w="4320" w:type="dxa"/>
          </w:tcPr>
          <w:p w14:paraId="1DC3ADFF" w14:textId="77777777" w:rsidR="007A5A72" w:rsidRPr="006354C7" w:rsidRDefault="007A5A72">
            <w:pPr>
              <w:rPr>
                <w:sz w:val="22"/>
              </w:rPr>
            </w:pPr>
          </w:p>
        </w:tc>
      </w:tr>
      <w:tr w:rsidR="007A5A72" w:rsidRPr="006354C7" w14:paraId="4D964D3B" w14:textId="77777777">
        <w:tc>
          <w:tcPr>
            <w:tcW w:w="4320" w:type="dxa"/>
          </w:tcPr>
          <w:p w14:paraId="76DE1C37" w14:textId="77777777" w:rsidR="007A5A72" w:rsidRPr="006354C7" w:rsidRDefault="00000000">
            <w:pPr>
              <w:rPr>
                <w:sz w:val="22"/>
              </w:rPr>
            </w:pPr>
            <w:r w:rsidRPr="006354C7">
              <w:rPr>
                <w:sz w:val="22"/>
              </w:rPr>
              <w:t>Indirizzo di residenza</w:t>
            </w:r>
          </w:p>
        </w:tc>
        <w:tc>
          <w:tcPr>
            <w:tcW w:w="4320" w:type="dxa"/>
          </w:tcPr>
          <w:p w14:paraId="41ED7460" w14:textId="77777777" w:rsidR="007A5A72" w:rsidRPr="006354C7" w:rsidRDefault="007A5A72">
            <w:pPr>
              <w:rPr>
                <w:sz w:val="22"/>
              </w:rPr>
            </w:pPr>
          </w:p>
        </w:tc>
      </w:tr>
      <w:tr w:rsidR="007A5A72" w:rsidRPr="006354C7" w14:paraId="46FFA274" w14:textId="77777777">
        <w:tc>
          <w:tcPr>
            <w:tcW w:w="4320" w:type="dxa"/>
          </w:tcPr>
          <w:p w14:paraId="1A1DBFC8" w14:textId="77777777" w:rsidR="007A5A72" w:rsidRPr="006354C7" w:rsidRDefault="00000000">
            <w:pPr>
              <w:rPr>
                <w:sz w:val="22"/>
              </w:rPr>
            </w:pPr>
            <w:r w:rsidRPr="006354C7">
              <w:rPr>
                <w:sz w:val="22"/>
              </w:rPr>
              <w:t>Telefono</w:t>
            </w:r>
          </w:p>
        </w:tc>
        <w:tc>
          <w:tcPr>
            <w:tcW w:w="4320" w:type="dxa"/>
          </w:tcPr>
          <w:p w14:paraId="02530BFD" w14:textId="77777777" w:rsidR="007A5A72" w:rsidRPr="006354C7" w:rsidRDefault="007A5A72">
            <w:pPr>
              <w:rPr>
                <w:sz w:val="22"/>
              </w:rPr>
            </w:pPr>
          </w:p>
        </w:tc>
      </w:tr>
      <w:tr w:rsidR="007A5A72" w:rsidRPr="006354C7" w14:paraId="03897A42" w14:textId="77777777">
        <w:tc>
          <w:tcPr>
            <w:tcW w:w="4320" w:type="dxa"/>
          </w:tcPr>
          <w:p w14:paraId="5808292A" w14:textId="77777777" w:rsidR="007A5A72" w:rsidRPr="006354C7" w:rsidRDefault="00000000">
            <w:pPr>
              <w:rPr>
                <w:sz w:val="22"/>
              </w:rPr>
            </w:pPr>
            <w:r w:rsidRPr="006354C7">
              <w:rPr>
                <w:sz w:val="22"/>
              </w:rPr>
              <w:t>E‑mail</w:t>
            </w:r>
          </w:p>
        </w:tc>
        <w:tc>
          <w:tcPr>
            <w:tcW w:w="4320" w:type="dxa"/>
          </w:tcPr>
          <w:p w14:paraId="4C2005C0" w14:textId="77777777" w:rsidR="007A5A72" w:rsidRPr="006354C7" w:rsidRDefault="007A5A72">
            <w:pPr>
              <w:rPr>
                <w:sz w:val="22"/>
              </w:rPr>
            </w:pPr>
          </w:p>
        </w:tc>
      </w:tr>
      <w:tr w:rsidR="007A5A72" w:rsidRPr="006354C7" w14:paraId="51BBD0B5" w14:textId="77777777">
        <w:tc>
          <w:tcPr>
            <w:tcW w:w="4320" w:type="dxa"/>
          </w:tcPr>
          <w:p w14:paraId="4C23F1D8" w14:textId="77777777" w:rsidR="007A5A72" w:rsidRPr="006354C7" w:rsidRDefault="00000000">
            <w:pPr>
              <w:rPr>
                <w:sz w:val="22"/>
              </w:rPr>
            </w:pPr>
            <w:r w:rsidRPr="006354C7">
              <w:rPr>
                <w:sz w:val="22"/>
              </w:rPr>
              <w:t>Relazione con il minore</w:t>
            </w:r>
          </w:p>
        </w:tc>
        <w:tc>
          <w:tcPr>
            <w:tcW w:w="4320" w:type="dxa"/>
          </w:tcPr>
          <w:p w14:paraId="1A01CA55" w14:textId="77777777" w:rsidR="007A5A72" w:rsidRPr="006354C7" w:rsidRDefault="007A5A72">
            <w:pPr>
              <w:rPr>
                <w:sz w:val="22"/>
              </w:rPr>
            </w:pPr>
          </w:p>
        </w:tc>
      </w:tr>
    </w:tbl>
    <w:p w14:paraId="2D428194" w14:textId="77777777" w:rsidR="007A5A72" w:rsidRPr="006354C7" w:rsidRDefault="007A5A72">
      <w:pPr>
        <w:spacing w:after="120"/>
        <w:rPr>
          <w:sz w:val="22"/>
        </w:rPr>
      </w:pPr>
    </w:p>
    <w:p w14:paraId="6B71CBBA" w14:textId="77777777" w:rsidR="007A5A72" w:rsidRPr="006354C7" w:rsidRDefault="00000000">
      <w:pPr>
        <w:rPr>
          <w:sz w:val="22"/>
        </w:rPr>
      </w:pPr>
      <w:r w:rsidRPr="006354C7">
        <w:rPr>
          <w:b/>
          <w:sz w:val="22"/>
        </w:rPr>
        <w:t>ADESIONE E PERIODO</w:t>
      </w:r>
    </w:p>
    <w:p w14:paraId="07A18AEC" w14:textId="77777777" w:rsidR="007A5A72" w:rsidRPr="006354C7" w:rsidRDefault="00000000">
      <w:pPr>
        <w:jc w:val="both"/>
        <w:rPr>
          <w:sz w:val="22"/>
          <w:lang w:val="it-IT"/>
        </w:rPr>
      </w:pPr>
      <w:r w:rsidRPr="006354C7">
        <w:rPr>
          <w:sz w:val="22"/>
          <w:lang w:val="it-IT"/>
        </w:rPr>
        <w:t>☐ Aderisco al servizio del sabato mattina (7:30–13:00) con maggiorazione di € 35,00/mese.</w:t>
      </w:r>
    </w:p>
    <w:p w14:paraId="5B5B2605" w14:textId="168FF417" w:rsidR="007A5A72" w:rsidRPr="006354C7" w:rsidRDefault="00000000">
      <w:pPr>
        <w:rPr>
          <w:sz w:val="22"/>
          <w:lang w:val="it-IT"/>
        </w:rPr>
      </w:pPr>
      <w:r w:rsidRPr="006354C7">
        <w:rPr>
          <w:sz w:val="22"/>
          <w:lang w:val="it-IT"/>
        </w:rPr>
        <w:t xml:space="preserve">Periodo richiesto: dal ____________ al ____________ (minimo </w:t>
      </w:r>
      <w:r w:rsidR="006354C7" w:rsidRPr="006354C7">
        <w:rPr>
          <w:sz w:val="22"/>
          <w:lang w:val="it-IT"/>
        </w:rPr>
        <w:t>3</w:t>
      </w:r>
      <w:r w:rsidRPr="006354C7">
        <w:rPr>
          <w:sz w:val="22"/>
          <w:lang w:val="it-IT"/>
        </w:rPr>
        <w:t xml:space="preserve"> mes</w:t>
      </w:r>
      <w:r w:rsidR="006354C7" w:rsidRPr="006354C7">
        <w:rPr>
          <w:sz w:val="22"/>
          <w:lang w:val="it-IT"/>
        </w:rPr>
        <w:t>i</w:t>
      </w:r>
      <w:r w:rsidRPr="006354C7">
        <w:rPr>
          <w:sz w:val="22"/>
          <w:lang w:val="it-IT"/>
        </w:rPr>
        <w:t>, rinnovabile).</w:t>
      </w:r>
    </w:p>
    <w:p w14:paraId="52CE870D" w14:textId="77777777" w:rsidR="007A5A72" w:rsidRPr="006354C7" w:rsidRDefault="00000000">
      <w:pPr>
        <w:rPr>
          <w:sz w:val="22"/>
          <w:lang w:val="it-IT"/>
        </w:rPr>
      </w:pPr>
      <w:r w:rsidRPr="006354C7">
        <w:rPr>
          <w:sz w:val="22"/>
          <w:lang w:val="it-IT"/>
        </w:rPr>
        <w:t>Decorrenza della maggiorazione: dal mese di ______________________.</w:t>
      </w:r>
    </w:p>
    <w:p w14:paraId="580247F7" w14:textId="77777777" w:rsidR="007A5A72" w:rsidRPr="006354C7" w:rsidRDefault="00000000">
      <w:pPr>
        <w:rPr>
          <w:sz w:val="22"/>
          <w:lang w:val="it-IT"/>
        </w:rPr>
      </w:pPr>
      <w:r w:rsidRPr="006354C7">
        <w:rPr>
          <w:b/>
          <w:sz w:val="22"/>
          <w:lang w:val="it-IT"/>
        </w:rPr>
        <w:t>DELEGHE DI RITIRO (sabato)</w:t>
      </w:r>
    </w:p>
    <w:p w14:paraId="6A8FC6D7" w14:textId="77777777" w:rsidR="007A5A72" w:rsidRPr="006354C7" w:rsidRDefault="00000000">
      <w:pPr>
        <w:rPr>
          <w:sz w:val="22"/>
          <w:lang w:val="it-IT"/>
        </w:rPr>
      </w:pPr>
      <w:r w:rsidRPr="006354C7">
        <w:rPr>
          <w:sz w:val="22"/>
          <w:lang w:val="it-IT"/>
        </w:rPr>
        <w:lastRenderedPageBreak/>
        <w:t>1) ________________________________________________</w:t>
      </w:r>
      <w:proofErr w:type="gramStart"/>
      <w:r w:rsidRPr="006354C7">
        <w:rPr>
          <w:sz w:val="22"/>
          <w:lang w:val="it-IT"/>
        </w:rPr>
        <w:t>_  Documento</w:t>
      </w:r>
      <w:proofErr w:type="gramEnd"/>
      <w:r w:rsidRPr="006354C7">
        <w:rPr>
          <w:sz w:val="22"/>
          <w:lang w:val="it-IT"/>
        </w:rPr>
        <w:t xml:space="preserve"> n. __________________</w:t>
      </w:r>
    </w:p>
    <w:p w14:paraId="28CC0677" w14:textId="77777777" w:rsidR="007A5A72" w:rsidRPr="006354C7" w:rsidRDefault="00000000">
      <w:pPr>
        <w:rPr>
          <w:sz w:val="22"/>
          <w:lang w:val="it-IT"/>
        </w:rPr>
      </w:pPr>
      <w:r w:rsidRPr="006354C7">
        <w:rPr>
          <w:sz w:val="22"/>
          <w:lang w:val="it-IT"/>
        </w:rPr>
        <w:t>2) ________________________________________________</w:t>
      </w:r>
      <w:proofErr w:type="gramStart"/>
      <w:r w:rsidRPr="006354C7">
        <w:rPr>
          <w:sz w:val="22"/>
          <w:lang w:val="it-IT"/>
        </w:rPr>
        <w:t>_  Documento</w:t>
      </w:r>
      <w:proofErr w:type="gramEnd"/>
      <w:r w:rsidRPr="006354C7">
        <w:rPr>
          <w:sz w:val="22"/>
          <w:lang w:val="it-IT"/>
        </w:rPr>
        <w:t xml:space="preserve"> n. __________________</w:t>
      </w:r>
    </w:p>
    <w:p w14:paraId="3620CD56" w14:textId="77777777" w:rsidR="007A5A72" w:rsidRPr="006354C7" w:rsidRDefault="00000000">
      <w:pPr>
        <w:rPr>
          <w:sz w:val="22"/>
          <w:lang w:val="it-IT"/>
        </w:rPr>
      </w:pPr>
      <w:r w:rsidRPr="006354C7">
        <w:rPr>
          <w:sz w:val="22"/>
          <w:lang w:val="it-IT"/>
        </w:rPr>
        <w:t>3) ________________________________________________</w:t>
      </w:r>
      <w:proofErr w:type="gramStart"/>
      <w:r w:rsidRPr="006354C7">
        <w:rPr>
          <w:sz w:val="22"/>
          <w:lang w:val="it-IT"/>
        </w:rPr>
        <w:t>_  Documento</w:t>
      </w:r>
      <w:proofErr w:type="gramEnd"/>
      <w:r w:rsidRPr="006354C7">
        <w:rPr>
          <w:sz w:val="22"/>
          <w:lang w:val="it-IT"/>
        </w:rPr>
        <w:t xml:space="preserve"> n. __________________</w:t>
      </w:r>
    </w:p>
    <w:p w14:paraId="6D838CF7" w14:textId="77777777" w:rsidR="007A5A72" w:rsidRPr="006354C7" w:rsidRDefault="00000000">
      <w:pPr>
        <w:rPr>
          <w:sz w:val="22"/>
          <w:lang w:val="it-IT"/>
        </w:rPr>
      </w:pPr>
      <w:r w:rsidRPr="006354C7">
        <w:rPr>
          <w:b/>
          <w:sz w:val="22"/>
          <w:lang w:val="it-IT"/>
        </w:rPr>
        <w:t>CONDIZIONI ECONOMICHE E DI ATTIVAZIONE</w:t>
      </w:r>
    </w:p>
    <w:p w14:paraId="6AC3D25E" w14:textId="77777777" w:rsidR="007A5A72" w:rsidRPr="006354C7" w:rsidRDefault="00000000">
      <w:pPr>
        <w:jc w:val="both"/>
        <w:rPr>
          <w:sz w:val="22"/>
          <w:lang w:val="it-IT"/>
        </w:rPr>
      </w:pPr>
      <w:r w:rsidRPr="006354C7">
        <w:rPr>
          <w:sz w:val="22"/>
          <w:lang w:val="it-IT"/>
        </w:rPr>
        <w:t>La maggiorazione sarà addebitata con la retta ordinaria dal mese indicato e si rinnova automaticamente di mese in mese, salvo disdetta scritta con preavviso minimo di 15 giorni. In caso di assenza del bambino non imputabile alla scuola, la quota non è rimborsabile. Eventuali ritardi oltre le ore 13:00 potranno comportare addebito per copertura personale. L’attivazione del servizio è condizionata al raggiungimento di ALMENO 20 (venti) bambini iscritti; qualora tale soglia non fosse raggiunta, la Direzione non procederà all’apertura del sabato e le eventuali adesioni raccolte saranno nulle senza oneri per le famiglie. Si precisa che **il servizio mensa è escluso**; è comunque **inclusa la merenda** a metà mattina secondo le indicazioni nutrizionali della scuola.</w:t>
      </w:r>
    </w:p>
    <w:p w14:paraId="0C80B410" w14:textId="77777777" w:rsidR="007A5A72" w:rsidRPr="006354C7" w:rsidRDefault="00000000">
      <w:pPr>
        <w:rPr>
          <w:sz w:val="22"/>
          <w:lang w:val="it-IT"/>
        </w:rPr>
      </w:pPr>
      <w:r w:rsidRPr="006354C7">
        <w:rPr>
          <w:b/>
          <w:sz w:val="22"/>
          <w:lang w:val="it-IT"/>
        </w:rPr>
        <w:t>INFORMATIVA E CONSENSO PRIVACY (art. 13 GDPR)</w:t>
      </w:r>
    </w:p>
    <w:p w14:paraId="40887280" w14:textId="77777777" w:rsidR="007A5A72" w:rsidRPr="006354C7" w:rsidRDefault="00000000">
      <w:pPr>
        <w:jc w:val="both"/>
        <w:rPr>
          <w:sz w:val="22"/>
          <w:lang w:val="it-IT"/>
        </w:rPr>
      </w:pPr>
      <w:r w:rsidRPr="006354C7">
        <w:rPr>
          <w:sz w:val="22"/>
          <w:lang w:val="it-IT"/>
        </w:rPr>
        <w:t>Titolare: La Nuova Piccola Accademia Impresa Sociale S.r.l. (E.T.S.) – Via Talete 12, 07026 Olbia (SS) – PEC come in intestazione. I dati sono trattati per l’erogazione del servizio opzionale e per gli adempimenti connessi. L’interessato può esercitare i diritti previsti dagli artt. 15–22 GDPR scrivendo ai recapiti indicati.</w:t>
      </w:r>
    </w:p>
    <w:p w14:paraId="2A18FDB9" w14:textId="77777777" w:rsidR="007A5A72" w:rsidRPr="006354C7" w:rsidRDefault="00000000">
      <w:pPr>
        <w:rPr>
          <w:sz w:val="22"/>
          <w:lang w:val="it-IT"/>
        </w:rPr>
      </w:pPr>
      <w:r w:rsidRPr="006354C7">
        <w:rPr>
          <w:b/>
          <w:sz w:val="22"/>
          <w:lang w:val="it-IT"/>
        </w:rPr>
        <w:t>DICHIARAZIONE DI ACCETTAZIONE</w:t>
      </w:r>
    </w:p>
    <w:p w14:paraId="1BCA60DA" w14:textId="77777777" w:rsidR="007A5A72" w:rsidRPr="006354C7" w:rsidRDefault="00000000">
      <w:pPr>
        <w:jc w:val="both"/>
        <w:rPr>
          <w:sz w:val="22"/>
          <w:lang w:val="it-IT"/>
        </w:rPr>
      </w:pPr>
      <w:r w:rsidRPr="006354C7">
        <w:rPr>
          <w:sz w:val="22"/>
          <w:lang w:val="it-IT"/>
        </w:rPr>
        <w:t>Il/La sottoscritto/a dichiara di accettare integralmente le condizioni del servizio del sabato mattina, inclusa la maggiorazione di € 35,00/mese, la clausola di attivazione (minimo 20 bambini) e l’esclusione della mensa con merenda inclusa.</w:t>
      </w:r>
    </w:p>
    <w:p w14:paraId="73304E69" w14:textId="77777777" w:rsidR="002547EC" w:rsidRDefault="002547EC">
      <w:pPr>
        <w:rPr>
          <w:sz w:val="22"/>
          <w:lang w:val="it-IT"/>
        </w:rPr>
      </w:pPr>
    </w:p>
    <w:p w14:paraId="1080A7FD" w14:textId="7508F1C7" w:rsidR="007A5A72" w:rsidRPr="006354C7" w:rsidRDefault="00000000">
      <w:pPr>
        <w:rPr>
          <w:sz w:val="22"/>
          <w:lang w:val="it-IT"/>
        </w:rPr>
      </w:pPr>
      <w:r w:rsidRPr="006354C7">
        <w:rPr>
          <w:sz w:val="22"/>
          <w:lang w:val="it-IT"/>
        </w:rPr>
        <w:t>Olbia, ____/____/________</w:t>
      </w:r>
    </w:p>
    <w:p w14:paraId="32B94E3B" w14:textId="77777777" w:rsidR="007A5A72" w:rsidRPr="006354C7" w:rsidRDefault="00000000">
      <w:pPr>
        <w:rPr>
          <w:sz w:val="22"/>
          <w:lang w:val="it-IT"/>
        </w:rPr>
      </w:pPr>
      <w:r w:rsidRPr="006354C7">
        <w:rPr>
          <w:sz w:val="22"/>
          <w:lang w:val="it-IT"/>
        </w:rPr>
        <w:t>Firma leggibile del Genitore/Tutore _________________________________</w:t>
      </w:r>
    </w:p>
    <w:sectPr w:rsidR="007A5A72" w:rsidRPr="006354C7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27912" w14:textId="77777777" w:rsidR="0001701D" w:rsidRDefault="0001701D">
      <w:pPr>
        <w:spacing w:after="0" w:line="240" w:lineRule="auto"/>
      </w:pPr>
      <w:r>
        <w:separator/>
      </w:r>
    </w:p>
  </w:endnote>
  <w:endnote w:type="continuationSeparator" w:id="0">
    <w:p w14:paraId="393916BF" w14:textId="77777777" w:rsidR="0001701D" w:rsidRDefault="00017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ID Font+ F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altName w:val="CID Font+ F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66FC5" w14:textId="77777777" w:rsidR="007A5A72" w:rsidRPr="006354C7" w:rsidRDefault="00000000">
    <w:pPr>
      <w:pStyle w:val="Pidipagina"/>
      <w:jc w:val="center"/>
      <w:rPr>
        <w:lang w:val="it-IT"/>
      </w:rPr>
    </w:pPr>
    <w:r w:rsidRPr="006354C7">
      <w:rPr>
        <w:i/>
        <w:lang w:val="it-IT"/>
      </w:rPr>
      <w:t>Modulo di adesione – Apertura sabato mattina | La Nuova Piccola Accademia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1F4C10" w14:textId="77777777" w:rsidR="0001701D" w:rsidRDefault="0001701D">
      <w:pPr>
        <w:spacing w:after="0" w:line="240" w:lineRule="auto"/>
      </w:pPr>
      <w:r>
        <w:separator/>
      </w:r>
    </w:p>
  </w:footnote>
  <w:footnote w:type="continuationSeparator" w:id="0">
    <w:p w14:paraId="7A736A71" w14:textId="77777777" w:rsidR="0001701D" w:rsidRDefault="00017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A8EC6" w14:textId="45F4AF72" w:rsidR="000667CC" w:rsidRDefault="000667CC" w:rsidP="000667CC">
    <w:pPr>
      <w:pStyle w:val="Intestazione"/>
      <w:jc w:val="center"/>
      <w:rPr>
        <w:b/>
        <w:lang w:val="it-IT"/>
      </w:rPr>
    </w:pPr>
  </w:p>
  <w:p w14:paraId="3FA58F72" w14:textId="198FAC40" w:rsidR="000667CC" w:rsidRDefault="000667CC" w:rsidP="000667CC">
    <w:pPr>
      <w:pStyle w:val="Intestazione"/>
      <w:tabs>
        <w:tab w:val="clear" w:pos="4680"/>
        <w:tab w:val="clear" w:pos="9360"/>
        <w:tab w:val="center" w:pos="4320"/>
      </w:tabs>
      <w:rPr>
        <w:lang w:val="it-IT"/>
      </w:rPr>
    </w:pPr>
  </w:p>
  <w:tbl>
    <w:tblPr>
      <w:tblStyle w:val="Grigliatabella"/>
      <w:tblW w:w="94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4390"/>
    </w:tblGrid>
    <w:tr w:rsidR="002547EC" w14:paraId="2151F42E" w14:textId="77777777" w:rsidTr="002547EC">
      <w:tc>
        <w:tcPr>
          <w:tcW w:w="5070" w:type="dxa"/>
        </w:tcPr>
        <w:p w14:paraId="0FAB5245" w14:textId="77777777" w:rsidR="000667CC" w:rsidRPr="002547EC" w:rsidRDefault="000667CC" w:rsidP="002547EC">
          <w:pPr>
            <w:pStyle w:val="Intestazione"/>
            <w:ind w:right="-81"/>
            <w:rPr>
              <w:b/>
              <w:sz w:val="36"/>
              <w:szCs w:val="36"/>
              <w:lang w:val="it-IT"/>
            </w:rPr>
          </w:pPr>
          <w:r w:rsidRPr="002547EC">
            <w:rPr>
              <w:b/>
              <w:sz w:val="36"/>
              <w:szCs w:val="36"/>
              <w:lang w:val="it-IT"/>
            </w:rPr>
            <w:t xml:space="preserve">LA NUOVA PICCOLA ACCADEMIA </w:t>
          </w:r>
        </w:p>
        <w:p w14:paraId="116C1D0D" w14:textId="77777777" w:rsidR="002547EC" w:rsidRDefault="000667CC" w:rsidP="000667CC">
          <w:pPr>
            <w:pStyle w:val="Intestazione"/>
            <w:rPr>
              <w:b/>
              <w:noProof/>
              <w:lang w:val="it-IT"/>
            </w:rPr>
          </w:pPr>
          <w:r w:rsidRPr="006354C7">
            <w:rPr>
              <w:b/>
              <w:lang w:val="it-IT"/>
            </w:rPr>
            <w:t>Impresa Sociale S.r.l. (E.T.S.)</w:t>
          </w:r>
          <w:r w:rsidRPr="000667CC">
            <w:rPr>
              <w:b/>
              <w:noProof/>
              <w:lang w:val="it-IT"/>
            </w:rPr>
            <w:t xml:space="preserve"> </w:t>
          </w:r>
        </w:p>
        <w:p w14:paraId="140DBDB5" w14:textId="0A8BDCF4" w:rsidR="002547EC" w:rsidRDefault="000667CC" w:rsidP="000667CC">
          <w:pPr>
            <w:pStyle w:val="Intestazione"/>
            <w:rPr>
              <w:lang w:val="it-IT"/>
            </w:rPr>
          </w:pPr>
          <w:r w:rsidRPr="006354C7">
            <w:rPr>
              <w:lang w:val="it-IT"/>
            </w:rPr>
            <w:t>Scuola dell’Infanzia Paritaria</w:t>
          </w:r>
        </w:p>
        <w:p w14:paraId="4A902D70" w14:textId="09EAE988" w:rsidR="000667CC" w:rsidRDefault="000667CC" w:rsidP="000667CC">
          <w:pPr>
            <w:pStyle w:val="Intestazione"/>
            <w:rPr>
              <w:lang w:val="it-IT"/>
            </w:rPr>
          </w:pPr>
          <w:r w:rsidRPr="006354C7">
            <w:rPr>
              <w:lang w:val="it-IT"/>
            </w:rPr>
            <w:t>Cod. Me</w:t>
          </w:r>
          <w:proofErr w:type="spellStart"/>
          <w:r w:rsidRPr="006354C7">
            <w:rPr>
              <w:lang w:val="it-IT"/>
            </w:rPr>
            <w:t>cc</w:t>
          </w:r>
          <w:proofErr w:type="spellEnd"/>
          <w:r w:rsidRPr="006354C7">
            <w:rPr>
              <w:lang w:val="it-IT"/>
            </w:rPr>
            <w:t>. SS1A07000N</w:t>
          </w:r>
          <w:r w:rsidRPr="006354C7">
            <w:rPr>
              <w:lang w:val="it-IT"/>
            </w:rPr>
            <w:br/>
            <w:t>Sede: Via Talete n. 12, 07026 – Olbia (SS) | C.F./P.IVA 0303909090</w:t>
          </w:r>
          <w:r>
            <w:rPr>
              <w:lang w:val="it-IT"/>
            </w:rPr>
            <w:t>1</w:t>
          </w:r>
        </w:p>
        <w:p w14:paraId="79B23BE9" w14:textId="2FC1EADF" w:rsidR="003330FE" w:rsidRPr="003330FE" w:rsidRDefault="003330FE" w:rsidP="000667CC">
          <w:pPr>
            <w:pStyle w:val="Intestazione"/>
            <w:rPr>
              <w:lang w:val="en-GB"/>
            </w:rPr>
          </w:pPr>
          <w:r w:rsidRPr="003330FE">
            <w:rPr>
              <w:lang w:val="en-GB"/>
            </w:rPr>
            <w:t xml:space="preserve">Email: </w:t>
          </w:r>
          <w:hyperlink r:id="rId1" w:history="1">
            <w:r w:rsidRPr="003330FE">
              <w:rPr>
                <w:rStyle w:val="Collegamentoipertestuale"/>
                <w:lang w:val="en-GB"/>
              </w:rPr>
              <w:t>lanuovapiccolaaccademia@gmail.com</w:t>
            </w:r>
          </w:hyperlink>
        </w:p>
        <w:p w14:paraId="1E99087E" w14:textId="182C0CEA" w:rsidR="000667CC" w:rsidRPr="003330FE" w:rsidRDefault="000667CC" w:rsidP="000667CC">
          <w:pPr>
            <w:pStyle w:val="Intestazione"/>
            <w:tabs>
              <w:tab w:val="clear" w:pos="4680"/>
              <w:tab w:val="clear" w:pos="9360"/>
              <w:tab w:val="center" w:pos="4320"/>
            </w:tabs>
            <w:rPr>
              <w:lang w:val="en-GB"/>
            </w:rPr>
          </w:pPr>
          <w:r w:rsidRPr="003330FE">
            <w:rPr>
              <w:lang w:val="en-GB"/>
            </w:rPr>
            <w:t xml:space="preserve">PEC: </w:t>
          </w:r>
          <w:hyperlink r:id="rId2" w:history="1">
            <w:r w:rsidRPr="003330FE">
              <w:rPr>
                <w:rStyle w:val="Collegamentoipertestuale"/>
                <w:lang w:val="en-GB"/>
              </w:rPr>
              <w:t>lanuovapiccolaccademia@pec.it</w:t>
            </w:r>
          </w:hyperlink>
        </w:p>
      </w:tc>
      <w:tc>
        <w:tcPr>
          <w:tcW w:w="4390" w:type="dxa"/>
        </w:tcPr>
        <w:p w14:paraId="6FE78E7B" w14:textId="073CB976" w:rsidR="000667CC" w:rsidRDefault="002547EC" w:rsidP="000667CC">
          <w:pPr>
            <w:pStyle w:val="Intestazione"/>
            <w:tabs>
              <w:tab w:val="clear" w:pos="4680"/>
              <w:tab w:val="clear" w:pos="9360"/>
              <w:tab w:val="center" w:pos="4320"/>
            </w:tabs>
            <w:jc w:val="center"/>
            <w:rPr>
              <w:lang w:val="it-IT"/>
            </w:rPr>
          </w:pPr>
          <w:r>
            <w:rPr>
              <w:noProof/>
            </w:rPr>
            <w:drawing>
              <wp:inline distT="0" distB="0" distL="0" distR="0" wp14:anchorId="3FA38968" wp14:editId="6D00279E">
                <wp:extent cx="1500554" cy="1500554"/>
                <wp:effectExtent l="0" t="0" r="4445" b="4445"/>
                <wp:docPr id="1287269408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7269408" name="Immagine 1287269408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0554" cy="1500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3166C2" w14:textId="45A0A9F9" w:rsidR="000667CC" w:rsidRDefault="000667CC" w:rsidP="000667CC">
    <w:pPr>
      <w:pStyle w:val="Intestazione"/>
      <w:tabs>
        <w:tab w:val="clear" w:pos="4680"/>
        <w:tab w:val="clear" w:pos="9360"/>
        <w:tab w:val="center" w:pos="4320"/>
      </w:tabs>
      <w:rPr>
        <w:lang w:val="it-IT"/>
      </w:rPr>
    </w:pPr>
  </w:p>
  <w:p w14:paraId="31EE933B" w14:textId="5280012B" w:rsidR="007A5A72" w:rsidRPr="006354C7" w:rsidRDefault="007A5A72" w:rsidP="000667CC">
    <w:pPr>
      <w:pStyle w:val="Intestazione"/>
      <w:tabs>
        <w:tab w:val="clear" w:pos="4680"/>
        <w:tab w:val="center" w:pos="6379"/>
      </w:tabs>
      <w:jc w:val="righ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86281436">
    <w:abstractNumId w:val="8"/>
  </w:num>
  <w:num w:numId="2" w16cid:durableId="605893041">
    <w:abstractNumId w:val="6"/>
  </w:num>
  <w:num w:numId="3" w16cid:durableId="131797193">
    <w:abstractNumId w:val="5"/>
  </w:num>
  <w:num w:numId="4" w16cid:durableId="1579169482">
    <w:abstractNumId w:val="4"/>
  </w:num>
  <w:num w:numId="5" w16cid:durableId="2090692547">
    <w:abstractNumId w:val="7"/>
  </w:num>
  <w:num w:numId="6" w16cid:durableId="1111777269">
    <w:abstractNumId w:val="3"/>
  </w:num>
  <w:num w:numId="7" w16cid:durableId="859855956">
    <w:abstractNumId w:val="2"/>
  </w:num>
  <w:num w:numId="8" w16cid:durableId="1157113074">
    <w:abstractNumId w:val="1"/>
  </w:num>
  <w:num w:numId="9" w16cid:durableId="683483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701D"/>
    <w:rsid w:val="00034616"/>
    <w:rsid w:val="0006063C"/>
    <w:rsid w:val="000667CC"/>
    <w:rsid w:val="0015074B"/>
    <w:rsid w:val="002547EC"/>
    <w:rsid w:val="0029639D"/>
    <w:rsid w:val="00326F90"/>
    <w:rsid w:val="003330FE"/>
    <w:rsid w:val="006354C7"/>
    <w:rsid w:val="007A5A72"/>
    <w:rsid w:val="009679CE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2D5314"/>
  <w14:defaultImageDpi w14:val="300"/>
  <w15:docId w15:val="{74529EFB-6B59-4B1E-9CC0-5E4CA17F1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  <w:rPr>
      <w:rFonts w:ascii="Arial Narrow" w:hAnsi="Arial Narrow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llegamentoipertestuale">
    <w:name w:val="Hyperlink"/>
    <w:basedOn w:val="Carpredefinitoparagrafo"/>
    <w:uiPriority w:val="99"/>
    <w:unhideWhenUsed/>
    <w:rsid w:val="000667C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66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lanuovapiccolaccademia@pec.it" TargetMode="External"/><Relationship Id="rId1" Type="http://schemas.openxmlformats.org/officeDocument/2006/relationships/hyperlink" Target="mailto:lanuovapiccolaaccademi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458</Words>
  <Characters>2611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Giovanni Maurelli</cp:lastModifiedBy>
  <cp:revision>2</cp:revision>
  <cp:lastPrinted>2025-11-23T10:23:00Z</cp:lastPrinted>
  <dcterms:created xsi:type="dcterms:W3CDTF">2025-11-23T11:29:00Z</dcterms:created>
  <dcterms:modified xsi:type="dcterms:W3CDTF">2025-11-23T11:29:00Z</dcterms:modified>
  <cp:category/>
</cp:coreProperties>
</file>