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59D65" w14:textId="7AD2C650" w:rsidR="00E87824" w:rsidRPr="00E87824" w:rsidRDefault="00E87824" w:rsidP="00E87824">
      <w:pPr>
        <w:rPr>
          <w:b/>
          <w:bCs/>
          <w:lang w:val="en-IN"/>
        </w:rPr>
      </w:pPr>
      <w:r w:rsidRPr="00E87824">
        <w:rPr>
          <w:rFonts w:ascii="Segoe UI Emoji" w:hAnsi="Segoe UI Emoji" w:cs="Segoe UI Emoji"/>
          <w:b/>
          <w:bCs/>
          <w:lang w:val="en-IN"/>
        </w:rPr>
        <w:t>🌟</w:t>
      </w:r>
      <w:r w:rsidRPr="00E87824">
        <w:rPr>
          <w:b/>
          <w:bCs/>
          <w:lang w:val="en-IN"/>
        </w:rPr>
        <w:t xml:space="preserve"> Luxury Touch Version</w:t>
      </w:r>
    </w:p>
    <w:p w14:paraId="65941809" w14:textId="77777777" w:rsidR="00E87824" w:rsidRPr="00E87824" w:rsidRDefault="00E87824" w:rsidP="00E87824">
      <w:pPr>
        <w:rPr>
          <w:lang w:val="en-IN"/>
        </w:rPr>
      </w:pPr>
      <w:r w:rsidRPr="00E87824">
        <w:rPr>
          <w:rFonts w:ascii="Segoe UI Emoji" w:hAnsi="Segoe UI Emoji" w:cs="Segoe UI Emoji"/>
          <w:lang w:val="en-IN"/>
        </w:rPr>
        <w:t>✨</w:t>
      </w:r>
      <w:r w:rsidRPr="00E87824">
        <w:rPr>
          <w:lang w:val="en-IN"/>
        </w:rPr>
        <w:t xml:space="preserve"> </w:t>
      </w:r>
      <w:r w:rsidRPr="00E87824">
        <w:rPr>
          <w:b/>
          <w:bCs/>
          <w:lang w:val="en-IN"/>
        </w:rPr>
        <w:t xml:space="preserve">Connect </w:t>
      </w:r>
      <w:proofErr w:type="gramStart"/>
      <w:r w:rsidRPr="00E87824">
        <w:rPr>
          <w:b/>
          <w:bCs/>
          <w:lang w:val="en-IN"/>
        </w:rPr>
        <w:t>With</w:t>
      </w:r>
      <w:proofErr w:type="gramEnd"/>
      <w:r w:rsidRPr="00E87824">
        <w:rPr>
          <w:b/>
          <w:bCs/>
          <w:lang w:val="en-IN"/>
        </w:rPr>
        <w:t xml:space="preserve"> </w:t>
      </w:r>
      <w:proofErr w:type="spellStart"/>
      <w:r w:rsidRPr="00E87824">
        <w:rPr>
          <w:b/>
          <w:bCs/>
          <w:lang w:val="en-IN"/>
        </w:rPr>
        <w:t>Zyfario</w:t>
      </w:r>
      <w:proofErr w:type="spellEnd"/>
    </w:p>
    <w:p w14:paraId="7D6B0422" w14:textId="77777777" w:rsidR="00E87824" w:rsidRPr="00E87824" w:rsidRDefault="00E87824" w:rsidP="00E87824">
      <w:pPr>
        <w:rPr>
          <w:lang w:val="en-IN"/>
        </w:rPr>
      </w:pPr>
      <w:r w:rsidRPr="00E87824">
        <w:rPr>
          <w:rFonts w:ascii="Segoe UI Emoji" w:hAnsi="Segoe UI Emoji" w:cs="Segoe UI Emoji"/>
          <w:lang w:val="en-IN"/>
        </w:rPr>
        <w:t>📞</w:t>
      </w:r>
      <w:r w:rsidRPr="00E87824">
        <w:rPr>
          <w:lang w:val="en-IN"/>
        </w:rPr>
        <w:t xml:space="preserve"> 7381807396</w:t>
      </w:r>
      <w:r w:rsidRPr="00E87824">
        <w:rPr>
          <w:lang w:val="en-IN"/>
        </w:rPr>
        <w:br/>
      </w:r>
      <w:r w:rsidRPr="00E87824">
        <w:rPr>
          <w:rFonts w:ascii="Segoe UI Emoji" w:hAnsi="Segoe UI Emoji" w:cs="Segoe UI Emoji"/>
          <w:lang w:val="en-IN"/>
        </w:rPr>
        <w:t>💬</w:t>
      </w:r>
      <w:r w:rsidRPr="00E87824">
        <w:rPr>
          <w:lang w:val="en-IN"/>
        </w:rPr>
        <w:t xml:space="preserve"> WhatsApp Available 24×7</w:t>
      </w:r>
    </w:p>
    <w:p w14:paraId="0D8A77A7" w14:textId="77777777" w:rsidR="00E87824" w:rsidRPr="00E87824" w:rsidRDefault="00E87824" w:rsidP="00E87824">
      <w:pPr>
        <w:rPr>
          <w:lang w:val="en-IN"/>
        </w:rPr>
      </w:pPr>
      <w:r w:rsidRPr="00E87824">
        <w:rPr>
          <w:rFonts w:ascii="Segoe UI Emoji" w:hAnsi="Segoe UI Emoji" w:cs="Segoe UI Emoji"/>
          <w:lang w:val="en-IN"/>
        </w:rPr>
        <w:t>📧</w:t>
      </w:r>
      <w:r w:rsidRPr="00E87824">
        <w:rPr>
          <w:lang w:val="en-IN"/>
        </w:rPr>
        <w:t xml:space="preserve"> ceo@zyfario.com</w:t>
      </w:r>
      <w:r w:rsidRPr="00E87824">
        <w:rPr>
          <w:lang w:val="en-IN"/>
        </w:rPr>
        <w:br/>
      </w:r>
      <w:r w:rsidRPr="00E87824">
        <w:rPr>
          <w:rFonts w:ascii="Segoe UI Emoji" w:hAnsi="Segoe UI Emoji" w:cs="Segoe UI Emoji"/>
          <w:lang w:val="en-IN"/>
        </w:rPr>
        <w:t>📧</w:t>
      </w:r>
      <w:r w:rsidRPr="00E87824">
        <w:rPr>
          <w:lang w:val="en-IN"/>
        </w:rPr>
        <w:t xml:space="preserve"> zyfarioworld@gmail.com</w:t>
      </w:r>
    </w:p>
    <w:p w14:paraId="141CF958" w14:textId="77777777" w:rsidR="00E87824" w:rsidRPr="00E87824" w:rsidRDefault="00E87824" w:rsidP="00E87824">
      <w:pPr>
        <w:rPr>
          <w:lang w:val="en-IN"/>
        </w:rPr>
      </w:pPr>
      <w:r w:rsidRPr="00E87824">
        <w:rPr>
          <w:rFonts w:ascii="Segoe UI Emoji" w:hAnsi="Segoe UI Emoji" w:cs="Segoe UI Emoji"/>
          <w:lang w:val="en-IN"/>
        </w:rPr>
        <w:t>💎</w:t>
      </w:r>
      <w:r w:rsidRPr="00E87824">
        <w:rPr>
          <w:lang w:val="en-IN"/>
        </w:rPr>
        <w:t xml:space="preserve"> </w:t>
      </w:r>
      <w:r w:rsidRPr="00E87824">
        <w:rPr>
          <w:i/>
          <w:iCs/>
          <w:lang w:val="en-IN"/>
        </w:rPr>
        <w:t>Experience Premium Fashion &amp; Beauty with Us</w:t>
      </w:r>
    </w:p>
    <w:p w14:paraId="157CB9BE" w14:textId="70018D03" w:rsidR="00AE729F" w:rsidRPr="00E87824" w:rsidRDefault="00000000" w:rsidP="00E87824">
      <w:r w:rsidRPr="00E87824">
        <w:t xml:space="preserve"> </w:t>
      </w:r>
    </w:p>
    <w:sectPr w:rsidR="00AE729F" w:rsidRPr="00E8782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6802781">
    <w:abstractNumId w:val="8"/>
  </w:num>
  <w:num w:numId="2" w16cid:durableId="68113869">
    <w:abstractNumId w:val="6"/>
  </w:num>
  <w:num w:numId="3" w16cid:durableId="2056080729">
    <w:abstractNumId w:val="5"/>
  </w:num>
  <w:num w:numId="4" w16cid:durableId="1751467207">
    <w:abstractNumId w:val="4"/>
  </w:num>
  <w:num w:numId="5" w16cid:durableId="1548562514">
    <w:abstractNumId w:val="7"/>
  </w:num>
  <w:num w:numId="6" w16cid:durableId="1621839560">
    <w:abstractNumId w:val="3"/>
  </w:num>
  <w:num w:numId="7" w16cid:durableId="981546571">
    <w:abstractNumId w:val="2"/>
  </w:num>
  <w:num w:numId="8" w16cid:durableId="1991128459">
    <w:abstractNumId w:val="1"/>
  </w:num>
  <w:num w:numId="9" w16cid:durableId="1586693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44929"/>
    <w:rsid w:val="0015074B"/>
    <w:rsid w:val="0029639D"/>
    <w:rsid w:val="00326F90"/>
    <w:rsid w:val="004269DF"/>
    <w:rsid w:val="00AA1D8D"/>
    <w:rsid w:val="00AE729F"/>
    <w:rsid w:val="00B47730"/>
    <w:rsid w:val="00C25997"/>
    <w:rsid w:val="00CB0664"/>
    <w:rsid w:val="00E87824"/>
    <w:rsid w:val="00E9013B"/>
    <w:rsid w:val="00FB2AF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0AD66B"/>
  <w14:defaultImageDpi w14:val="300"/>
  <w15:docId w15:val="{10E769A0-CBFD-420A-A96D-F4F2D25E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arabinda.nayak</cp:lastModifiedBy>
  <cp:revision>2</cp:revision>
  <cp:lastPrinted>2026-04-13T05:01:00Z</cp:lastPrinted>
  <dcterms:created xsi:type="dcterms:W3CDTF">2026-04-14T12:59:00Z</dcterms:created>
  <dcterms:modified xsi:type="dcterms:W3CDTF">2026-04-14T12:59:00Z</dcterms:modified>
  <cp:category/>
</cp:coreProperties>
</file>