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EE14A" w14:textId="64C9886D" w:rsidR="007854FF" w:rsidRDefault="00F92D26">
      <w:pPr>
        <w:jc w:val="center"/>
      </w:pPr>
      <w:r>
        <w:rPr>
          <w:noProof/>
        </w:rPr>
        <w:drawing>
          <wp:inline distT="0" distB="0" distL="0" distR="0" wp14:anchorId="2283AA52" wp14:editId="19CE366A">
            <wp:extent cx="3253740" cy="2169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449" cy="21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B49D" w14:textId="77777777" w:rsidR="007854FF" w:rsidRDefault="00000000">
      <w:pPr>
        <w:jc w:val="center"/>
      </w:pPr>
      <w:r>
        <w:rPr>
          <w:b/>
        </w:rPr>
        <w:t>VFW POPO AGIE POST 954</w:t>
      </w:r>
      <w:r>
        <w:rPr>
          <w:b/>
        </w:rPr>
        <w:br/>
        <w:t>1st Annual Poker Run</w:t>
      </w:r>
    </w:p>
    <w:p w14:paraId="51FE09E3" w14:textId="77777777" w:rsidR="00F92D26" w:rsidRDefault="00000000" w:rsidP="00F92D26">
      <w:pPr>
        <w:jc w:val="center"/>
        <w:rPr>
          <w:b/>
        </w:rPr>
      </w:pPr>
      <w:r>
        <w:t xml:space="preserve">Date: August </w:t>
      </w:r>
      <w:r w:rsidR="00F92D26">
        <w:t>1</w:t>
      </w:r>
      <w:r>
        <w:t>, 2026</w:t>
      </w:r>
      <w:r>
        <w:br/>
        <w:t>Route: Lander – Thermopolis – Shoshoni – Lander</w:t>
      </w:r>
      <w:r>
        <w:br/>
      </w:r>
      <w:r>
        <w:rPr>
          <w:b/>
        </w:rPr>
        <w:t>Location: Lander, Wyoming</w:t>
      </w:r>
    </w:p>
    <w:p w14:paraId="36D9FADE" w14:textId="69BBB65F" w:rsidR="007854FF" w:rsidRDefault="00000000" w:rsidP="00F92D26">
      <w:r>
        <w:br/>
        <w:t>RELEASE OF LIABILITY, ASSUMPTION OF RISK, AND INDEMNIFICATION AGREEMENT</w:t>
      </w:r>
      <w:r>
        <w:br/>
      </w:r>
      <w:r>
        <w:br/>
        <w:t xml:space="preserve">In consideration for being permitted to participate in the VFW Popo Agie Post 954 Poker Run (“Event”), </w:t>
      </w:r>
      <w:r>
        <w:br/>
        <w:t>the undersigned Participant agrees as follows:</w:t>
      </w:r>
      <w:r>
        <w:br/>
      </w:r>
      <w:r>
        <w:br/>
        <w:t>1. ASSUMPTION OF RISK</w:t>
      </w:r>
      <w:r>
        <w:br/>
      </w:r>
      <w:r w:rsidR="00AD2854">
        <w:t>Vehicle</w:t>
      </w:r>
      <w:r>
        <w:t xml:space="preserve"> riding and participation in this Event involve inherent risks including, but not limited to, </w:t>
      </w:r>
      <w:r>
        <w:br/>
        <w:t xml:space="preserve">traffic hazards, roadway defects, weather conditions, mechanical failure, negligence of other drivers, </w:t>
      </w:r>
      <w:r>
        <w:br/>
        <w:t xml:space="preserve">serious bodily injury, permanent disability, property damage, or death. Participant knowingly and </w:t>
      </w:r>
      <w:r>
        <w:br/>
        <w:t>voluntarily assumes all risks associated with participation.</w:t>
      </w:r>
      <w:r>
        <w:br/>
      </w:r>
      <w:r>
        <w:br/>
        <w:t>2. RELEASE OF LIABILITY</w:t>
      </w:r>
      <w:r>
        <w:br/>
        <w:t xml:space="preserve">Participant hereby releases, waives, and discharges VFW Popo Agie Post 954, the Veterans of Foreign Wars </w:t>
      </w:r>
      <w:r>
        <w:br/>
        <w:t xml:space="preserve">of the United States, event organizers, officers, members, volunteers, sponsors, property owners, and </w:t>
      </w:r>
      <w:r>
        <w:br/>
        <w:t xml:space="preserve">affiliates (collectively “Released Parties”) from any and all claims, demands, damages, causes of action, </w:t>
      </w:r>
      <w:r>
        <w:br/>
        <w:t xml:space="preserve">or liability arising out of or related to participation in the Event, including those arising from the </w:t>
      </w:r>
      <w:r>
        <w:br/>
        <w:t>ordinary negligence of the Released Parties, to the fullest extent permitted under Wyoming law.</w:t>
      </w:r>
      <w:r>
        <w:br/>
      </w:r>
      <w:r>
        <w:br/>
        <w:t>3. INDEMNIFICATION</w:t>
      </w:r>
      <w:r>
        <w:br/>
        <w:t xml:space="preserve">Participant agrees to indemnify and hold harmless the Released Parties from any claims or losses arising </w:t>
      </w:r>
      <w:r>
        <w:br/>
        <w:t xml:space="preserve">from Participant’s conduct or operation of a </w:t>
      </w:r>
      <w:r w:rsidR="00AD2854">
        <w:t>vehicle</w:t>
      </w:r>
      <w:r>
        <w:t xml:space="preserve"> during the Event.</w:t>
      </w:r>
      <w:r>
        <w:br/>
      </w:r>
      <w:r>
        <w:br/>
        <w:t>4. ALCOHOL RESPONSIBILITY</w:t>
      </w:r>
      <w:r>
        <w:br/>
        <w:t xml:space="preserve">Participant acknowledges alcohol may be available at Event stops. Participant affirms legal drinking age </w:t>
      </w:r>
      <w:r>
        <w:br/>
        <w:t xml:space="preserve">and accepts sole responsibility for alcohol consumption. Participant agrees not to operate any vehicle </w:t>
      </w:r>
      <w:r>
        <w:br/>
        <w:t>while impaired and releases the Released Parties from any alcohol-related liability.</w:t>
      </w:r>
      <w:r>
        <w:br/>
      </w:r>
      <w:r>
        <w:br/>
        <w:t>5. LEGAL COMPLIANCE</w:t>
      </w:r>
      <w:r>
        <w:br/>
      </w:r>
      <w:r>
        <w:lastRenderedPageBreak/>
        <w:t xml:space="preserve">Participant certifies possession of a valid </w:t>
      </w:r>
      <w:r w:rsidR="00AD2854">
        <w:t>vehicle</w:t>
      </w:r>
      <w:r>
        <w:t xml:space="preserve"> endorsement, proper registration, and required </w:t>
      </w:r>
      <w:r>
        <w:br/>
        <w:t>liability insurance under Wyoming law. The Event is not a race. All traffic laws must be obeyed.</w:t>
      </w:r>
      <w:r>
        <w:br/>
      </w:r>
      <w:r>
        <w:br/>
        <w:t>6. MEDICAL AUTHORIZATION</w:t>
      </w:r>
      <w:r>
        <w:br/>
        <w:t xml:space="preserve">Participant authorizes emergency medical treatment if necessary and accepts financial responsibility </w:t>
      </w:r>
      <w:r>
        <w:br/>
        <w:t>for any resulting medical costs.</w:t>
      </w:r>
      <w:r>
        <w:br/>
      </w:r>
      <w:r>
        <w:br/>
        <w:t>7. GOVERNING LAW</w:t>
      </w:r>
      <w:r>
        <w:br/>
        <w:t>This Agreement shall be governed by the laws of the State of Wyoming.</w:t>
      </w:r>
      <w:r>
        <w:br/>
      </w:r>
      <w:r>
        <w:br/>
        <w:t>Participant acknowledges having read this Agreement, understanding its terms, and signing voluntarily.</w:t>
      </w:r>
      <w:r>
        <w:br/>
      </w:r>
    </w:p>
    <w:p w14:paraId="6379F7AE" w14:textId="77777777" w:rsidR="007854FF" w:rsidRDefault="00000000" w:rsidP="00F92D26">
      <w:r>
        <w:br/>
        <w:t>Participant Name (Print): ____________________________________________</w:t>
      </w:r>
    </w:p>
    <w:p w14:paraId="591FB0AA" w14:textId="77777777" w:rsidR="007854FF" w:rsidRDefault="00000000" w:rsidP="00F92D26">
      <w:r>
        <w:t>Signature: _____________________________________________________________</w:t>
      </w:r>
    </w:p>
    <w:p w14:paraId="2FC95D86" w14:textId="77777777" w:rsidR="007854FF" w:rsidRDefault="00000000" w:rsidP="00F92D26">
      <w:r>
        <w:t>Date: _____________________</w:t>
      </w:r>
    </w:p>
    <w:p w14:paraId="5B15A981" w14:textId="77777777" w:rsidR="007854FF" w:rsidRDefault="00000000" w:rsidP="00F92D26">
      <w:r>
        <w:t>Emergency Contact: __________________________________ Phone: _____________________</w:t>
      </w:r>
    </w:p>
    <w:p w14:paraId="6914B32C" w14:textId="77777777" w:rsidR="007854FF" w:rsidRDefault="00000000" w:rsidP="00F92D26">
      <w:r>
        <w:br/>
        <w:t>Event Check-In Verification (Staff Use Only)</w:t>
      </w:r>
    </w:p>
    <w:p w14:paraId="5A2A7BBF" w14:textId="77777777" w:rsidR="007854FF" w:rsidRDefault="00000000" w:rsidP="00F92D26">
      <w:r>
        <w:t>☐ Signed waiver received prior to ride start</w:t>
      </w:r>
    </w:p>
    <w:p w14:paraId="2ADA2348" w14:textId="77777777" w:rsidR="007854FF" w:rsidRDefault="00000000" w:rsidP="00F92D26">
      <w:r>
        <w:t>☐ Scorecard issued</w:t>
      </w:r>
    </w:p>
    <w:p w14:paraId="0D885348" w14:textId="77777777" w:rsidR="007854FF" w:rsidRDefault="00000000" w:rsidP="00F92D26">
      <w:r>
        <w:t>Scorecard #: _____________________   Staff Initials: _____________________</w:t>
      </w:r>
    </w:p>
    <w:sectPr w:rsidR="007854FF" w:rsidSect="00034616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47855736">
    <w:abstractNumId w:val="8"/>
  </w:num>
  <w:num w:numId="2" w16cid:durableId="777912574">
    <w:abstractNumId w:val="6"/>
  </w:num>
  <w:num w:numId="3" w16cid:durableId="637151325">
    <w:abstractNumId w:val="5"/>
  </w:num>
  <w:num w:numId="4" w16cid:durableId="162091367">
    <w:abstractNumId w:val="4"/>
  </w:num>
  <w:num w:numId="5" w16cid:durableId="578827436">
    <w:abstractNumId w:val="7"/>
  </w:num>
  <w:num w:numId="6" w16cid:durableId="1267231474">
    <w:abstractNumId w:val="3"/>
  </w:num>
  <w:num w:numId="7" w16cid:durableId="1967003431">
    <w:abstractNumId w:val="2"/>
  </w:num>
  <w:num w:numId="8" w16cid:durableId="1721202472">
    <w:abstractNumId w:val="1"/>
  </w:num>
  <w:num w:numId="9" w16cid:durableId="87963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51EE8"/>
    <w:rsid w:val="0029639D"/>
    <w:rsid w:val="00326F90"/>
    <w:rsid w:val="0045752F"/>
    <w:rsid w:val="007854FF"/>
    <w:rsid w:val="00AA1D8D"/>
    <w:rsid w:val="00AC444E"/>
    <w:rsid w:val="00AD2854"/>
    <w:rsid w:val="00B47730"/>
    <w:rsid w:val="00CB0664"/>
    <w:rsid w:val="00F92D2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C8AE0"/>
  <w14:defaultImageDpi w14:val="300"/>
  <w15:docId w15:val="{09564CDB-0F2F-0F49-9CAB-AEF2539F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Tessa Crist</cp:lastModifiedBy>
  <cp:revision>2</cp:revision>
  <cp:lastPrinted>2026-04-16T15:32:00Z</cp:lastPrinted>
  <dcterms:created xsi:type="dcterms:W3CDTF">2026-04-29T16:58:00Z</dcterms:created>
  <dcterms:modified xsi:type="dcterms:W3CDTF">2026-04-29T16:58:00Z</dcterms:modified>
  <cp:category/>
</cp:coreProperties>
</file>