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D17D0" w14:textId="77777777" w:rsidR="002E099C" w:rsidRDefault="002E099C"/>
    <w:p w14:paraId="10646B46" w14:textId="22F3C79A" w:rsidR="00EE4EB8" w:rsidRDefault="00000000">
      <w:r>
        <w:t>Child’s Name: _______</w:t>
      </w:r>
      <w:r w:rsidR="00250CEF">
        <w:t>_____________________________</w:t>
      </w:r>
      <w:r>
        <w:t>__________________</w:t>
      </w:r>
      <w:r w:rsidR="00A40503">
        <w:t>_</w:t>
      </w:r>
      <w:r>
        <w:t>_   D.O.B: ______________</w:t>
      </w:r>
    </w:p>
    <w:p w14:paraId="3B53A04A" w14:textId="30A3AEE8" w:rsidR="00EE4EB8" w:rsidRDefault="00000000">
      <w:r>
        <w:t>Parent/Guardian: ___________________</w:t>
      </w:r>
      <w:r w:rsidR="00250CEF">
        <w:t>_____________________________________________________</w:t>
      </w:r>
      <w:r>
        <w:t>___</w:t>
      </w:r>
    </w:p>
    <w:p w14:paraId="3112A897" w14:textId="28D1FBF9" w:rsidR="00EE4EB8" w:rsidRDefault="00000000">
      <w:r>
        <w:t>Address: __________________________________</w:t>
      </w:r>
      <w:r w:rsidR="00250CEF">
        <w:t>________________________</w:t>
      </w:r>
      <w:r>
        <w:t xml:space="preserve">________   </w:t>
      </w:r>
      <w:r w:rsidR="00250CEF">
        <w:t xml:space="preserve">Zip </w:t>
      </w:r>
      <w:r>
        <w:t>code: _______</w:t>
      </w:r>
    </w:p>
    <w:p w14:paraId="00DE9832" w14:textId="15FD079B" w:rsidR="00EE4EB8" w:rsidRDefault="00250CEF">
      <w:r>
        <w:t>Phone number: _________________________ Email: _____________________________________________</w:t>
      </w:r>
    </w:p>
    <w:p w14:paraId="0036C738" w14:textId="77777777" w:rsidR="00A40503" w:rsidRDefault="00A40503"/>
    <w:p w14:paraId="51EA6724" w14:textId="0E1997B4" w:rsidR="00EE4EB8" w:rsidRPr="00A40503" w:rsidRDefault="00000000" w:rsidP="00250CEF">
      <w:pPr>
        <w:jc w:val="center"/>
        <w:rPr>
          <w:b/>
          <w:bCs/>
          <w:color w:val="1E533A"/>
          <w:u w:val="single"/>
        </w:rPr>
      </w:pPr>
      <w:r w:rsidRPr="00A40503">
        <w:rPr>
          <w:b/>
          <w:bCs/>
          <w:color w:val="1E533A"/>
          <w:u w:val="single"/>
        </w:rPr>
        <w:t>CHILD’S BIRTH HISTORY</w:t>
      </w:r>
    </w:p>
    <w:p w14:paraId="3476831C" w14:textId="69F618A7" w:rsidR="00250CEF" w:rsidRDefault="00250CEF" w:rsidP="00250CEF">
      <w:r w:rsidRPr="0000761A">
        <w:rPr>
          <w:u w:val="single"/>
        </w:rPr>
        <w:t>Please circle Yes/No where applicable:</w:t>
      </w:r>
      <w:r>
        <w:tab/>
      </w:r>
      <w:r>
        <w:tab/>
      </w:r>
      <w:r w:rsidR="00EA02C5">
        <w:tab/>
        <w:t xml:space="preserve">          </w:t>
      </w:r>
      <w:r>
        <w:t>Comments</w:t>
      </w:r>
    </w:p>
    <w:p w14:paraId="2883C38B" w14:textId="7C537EAE" w:rsidR="00EE4EB8" w:rsidRDefault="00000000">
      <w:r>
        <w:t>Chemically induced?                        Yes / No</w:t>
      </w:r>
      <w:r w:rsidR="00250CEF">
        <w:t xml:space="preserve">  </w:t>
      </w:r>
      <w:r w:rsidR="00250CEF">
        <w:tab/>
      </w:r>
      <w:r w:rsidR="00250CEF">
        <w:tab/>
        <w:t xml:space="preserve"> ______________________________________</w:t>
      </w:r>
    </w:p>
    <w:p w14:paraId="61F181D0" w14:textId="24FF4029" w:rsidR="00EE4EB8" w:rsidRDefault="00000000">
      <w:r>
        <w:t xml:space="preserve">C-Section?                            </w:t>
      </w:r>
      <w:r w:rsidR="00250CEF">
        <w:tab/>
      </w:r>
      <w:r>
        <w:t xml:space="preserve">    Yes / No</w:t>
      </w:r>
      <w:r w:rsidR="00250CEF">
        <w:t>.</w:t>
      </w:r>
      <w:r w:rsidR="00250CEF">
        <w:tab/>
      </w:r>
      <w:r w:rsidR="00250CEF">
        <w:tab/>
        <w:t xml:space="preserve"> ______________________________________</w:t>
      </w:r>
    </w:p>
    <w:p w14:paraId="76234A88" w14:textId="0750194B" w:rsidR="00EE4EB8" w:rsidRDefault="00000000">
      <w:r>
        <w:t xml:space="preserve">Forceps used?                          </w:t>
      </w:r>
      <w:r w:rsidR="00250CEF">
        <w:tab/>
      </w:r>
      <w:r>
        <w:t xml:space="preserve">    Yes / No</w:t>
      </w:r>
      <w:r w:rsidR="00250CEF">
        <w:t xml:space="preserve">  </w:t>
      </w:r>
      <w:r w:rsidR="00250CEF">
        <w:tab/>
      </w:r>
      <w:r w:rsidR="00250CEF">
        <w:tab/>
        <w:t>______________________________________</w:t>
      </w:r>
    </w:p>
    <w:p w14:paraId="42EF4CC0" w14:textId="50856511" w:rsidR="00EE4EB8" w:rsidRDefault="00000000" w:rsidP="00250CEF">
      <w:pPr>
        <w:jc w:val="center"/>
      </w:pPr>
      <w:r>
        <w:t>-</w:t>
      </w:r>
    </w:p>
    <w:p w14:paraId="5E1AF644" w14:textId="4B666851" w:rsidR="00250CEF" w:rsidRPr="00A40503" w:rsidRDefault="00000000" w:rsidP="00A40503">
      <w:pPr>
        <w:jc w:val="center"/>
        <w:rPr>
          <w:b/>
          <w:bCs/>
          <w:color w:val="1E533A"/>
          <w:u w:val="single"/>
        </w:rPr>
      </w:pPr>
      <w:r w:rsidRPr="00A40503">
        <w:rPr>
          <w:b/>
          <w:bCs/>
          <w:color w:val="1E533A"/>
          <w:u w:val="single"/>
        </w:rPr>
        <w:t>SYMPTOMS IN LAST 6 MONTHS (</w:t>
      </w:r>
      <w:r w:rsidR="00250CEF" w:rsidRPr="00A40503">
        <w:rPr>
          <w:b/>
          <w:bCs/>
          <w:color w:val="1E533A"/>
          <w:u w:val="single"/>
        </w:rPr>
        <w:t>Check all they apply</w:t>
      </w:r>
      <w:r w:rsidRPr="00A40503">
        <w:rPr>
          <w:b/>
          <w:bCs/>
          <w:color w:val="1E533A"/>
          <w:u w:val="single"/>
        </w:rPr>
        <w:t>)</w:t>
      </w:r>
    </w:p>
    <w:p w14:paraId="699F477E" w14:textId="62AFA49F" w:rsidR="00250CEF" w:rsidRPr="00250CEF" w:rsidRDefault="00250CEF" w:rsidP="00250CEF">
      <w:r w:rsidRPr="00250CEF">
        <w:t>Lower back pain</w:t>
      </w:r>
      <w:r>
        <w:t xml:space="preserve">_______ </w:t>
      </w:r>
      <w:r>
        <w:tab/>
      </w:r>
      <w:r>
        <w:tab/>
      </w:r>
      <w:r w:rsidRPr="00250CEF">
        <w:t>Digestive troubles</w:t>
      </w:r>
      <w:r>
        <w:t>_______</w:t>
      </w:r>
    </w:p>
    <w:p w14:paraId="2AA4BE2C" w14:textId="4A34F788" w:rsidR="00250CEF" w:rsidRPr="00250CEF" w:rsidRDefault="00250CEF" w:rsidP="00250CEF">
      <w:r w:rsidRPr="00250CEF">
        <w:t>Headaches</w:t>
      </w:r>
      <w:r>
        <w:t>_______</w:t>
      </w:r>
      <w:r w:rsidR="00EA02C5">
        <w:t xml:space="preserve"> </w:t>
      </w:r>
      <w:r w:rsidR="00EA02C5">
        <w:tab/>
      </w:r>
      <w:r w:rsidR="00EA02C5">
        <w:tab/>
      </w:r>
      <w:r w:rsidR="00EA02C5">
        <w:tab/>
      </w:r>
      <w:r w:rsidRPr="00250CEF">
        <w:t>Sleeping disorders</w:t>
      </w:r>
      <w:r>
        <w:t>_______</w:t>
      </w:r>
    </w:p>
    <w:p w14:paraId="310C320D" w14:textId="22F37430" w:rsidR="00250CEF" w:rsidRPr="00250CEF" w:rsidRDefault="00250CEF" w:rsidP="00250CEF">
      <w:r w:rsidRPr="00250CEF">
        <w:t>E</w:t>
      </w:r>
      <w:r>
        <w:t>a</w:t>
      </w:r>
      <w:r w:rsidRPr="00250CEF">
        <w:t>r/throat infections</w:t>
      </w:r>
      <w:r>
        <w:t>_______</w:t>
      </w:r>
      <w:r w:rsidR="00EA02C5">
        <w:tab/>
      </w:r>
      <w:r w:rsidR="00EA02C5">
        <w:tab/>
      </w:r>
      <w:r w:rsidRPr="00250CEF">
        <w:t>Fatigue</w:t>
      </w:r>
      <w:r>
        <w:t>_______</w:t>
      </w:r>
    </w:p>
    <w:p w14:paraId="70D5202D" w14:textId="6FF3CE53" w:rsidR="00250CEF" w:rsidRPr="00250CEF" w:rsidRDefault="00250CEF" w:rsidP="00250CEF">
      <w:r w:rsidRPr="00250CEF">
        <w:t>Hyperactivity</w:t>
      </w:r>
      <w:r>
        <w:t>_______</w:t>
      </w:r>
      <w:r w:rsidR="00EA02C5">
        <w:tab/>
      </w:r>
      <w:r w:rsidR="00EA02C5">
        <w:tab/>
      </w:r>
      <w:r w:rsidR="00EA02C5">
        <w:tab/>
      </w:r>
      <w:r w:rsidRPr="00250CEF">
        <w:t>Meningitis</w:t>
      </w:r>
      <w:r>
        <w:t>_______</w:t>
      </w:r>
    </w:p>
    <w:p w14:paraId="2C0E4049" w14:textId="2BC79BE3" w:rsidR="00250CEF" w:rsidRPr="00250CEF" w:rsidRDefault="00250CEF" w:rsidP="00250CEF">
      <w:r w:rsidRPr="00250CEF">
        <w:t>Constipation</w:t>
      </w:r>
      <w:r>
        <w:t>_______</w:t>
      </w:r>
      <w:r w:rsidR="00EA02C5">
        <w:tab/>
      </w:r>
      <w:r w:rsidR="00EA02C5">
        <w:tab/>
      </w:r>
      <w:r w:rsidR="00EA02C5">
        <w:tab/>
      </w:r>
      <w:r w:rsidRPr="00250CEF">
        <w:t>Rashes</w:t>
      </w:r>
      <w:r>
        <w:t>_______</w:t>
      </w:r>
    </w:p>
    <w:p w14:paraId="45485801" w14:textId="4FDF362A" w:rsidR="00250CEF" w:rsidRPr="00250CEF" w:rsidRDefault="00250CEF" w:rsidP="00250CEF">
      <w:r w:rsidRPr="00250CEF">
        <w:t>Milk or lactose intolerance</w:t>
      </w:r>
      <w:r>
        <w:t>_______</w:t>
      </w:r>
      <w:r w:rsidR="00EA02C5">
        <w:tab/>
      </w:r>
      <w:r w:rsidRPr="00250CEF">
        <w:t>N</w:t>
      </w:r>
      <w:r w:rsidR="00EA02C5" w:rsidRPr="00250CEF">
        <w:t>eck pain</w:t>
      </w:r>
      <w:r w:rsidR="00EA02C5">
        <w:t>_______</w:t>
      </w:r>
    </w:p>
    <w:p w14:paraId="53537768" w14:textId="757701E3" w:rsidR="00250CEF" w:rsidRPr="00250CEF" w:rsidRDefault="00250CEF" w:rsidP="00250CEF">
      <w:r w:rsidRPr="00250CEF">
        <w:t>A</w:t>
      </w:r>
      <w:r w:rsidR="00EA02C5" w:rsidRPr="00250CEF">
        <w:t>sthma/allergies</w:t>
      </w:r>
      <w:r w:rsidR="00EA02C5">
        <w:t>_______</w:t>
      </w:r>
      <w:r w:rsidR="00EA02C5">
        <w:tab/>
      </w:r>
      <w:r w:rsidR="00EA02C5">
        <w:tab/>
      </w:r>
      <w:r w:rsidRPr="00250CEF">
        <w:t>L</w:t>
      </w:r>
      <w:r w:rsidR="00EA02C5" w:rsidRPr="00250CEF">
        <w:t>oss of hearing</w:t>
      </w:r>
      <w:r w:rsidR="00EA02C5">
        <w:t>_______</w:t>
      </w:r>
    </w:p>
    <w:p w14:paraId="035BD029" w14:textId="66D171D0" w:rsidR="00250CEF" w:rsidRPr="00250CEF" w:rsidRDefault="00250CEF" w:rsidP="00250CEF">
      <w:r w:rsidRPr="00250CEF">
        <w:t>C</w:t>
      </w:r>
      <w:r w:rsidR="00EA02C5" w:rsidRPr="00250CEF">
        <w:t>old/flu</w:t>
      </w:r>
      <w:r w:rsidR="00EA02C5">
        <w:t>_______</w:t>
      </w:r>
      <w:r w:rsidR="00EA02C5">
        <w:tab/>
      </w:r>
      <w:r w:rsidR="00EA02C5">
        <w:tab/>
      </w:r>
      <w:r w:rsidR="00EA02C5">
        <w:tab/>
      </w:r>
      <w:r w:rsidR="00EA02C5">
        <w:tab/>
      </w:r>
      <w:r w:rsidRPr="00250CEF">
        <w:t>B</w:t>
      </w:r>
      <w:r w:rsidR="00EA02C5" w:rsidRPr="00250CEF">
        <w:t>reathing problems</w:t>
      </w:r>
      <w:r w:rsidR="00EA02C5">
        <w:t>_______</w:t>
      </w:r>
    </w:p>
    <w:p w14:paraId="56AA2D34" w14:textId="1F2F01F5" w:rsidR="00250CEF" w:rsidRPr="00250CEF" w:rsidRDefault="00250CEF" w:rsidP="00250CEF">
      <w:r w:rsidRPr="00250CEF">
        <w:t>I</w:t>
      </w:r>
      <w:r w:rsidR="00EA02C5" w:rsidRPr="00250CEF">
        <w:t>rritability</w:t>
      </w:r>
      <w:r w:rsidR="00EA02C5">
        <w:t>_______</w:t>
      </w:r>
      <w:r w:rsidR="00EA02C5">
        <w:tab/>
      </w:r>
      <w:r w:rsidR="00EA02C5">
        <w:tab/>
      </w:r>
      <w:r w:rsidR="00EA02C5">
        <w:tab/>
      </w:r>
      <w:r w:rsidRPr="00250CEF">
        <w:t>B</w:t>
      </w:r>
      <w:r w:rsidR="00EA02C5" w:rsidRPr="00250CEF">
        <w:t>loody noses</w:t>
      </w:r>
      <w:r w:rsidR="00EA02C5">
        <w:t>_______</w:t>
      </w:r>
    </w:p>
    <w:p w14:paraId="4477B95D" w14:textId="55739B26" w:rsidR="00250CEF" w:rsidRPr="00250CEF" w:rsidRDefault="00250CEF" w:rsidP="00250CEF">
      <w:r w:rsidRPr="00250CEF">
        <w:t>D</w:t>
      </w:r>
      <w:r w:rsidR="00EA02C5" w:rsidRPr="00250CEF">
        <w:t>iarrhea</w:t>
      </w:r>
      <w:r w:rsidR="00EA02C5">
        <w:t>_______</w:t>
      </w:r>
      <w:r w:rsidR="00EA02C5">
        <w:tab/>
      </w:r>
      <w:r w:rsidR="00EA02C5">
        <w:tab/>
      </w:r>
      <w:r w:rsidR="00EA02C5">
        <w:tab/>
      </w:r>
      <w:r w:rsidR="00EA02C5">
        <w:tab/>
      </w:r>
      <w:r w:rsidRPr="00250CEF">
        <w:t>B</w:t>
      </w:r>
      <w:r w:rsidR="00EA02C5" w:rsidRPr="00250CEF">
        <w:t>ed wetting</w:t>
      </w:r>
      <w:r w:rsidR="00EA02C5">
        <w:t>_______</w:t>
      </w:r>
    </w:p>
    <w:p w14:paraId="106956E4" w14:textId="1B2C4AD6" w:rsidR="00EE4EB8" w:rsidRDefault="00250CEF">
      <w:r w:rsidRPr="00250CEF">
        <w:t>C</w:t>
      </w:r>
      <w:r w:rsidR="00EA02C5" w:rsidRPr="00250CEF">
        <w:t>olic/reflux</w:t>
      </w:r>
      <w:r w:rsidR="00EA02C5">
        <w:t>_______</w:t>
      </w:r>
      <w:r w:rsidR="00EA02C5">
        <w:tab/>
      </w:r>
      <w:r w:rsidR="00EA02C5">
        <w:tab/>
      </w:r>
      <w:r w:rsidR="00EA02C5">
        <w:tab/>
      </w:r>
      <w:r w:rsidRPr="00250CEF">
        <w:t>S</w:t>
      </w:r>
      <w:r w:rsidR="00EA02C5" w:rsidRPr="00250CEF">
        <w:t>inus problems</w:t>
      </w:r>
      <w:r w:rsidR="00EA02C5">
        <w:t>_______</w:t>
      </w:r>
    </w:p>
    <w:p w14:paraId="2EAA223B" w14:textId="77777777" w:rsidR="00A40503" w:rsidRDefault="00A40503" w:rsidP="00EA02C5">
      <w:pPr>
        <w:jc w:val="center"/>
        <w:rPr>
          <w:b/>
          <w:bCs/>
          <w:color w:val="1E533A"/>
          <w:u w:val="single"/>
        </w:rPr>
      </w:pPr>
    </w:p>
    <w:p w14:paraId="469CD1B9" w14:textId="77777777" w:rsidR="00A40503" w:rsidRDefault="00A40503" w:rsidP="00EA02C5">
      <w:pPr>
        <w:jc w:val="center"/>
        <w:rPr>
          <w:b/>
          <w:bCs/>
          <w:color w:val="1E533A"/>
          <w:u w:val="single"/>
        </w:rPr>
      </w:pPr>
    </w:p>
    <w:p w14:paraId="13C5BD24" w14:textId="77777777" w:rsidR="002E099C" w:rsidRDefault="002E099C" w:rsidP="00EA02C5">
      <w:pPr>
        <w:jc w:val="center"/>
        <w:rPr>
          <w:b/>
          <w:bCs/>
          <w:color w:val="1E533A"/>
          <w:u w:val="single"/>
        </w:rPr>
      </w:pPr>
    </w:p>
    <w:p w14:paraId="256B5DA2" w14:textId="77777777" w:rsidR="002E099C" w:rsidRDefault="002E099C" w:rsidP="00EA02C5">
      <w:pPr>
        <w:jc w:val="center"/>
        <w:rPr>
          <w:b/>
          <w:bCs/>
          <w:color w:val="1E533A"/>
          <w:u w:val="single"/>
        </w:rPr>
      </w:pPr>
    </w:p>
    <w:p w14:paraId="25055E4B" w14:textId="77777777" w:rsidR="00A40503" w:rsidRDefault="00A40503" w:rsidP="00EA02C5">
      <w:pPr>
        <w:jc w:val="center"/>
        <w:rPr>
          <w:b/>
          <w:bCs/>
          <w:color w:val="1E533A"/>
          <w:u w:val="single"/>
        </w:rPr>
      </w:pPr>
    </w:p>
    <w:p w14:paraId="5A13E1E3" w14:textId="09267FE6" w:rsidR="00EE4EB8" w:rsidRPr="00A40503" w:rsidRDefault="00000000" w:rsidP="00EA02C5">
      <w:pPr>
        <w:jc w:val="center"/>
        <w:rPr>
          <w:b/>
          <w:bCs/>
          <w:color w:val="1E533A"/>
          <w:u w:val="single"/>
        </w:rPr>
      </w:pPr>
      <w:r w:rsidRPr="00A40503">
        <w:rPr>
          <w:b/>
          <w:bCs/>
          <w:color w:val="1E533A"/>
          <w:u w:val="single"/>
        </w:rPr>
        <w:t>CURRENT HEALTH</w:t>
      </w:r>
    </w:p>
    <w:p w14:paraId="04C01AA4" w14:textId="7266D40F" w:rsidR="00EA02C5" w:rsidRDefault="00EA02C5" w:rsidP="00EA02C5">
      <w:r w:rsidRPr="0000761A">
        <w:rPr>
          <w:u w:val="single"/>
        </w:rPr>
        <w:t>Please circle Yes/No where applicable:</w:t>
      </w:r>
      <w:r>
        <w:tab/>
      </w:r>
      <w:r>
        <w:tab/>
      </w:r>
      <w:r>
        <w:tab/>
      </w:r>
      <w:r>
        <w:tab/>
        <w:t xml:space="preserve">  Comments</w:t>
      </w:r>
    </w:p>
    <w:p w14:paraId="47CDAEA3" w14:textId="2B78DC44" w:rsidR="00EE4EB8" w:rsidRDefault="00000000">
      <w:r>
        <w:t>Accident prone?</w:t>
      </w:r>
      <w:r w:rsidR="00EA02C5">
        <w:tab/>
      </w:r>
      <w:r w:rsidR="00EA02C5">
        <w:tab/>
      </w:r>
      <w:r>
        <w:t>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38B16FA4" w14:textId="6AFD96E1" w:rsidR="00EE4EB8" w:rsidRDefault="00000000">
      <w:r>
        <w:t xml:space="preserve">Falls </w:t>
      </w:r>
      <w:proofErr w:type="gramStart"/>
      <w:r>
        <w:t>down stairs</w:t>
      </w:r>
      <w:proofErr w:type="gramEnd"/>
      <w:r>
        <w:t>?</w:t>
      </w:r>
      <w:r w:rsidR="00EA02C5">
        <w:tab/>
      </w:r>
      <w:r w:rsidR="00EA02C5">
        <w:tab/>
      </w:r>
      <w:r>
        <w:t>Yes / No</w:t>
      </w:r>
      <w:r w:rsidR="00EA02C5">
        <w:tab/>
      </w:r>
      <w:r w:rsidR="00EA02C5">
        <w:tab/>
        <w:t>____________________________________________</w:t>
      </w:r>
    </w:p>
    <w:p w14:paraId="0A14CAE9" w14:textId="2B70AC64" w:rsidR="00EE4EB8" w:rsidRDefault="00000000">
      <w:r>
        <w:t xml:space="preserve">Falls from </w:t>
      </w:r>
      <w:proofErr w:type="gramStart"/>
      <w:r>
        <w:t>height?</w:t>
      </w:r>
      <w:proofErr w:type="gramEnd"/>
      <w:r w:rsidR="00EA02C5">
        <w:tab/>
      </w:r>
      <w:r w:rsidR="00EA02C5">
        <w:tab/>
      </w:r>
      <w:r>
        <w:t>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5AB90870" w14:textId="315370BB" w:rsidR="00EE4EB8" w:rsidRDefault="00000000">
      <w:r>
        <w:t>Motor vehicle accident?</w:t>
      </w:r>
      <w:r w:rsidR="00EA02C5">
        <w:tab/>
      </w:r>
      <w:r>
        <w:t>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07858895" w14:textId="0BEFFE87" w:rsidR="00EE4EB8" w:rsidRDefault="00000000">
      <w:r>
        <w:t xml:space="preserve">Hospitalised or surgery?           </w:t>
      </w:r>
      <w:r w:rsidR="00EA02C5">
        <w:t xml:space="preserve"> </w:t>
      </w:r>
      <w:r>
        <w:t>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28D57214" w14:textId="694B84E4" w:rsidR="00EE4EB8" w:rsidRDefault="00000000">
      <w:r>
        <w:t>Broken bones or sprains?          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1F863AB7" w14:textId="62D2F8C7" w:rsidR="00EE4EB8" w:rsidRDefault="00000000">
      <w:r>
        <w:t xml:space="preserve">Medication?                              </w:t>
      </w:r>
      <w:r w:rsidR="00EA02C5">
        <w:tab/>
      </w:r>
      <w:r>
        <w:t>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7B8742F6" w14:textId="316C6BCA" w:rsidR="00EE4EB8" w:rsidRDefault="00000000">
      <w:r>
        <w:t>Scoliosis screening?                     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0F20D852" w14:textId="0D8FCCDC" w:rsidR="00EE4EB8" w:rsidRDefault="00000000">
      <w:r>
        <w:t>Learning disorder?                       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7A178C7D" w14:textId="43CF5A4A" w:rsidR="00EE4EB8" w:rsidRDefault="00000000">
      <w:r>
        <w:t xml:space="preserve">Poor posture?                           </w:t>
      </w:r>
      <w:r w:rsidR="00EA02C5">
        <w:tab/>
      </w:r>
      <w:r>
        <w:t>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5ED30D5E" w14:textId="125D5F4E" w:rsidR="00EE4EB8" w:rsidRDefault="00000000">
      <w:r>
        <w:t>Nervous behaviour?                     Yes / No</w:t>
      </w:r>
      <w:r w:rsidR="00EA02C5">
        <w:t xml:space="preserve"> </w:t>
      </w:r>
      <w:r w:rsidR="00EA02C5">
        <w:tab/>
      </w:r>
      <w:r w:rsidR="00EA02C5">
        <w:tab/>
        <w:t xml:space="preserve"> ___________________________________________</w:t>
      </w:r>
    </w:p>
    <w:p w14:paraId="4F5EA78B" w14:textId="44AB268A" w:rsidR="00A40503" w:rsidRDefault="00A40503" w:rsidP="00A40503">
      <w:r>
        <w:t xml:space="preserve">Has your child had spinal care before?      Yes / No  </w:t>
      </w:r>
      <w:r>
        <w:tab/>
        <w:t>____________________________________________</w:t>
      </w:r>
    </w:p>
    <w:p w14:paraId="7D4E5A3B" w14:textId="77777777" w:rsidR="00A40503" w:rsidRDefault="00A40503" w:rsidP="00A40503">
      <w:r>
        <w:t>If yes, for what condition? ___________________________________________________________________</w:t>
      </w:r>
    </w:p>
    <w:p w14:paraId="2B427B6E" w14:textId="7CEE1F82" w:rsidR="00A40503" w:rsidRDefault="00A40503">
      <w:r>
        <w:t>Were X-rays taken?                          Yes / No</w:t>
      </w:r>
    </w:p>
    <w:p w14:paraId="3184E3D9" w14:textId="59FF1E83" w:rsidR="00EE4EB8" w:rsidRDefault="00000000">
      <w:r>
        <w:t>If you could improve one aspect of your child’s health or behaviour, what would it be?</w:t>
      </w:r>
    </w:p>
    <w:p w14:paraId="5225BC0B" w14:textId="39FF3CF3" w:rsidR="00EE4EB8" w:rsidRDefault="00000000">
      <w:r>
        <w:t>_________________________________________</w:t>
      </w:r>
      <w:r w:rsidR="00EA02C5">
        <w:t>_____________________________________________</w:t>
      </w:r>
      <w:r>
        <w:t>___________________</w:t>
      </w:r>
    </w:p>
    <w:p w14:paraId="0CABE564" w14:textId="5CA94A6C" w:rsidR="00EE4EB8" w:rsidRDefault="00000000">
      <w:r>
        <w:t>__________________________________</w:t>
      </w:r>
      <w:r w:rsidR="00EA02C5">
        <w:t>_____________________________________________</w:t>
      </w:r>
      <w:r>
        <w:t>__________________________</w:t>
      </w:r>
    </w:p>
    <w:p w14:paraId="398BD651" w14:textId="727C9011" w:rsidR="00EE4EB8" w:rsidRDefault="00000000">
      <w:r>
        <w:t>__________________</w:t>
      </w:r>
      <w:r w:rsidR="00EA02C5">
        <w:t>_____________________________________________</w:t>
      </w:r>
      <w:r>
        <w:t>__________________________________________</w:t>
      </w:r>
    </w:p>
    <w:p w14:paraId="44A9A29D" w14:textId="77777777" w:rsidR="00EE4EB8" w:rsidRDefault="00EE4EB8"/>
    <w:p w14:paraId="3AD03BEC" w14:textId="315E2922" w:rsidR="00EE4EB8" w:rsidRDefault="00000000">
      <w:r>
        <w:t>Parent / Guardian Signature: __________</w:t>
      </w:r>
      <w:r w:rsidR="00EA02C5">
        <w:t>____________________</w:t>
      </w:r>
      <w:r>
        <w:t>________________   Date: ____</w:t>
      </w:r>
      <w:r w:rsidR="00EA02C5">
        <w:t>_______</w:t>
      </w:r>
      <w:r>
        <w:t>______</w:t>
      </w:r>
    </w:p>
    <w:p w14:paraId="7DCD7769" w14:textId="77777777" w:rsidR="002E099C" w:rsidRDefault="002E099C" w:rsidP="002E099C">
      <w:pPr>
        <w:spacing w:after="0"/>
        <w:rPr>
          <w:color w:val="1E533A"/>
        </w:rPr>
      </w:pPr>
    </w:p>
    <w:p w14:paraId="783867BB" w14:textId="77777777" w:rsidR="002E099C" w:rsidRDefault="002E099C" w:rsidP="002E099C">
      <w:pPr>
        <w:spacing w:after="0"/>
        <w:jc w:val="center"/>
        <w:rPr>
          <w:color w:val="1E533A"/>
        </w:rPr>
      </w:pPr>
    </w:p>
    <w:p w14:paraId="7167BAED" w14:textId="77777777" w:rsidR="002E099C" w:rsidRPr="00FB6230" w:rsidRDefault="002E099C" w:rsidP="002E099C">
      <w:pPr>
        <w:spacing w:after="0"/>
        <w:jc w:val="center"/>
        <w:rPr>
          <w:color w:val="1E533A"/>
        </w:rPr>
      </w:pPr>
    </w:p>
    <w:p w14:paraId="58BB5554" w14:textId="77777777" w:rsidR="002E099C" w:rsidRPr="00FB6230" w:rsidRDefault="002E099C" w:rsidP="002E099C">
      <w:pPr>
        <w:spacing w:after="0"/>
        <w:jc w:val="center"/>
        <w:rPr>
          <w:b/>
          <w:bCs/>
          <w:color w:val="1E533A"/>
        </w:rPr>
      </w:pPr>
      <w:r w:rsidRPr="00FB6230">
        <w:rPr>
          <w:b/>
          <w:bCs/>
          <w:color w:val="1E533A"/>
        </w:rPr>
        <w:t>Evolve Wellness Community LLC</w:t>
      </w:r>
    </w:p>
    <w:p w14:paraId="25C55268" w14:textId="77777777" w:rsidR="002E099C" w:rsidRDefault="002E099C" w:rsidP="002E099C">
      <w:pPr>
        <w:spacing w:after="0"/>
        <w:jc w:val="center"/>
        <w:rPr>
          <w:b/>
          <w:bCs/>
          <w:color w:val="1E533A"/>
        </w:rPr>
      </w:pPr>
      <w:r w:rsidRPr="00FB6230">
        <w:rPr>
          <w:b/>
          <w:bCs/>
          <w:color w:val="1E533A"/>
        </w:rPr>
        <w:t>3215 E Main St 2nd Floor, Endwell, NY 13760</w:t>
      </w:r>
    </w:p>
    <w:p w14:paraId="1DF71FEC" w14:textId="77777777" w:rsidR="002E099C" w:rsidRPr="00FB6230" w:rsidRDefault="002E099C" w:rsidP="002E099C">
      <w:pPr>
        <w:spacing w:after="0"/>
        <w:jc w:val="center"/>
        <w:rPr>
          <w:b/>
          <w:bCs/>
          <w:color w:val="1E533A"/>
        </w:rPr>
      </w:pPr>
      <w:r>
        <w:rPr>
          <w:b/>
          <w:bCs/>
          <w:color w:val="1E533A"/>
        </w:rPr>
        <w:t>(607) 507-7436 ((607) 50SPINE)</w:t>
      </w:r>
    </w:p>
    <w:p w14:paraId="2C9066CB" w14:textId="77777777" w:rsidR="002E099C" w:rsidRPr="00FB6230" w:rsidRDefault="002E099C" w:rsidP="002E099C">
      <w:pPr>
        <w:spacing w:after="0"/>
        <w:jc w:val="center"/>
        <w:rPr>
          <w:b/>
          <w:bCs/>
          <w:color w:val="1E533A"/>
        </w:rPr>
      </w:pPr>
      <w:r w:rsidRPr="00FB6230">
        <w:rPr>
          <w:b/>
          <w:bCs/>
          <w:color w:val="1E533A"/>
        </w:rPr>
        <w:t>info@evolve</w:t>
      </w:r>
      <w:r>
        <w:rPr>
          <w:b/>
          <w:bCs/>
          <w:color w:val="1E533A"/>
        </w:rPr>
        <w:t>-</w:t>
      </w:r>
      <w:r w:rsidRPr="00FB6230">
        <w:rPr>
          <w:b/>
          <w:bCs/>
          <w:color w:val="1E533A"/>
        </w:rPr>
        <w:t>well.</w:t>
      </w:r>
      <w:r>
        <w:rPr>
          <w:b/>
          <w:bCs/>
          <w:color w:val="1E533A"/>
        </w:rPr>
        <w:t>com</w:t>
      </w:r>
    </w:p>
    <w:p w14:paraId="5DBCEECC" w14:textId="4A8170AD" w:rsidR="00EE4EB8" w:rsidRPr="002E099C" w:rsidRDefault="002E099C" w:rsidP="002E099C">
      <w:pPr>
        <w:spacing w:after="0"/>
        <w:jc w:val="center"/>
        <w:rPr>
          <w:b/>
          <w:bCs/>
          <w:color w:val="1E533A"/>
        </w:rPr>
      </w:pPr>
      <w:r w:rsidRPr="00FB6230">
        <w:rPr>
          <w:b/>
          <w:bCs/>
          <w:color w:val="1E533A"/>
        </w:rPr>
        <w:t>www.evolve</w:t>
      </w:r>
      <w:r>
        <w:rPr>
          <w:b/>
          <w:bCs/>
          <w:color w:val="1E533A"/>
        </w:rPr>
        <w:t>-</w:t>
      </w:r>
      <w:r w:rsidRPr="00FB6230">
        <w:rPr>
          <w:b/>
          <w:bCs/>
          <w:color w:val="1E533A"/>
        </w:rPr>
        <w:t>well.</w:t>
      </w:r>
      <w:r>
        <w:rPr>
          <w:b/>
          <w:bCs/>
          <w:color w:val="1E533A"/>
        </w:rPr>
        <w:t>com</w:t>
      </w:r>
    </w:p>
    <w:sectPr w:rsidR="00EE4EB8" w:rsidRPr="002E099C" w:rsidSect="002E099C">
      <w:headerReference w:type="default" r:id="rId8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4CA70" w14:textId="77777777" w:rsidR="00DB6AD5" w:rsidRDefault="00DB6AD5" w:rsidP="005A32F3">
      <w:pPr>
        <w:spacing w:after="0" w:line="240" w:lineRule="auto"/>
      </w:pPr>
      <w:r>
        <w:separator/>
      </w:r>
    </w:p>
  </w:endnote>
  <w:endnote w:type="continuationSeparator" w:id="0">
    <w:p w14:paraId="6ED017FE" w14:textId="77777777" w:rsidR="00DB6AD5" w:rsidRDefault="00DB6AD5" w:rsidP="005A3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80478" w14:textId="77777777" w:rsidR="00DB6AD5" w:rsidRDefault="00DB6AD5" w:rsidP="005A32F3">
      <w:pPr>
        <w:spacing w:after="0" w:line="240" w:lineRule="auto"/>
      </w:pPr>
      <w:r>
        <w:separator/>
      </w:r>
    </w:p>
  </w:footnote>
  <w:footnote w:type="continuationSeparator" w:id="0">
    <w:p w14:paraId="1B750885" w14:textId="77777777" w:rsidR="00DB6AD5" w:rsidRDefault="00DB6AD5" w:rsidP="005A3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5B01F" w14:textId="70714AD9" w:rsidR="005A32F3" w:rsidRPr="00A40503" w:rsidRDefault="005A32F3" w:rsidP="005A32F3">
    <w:pPr>
      <w:pStyle w:val="Header"/>
      <w:rPr>
        <w:b/>
        <w:bCs/>
        <w:u w:val="single"/>
      </w:rPr>
    </w:pPr>
    <w:r w:rsidRPr="005A32F3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189366B5" wp14:editId="779A2BF4">
          <wp:simplePos x="0" y="0"/>
          <wp:positionH relativeFrom="column">
            <wp:posOffset>-112188</wp:posOffset>
          </wp:positionH>
          <wp:positionV relativeFrom="paragraph">
            <wp:posOffset>-276786</wp:posOffset>
          </wp:positionV>
          <wp:extent cx="669290" cy="637540"/>
          <wp:effectExtent l="0" t="0" r="3810" b="0"/>
          <wp:wrapTight wrapText="bothSides">
            <wp:wrapPolygon edited="0">
              <wp:start x="0" y="0"/>
              <wp:lineTo x="0" y="21084"/>
              <wp:lineTo x="21313" y="21084"/>
              <wp:lineTo x="21313" y="0"/>
              <wp:lineTo x="0" y="0"/>
            </wp:wrapPolygon>
          </wp:wrapTight>
          <wp:docPr id="2039271809" name="Picture 1" descr="A green heart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465376" name="Picture 1" descr="A green heart with text&#10;&#10;AI-generated content may be incorrect."/>
                  <pic:cNvPicPr/>
                </pic:nvPicPr>
                <pic:blipFill rotWithShape="1">
                  <a:blip r:embed="rId1"/>
                  <a:srcRect l="12926" t="14101" r="13048" b="15394"/>
                  <a:stretch/>
                </pic:blipFill>
                <pic:spPr bwMode="auto">
                  <a:xfrm>
                    <a:off x="0" y="0"/>
                    <a:ext cx="669290" cy="637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            </w:t>
    </w:r>
    <w:r w:rsidRPr="00A40503">
      <w:rPr>
        <w:b/>
        <w:bCs/>
        <w:color w:val="1E533A"/>
        <w:u w:val="single"/>
      </w:rPr>
      <w:t>KIDS HEALTH QUESTIONNAIRE</w:t>
    </w:r>
  </w:p>
  <w:p w14:paraId="3DD22D18" w14:textId="2703F28F" w:rsidR="005A32F3" w:rsidRDefault="005A3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8296176">
    <w:abstractNumId w:val="8"/>
  </w:num>
  <w:num w:numId="2" w16cid:durableId="1452551729">
    <w:abstractNumId w:val="6"/>
  </w:num>
  <w:num w:numId="3" w16cid:durableId="1924337748">
    <w:abstractNumId w:val="5"/>
  </w:num>
  <w:num w:numId="4" w16cid:durableId="2120297277">
    <w:abstractNumId w:val="4"/>
  </w:num>
  <w:num w:numId="5" w16cid:durableId="836387263">
    <w:abstractNumId w:val="7"/>
  </w:num>
  <w:num w:numId="6" w16cid:durableId="2139762951">
    <w:abstractNumId w:val="3"/>
  </w:num>
  <w:num w:numId="7" w16cid:durableId="1112047502">
    <w:abstractNumId w:val="2"/>
  </w:num>
  <w:num w:numId="8" w16cid:durableId="1443915945">
    <w:abstractNumId w:val="1"/>
  </w:num>
  <w:num w:numId="9" w16cid:durableId="203634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761A"/>
    <w:rsid w:val="00034616"/>
    <w:rsid w:val="0006063C"/>
    <w:rsid w:val="000721A0"/>
    <w:rsid w:val="00142AEA"/>
    <w:rsid w:val="0015074B"/>
    <w:rsid w:val="001D3BF8"/>
    <w:rsid w:val="00250CEF"/>
    <w:rsid w:val="0029639D"/>
    <w:rsid w:val="002E099C"/>
    <w:rsid w:val="00326F90"/>
    <w:rsid w:val="00430812"/>
    <w:rsid w:val="005A32F3"/>
    <w:rsid w:val="008535BD"/>
    <w:rsid w:val="008C3BCA"/>
    <w:rsid w:val="00A40503"/>
    <w:rsid w:val="00AA1D8D"/>
    <w:rsid w:val="00AA7D09"/>
    <w:rsid w:val="00B47730"/>
    <w:rsid w:val="00BA4BAB"/>
    <w:rsid w:val="00C6518F"/>
    <w:rsid w:val="00CB0664"/>
    <w:rsid w:val="00D56290"/>
    <w:rsid w:val="00DB6AD5"/>
    <w:rsid w:val="00EA02C5"/>
    <w:rsid w:val="00EE4EB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637E2E"/>
  <w14:defaultImageDpi w14:val="300"/>
  <w15:docId w15:val="{6D31E02A-47E9-4344-ACB4-AAD8C73D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p1">
    <w:name w:val="p1"/>
    <w:basedOn w:val="Normal"/>
    <w:rsid w:val="00142AEA"/>
    <w:pPr>
      <w:spacing w:after="0" w:line="240" w:lineRule="auto"/>
    </w:pPr>
    <w:rPr>
      <w:rFonts w:ascii="Helvetica" w:eastAsia="Times New Roman" w:hAnsi="Helvetica" w:cs="Times New Roman"/>
      <w:color w:val="313132"/>
      <w:sz w:val="15"/>
      <w:szCs w:val="15"/>
    </w:rPr>
  </w:style>
  <w:style w:type="character" w:customStyle="1" w:styleId="apple-converted-space">
    <w:name w:val="apple-converted-space"/>
    <w:basedOn w:val="DefaultParagraphFont"/>
    <w:rsid w:val="00142AEA"/>
  </w:style>
  <w:style w:type="paragraph" w:customStyle="1" w:styleId="p2">
    <w:name w:val="p2"/>
    <w:basedOn w:val="Normal"/>
    <w:rsid w:val="00C6518F"/>
    <w:pPr>
      <w:spacing w:after="0" w:line="240" w:lineRule="auto"/>
    </w:pPr>
    <w:rPr>
      <w:rFonts w:ascii="Arial" w:eastAsia="Times New Roman" w:hAnsi="Arial" w:cs="Arial"/>
      <w:color w:val="000000"/>
      <w:sz w:val="9"/>
      <w:szCs w:val="9"/>
    </w:rPr>
  </w:style>
  <w:style w:type="character" w:customStyle="1" w:styleId="s1">
    <w:name w:val="s1"/>
    <w:basedOn w:val="DefaultParagraphFont"/>
    <w:rsid w:val="00C6518F"/>
    <w:rPr>
      <w:rFonts w:ascii="Arial" w:hAnsi="Arial" w:cs="Arial" w:hint="default"/>
      <w:color w:val="000000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5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lindsay schurbon</cp:lastModifiedBy>
  <cp:revision>2</cp:revision>
  <cp:lastPrinted>2025-12-19T01:16:00Z</cp:lastPrinted>
  <dcterms:created xsi:type="dcterms:W3CDTF">2025-12-30T18:46:00Z</dcterms:created>
  <dcterms:modified xsi:type="dcterms:W3CDTF">2025-12-30T18:46:00Z</dcterms:modified>
  <cp:category/>
</cp:coreProperties>
</file>