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B039" w14:textId="77777777" w:rsidR="000F7AA7" w:rsidRPr="009156CB" w:rsidRDefault="00000000">
      <w:pPr>
        <w:pStyle w:val="Heading1"/>
        <w:jc w:val="center"/>
        <w:rPr>
          <w:rFonts w:cs="Arial"/>
        </w:rPr>
      </w:pPr>
      <w:r>
        <w:rPr>
          <w:rFonts w:ascii="Arial" w:hAnsi="Arial" w:eastAsia="Arial"/>
          <w:b/>
          <w:sz w:val="60"/>
        </w:rPr>
        <w:t>Declutter with AI</w:t>
        <w:br/>
        <w:t>100 Ready-to-Use Prompt Library</w:t>
      </w:r>
    </w:p>
    <w:p w14:paraId="07B74F28" w14:textId="77777777" w:rsidR="000F7AA7" w:rsidRPr="009156CB" w:rsidRDefault="00000000">
      <w:pPr>
        <w:pStyle w:val="Heading2"/>
        <w:rPr>
          <w:rFonts w:cs="Arial"/>
        </w:rPr>
      </w:pPr>
      <w:r w:rsidRPr="009156CB">
        <w:rPr>
          <w:rFonts w:cs="Arial" w:ascii="Arial" w:hAnsi="Arial" w:eastAsia="Arial"/>
        </w:rPr>
        <w:t>How to Use This Prompt Library</w:t>
      </w:r>
    </w:p>
    <w:p w14:paraId="1E6459D8" w14:textId="77777777" w:rsidR="000F7AA7" w:rsidRPr="009156CB" w:rsidRDefault="00000000">
      <w:pPr>
        <w:spacing w:after="120"/>
        <w:rPr>
          <w:rFonts w:ascii="Arial" w:hAnsi="Arial" w:cs="Arial"/>
        </w:rPr>
      </w:pPr>
      <w:r>
        <w:rPr>
          <w:rFonts w:ascii="Arial" w:hAnsi="Arial" w:eastAsia="Arial"/>
          <w:sz w:val="22"/>
        </w:rPr>
        <w:t>1. Copy a prompt into your preferred AI tool (ChatGPT, Claude, Gemini, Microsoft Copilot, or a compatible voice assistant).</w:t>
        <w:br/>
        <w:t>2. Replace bracketed placeholders with details about your room, available time, energy level, household, or clutter problem.</w:t>
        <w:br/>
        <w:t>3. Ask the AI to give you one small step at a time if a full plan feels overwhelming.</w:t>
        <w:br/>
        <w:t>4. Review the response before acting. Never share passwords, account numbers, medical records, full addresses, or other sensitive information.</w:t>
        <w:br/>
        <w:t>5. Save your most helpful prompts and revise them over time so they fit the way your brain and household actually work.</w:t>
      </w:r>
    </w:p>
    <w:p w14:paraId="0AD782AC" w14:textId="77777777" w:rsidR="000F7AA7" w:rsidRPr="009156CB" w:rsidRDefault="00000000">
      <w:pPr>
        <w:pStyle w:val="Heading2"/>
        <w:rPr>
          <w:rFonts w:cs="Arial"/>
        </w:rPr>
      </w:pPr>
      <w:r w:rsidRPr="009156CB">
        <w:rPr>
          <w:rFonts w:cs="Arial" w:ascii="Arial" w:hAnsi="Arial" w:eastAsia="Arial"/>
        </w:rPr>
        <w:t>Recommended AI Tools</w:t>
      </w:r>
    </w:p>
    <w:tbl>
      <w:tblPr>
        <w:tblStyle w:val="TableGrid"/>
        <w:tblW w:w="0" w:type="auto"/>
        <w:jc w:val="center"/>
        <w:tblLook w:val="04A0" w:firstRow="1" w:lastRow="0" w:firstColumn="1" w:lastColumn="0" w:noHBand="0" w:noVBand="1"/>
      </w:tblPr>
      <w:tblGrid>
        <w:gridCol w:w="4320"/>
        <w:gridCol w:w="4320"/>
      </w:tblGrid>
      <w:tr w:rsidR="000F7AA7" w:rsidRPr="009156CB" w14:paraId="4A91395A" w14:textId="77777777">
        <w:trPr>
          <w:cantSplit/>
          <w:tblHeader w:val="true"/>
        </w:trPr>
        <w:tc>
          <w:tcPr>
            <w:tcW w:w="4320" w:type="dxa"/>
            <w:vAlign w:val="top"/>
          </w:tcPr>
          <w:p>
            <w:pPr>
              <w:spacing w:after="0" w:before="0"/>
            </w:pPr>
            <w:r/>
            <w:r>
              <w:rPr>
                <w:rFonts w:ascii="Arial" w:hAnsi="Arial" w:eastAsia="Arial"/>
                <w:b/>
                <w:sz w:val="20"/>
              </w:rPr>
              <w:t>AI Tool</w:t>
            </w:r>
          </w:p>
        </w:tc>
        <w:tc>
          <w:tcPr>
            <w:tcW w:w="4320" w:type="dxa"/>
            <w:vAlign w:val="top"/>
          </w:tcPr>
          <w:p>
            <w:pPr>
              <w:spacing w:after="0" w:before="0"/>
            </w:pPr>
            <w:r/>
            <w:r>
              <w:rPr>
                <w:rFonts w:ascii="Arial" w:hAnsi="Arial" w:eastAsia="Arial"/>
                <w:b/>
                <w:sz w:val="20"/>
              </w:rPr>
              <w:t>Best Use</w:t>
            </w:r>
          </w:p>
        </w:tc>
      </w:tr>
      <w:tr w:rsidR="000F7AA7" w:rsidRPr="009156CB" w14:paraId="76386F06" w14:textId="77777777">
        <w:trPr>
          <w:cantSplit/>
        </w:trPr>
        <w:tc>
          <w:tcPr>
            <w:tcW w:w="4320" w:type="dxa"/>
            <w:vAlign w:val="top"/>
          </w:tcPr>
          <w:p>
            <w:pPr>
              <w:spacing w:after="0" w:before="0"/>
            </w:pPr>
            <w:r/>
            <w:r>
              <w:rPr>
                <w:rFonts w:ascii="Arial" w:hAnsi="Arial" w:eastAsia="Arial"/>
                <w:b w:val="0"/>
                <w:sz w:val="20"/>
              </w:rPr>
              <w:t>ChatGPT</w:t>
            </w:r>
          </w:p>
        </w:tc>
        <w:tc>
          <w:tcPr>
            <w:tcW w:w="4320" w:type="dxa"/>
            <w:vAlign w:val="top"/>
          </w:tcPr>
          <w:p>
            <w:pPr>
              <w:spacing w:after="0" w:before="0"/>
            </w:pPr>
            <w:r/>
            <w:r>
              <w:rPr>
                <w:rFonts w:ascii="Arial" w:hAnsi="Arial" w:eastAsia="Arial"/>
                <w:b w:val="0"/>
                <w:sz w:val="20"/>
              </w:rPr>
              <w:t>Step-by-step coaching, daily plans, checklists, motivation, and brainstorming</w:t>
            </w:r>
          </w:p>
        </w:tc>
      </w:tr>
      <w:tr w:rsidR="000F7AA7" w:rsidRPr="009156CB" w14:paraId="3604908F" w14:textId="77777777">
        <w:trPr>
          <w:cantSplit/>
        </w:trPr>
        <w:tc>
          <w:tcPr>
            <w:tcW w:w="4320" w:type="dxa"/>
            <w:vAlign w:val="top"/>
          </w:tcPr>
          <w:p>
            <w:pPr>
              <w:spacing w:after="0" w:before="0"/>
            </w:pPr>
            <w:r/>
            <w:r>
              <w:rPr>
                <w:rFonts w:ascii="Arial" w:hAnsi="Arial" w:eastAsia="Arial"/>
                <w:b w:val="0"/>
                <w:sz w:val="20"/>
              </w:rPr>
              <w:t>Claude</w:t>
            </w:r>
          </w:p>
        </w:tc>
        <w:tc>
          <w:tcPr>
            <w:tcW w:w="4320" w:type="dxa"/>
            <w:vAlign w:val="top"/>
          </w:tcPr>
          <w:p>
            <w:pPr>
              <w:spacing w:after="0" w:before="0"/>
            </w:pPr>
            <w:r/>
            <w:r>
              <w:rPr>
                <w:rFonts w:ascii="Arial" w:hAnsi="Arial" w:eastAsia="Arial"/>
                <w:b w:val="0"/>
                <w:sz w:val="20"/>
              </w:rPr>
              <w:t>Longer plans, compassionate coaching, document organization, and detailed routines</w:t>
            </w:r>
          </w:p>
        </w:tc>
      </w:tr>
      <w:tr w:rsidR="000F7AA7" w:rsidRPr="009156CB" w14:paraId="17DE02E6" w14:textId="77777777">
        <w:trPr>
          <w:cantSplit/>
        </w:trPr>
        <w:tc>
          <w:tcPr>
            <w:tcW w:w="4320" w:type="dxa"/>
            <w:vAlign w:val="top"/>
          </w:tcPr>
          <w:p>
            <w:pPr>
              <w:spacing w:after="0" w:before="0"/>
            </w:pPr>
            <w:r/>
            <w:r>
              <w:rPr>
                <w:rFonts w:ascii="Arial" w:hAnsi="Arial" w:eastAsia="Arial"/>
                <w:b w:val="0"/>
                <w:sz w:val="20"/>
              </w:rPr>
              <w:t>Gemini</w:t>
            </w:r>
          </w:p>
        </w:tc>
        <w:tc>
          <w:tcPr>
            <w:tcW w:w="4320" w:type="dxa"/>
            <w:vAlign w:val="top"/>
          </w:tcPr>
          <w:p>
            <w:pPr>
              <w:spacing w:after="0" w:before="0"/>
            </w:pPr>
            <w:r/>
            <w:r>
              <w:rPr>
                <w:rFonts w:ascii="Arial" w:hAnsi="Arial" w:eastAsia="Arial"/>
                <w:b w:val="0"/>
                <w:sz w:val="20"/>
              </w:rPr>
              <w:t>Google Calendar, Gmail, Google Drive, and household scheduling workflows</w:t>
            </w:r>
          </w:p>
        </w:tc>
      </w:tr>
      <w:tr w:rsidR="000F7AA7" w:rsidRPr="009156CB" w14:paraId="42CCB337" w14:textId="77777777">
        <w:trPr>
          <w:cantSplit/>
        </w:trPr>
        <w:tc>
          <w:tcPr>
            <w:tcW w:w="4320" w:type="dxa"/>
            <w:vAlign w:val="top"/>
          </w:tcPr>
          <w:p>
            <w:pPr>
              <w:spacing w:after="0" w:before="0"/>
            </w:pPr>
            <w:r/>
            <w:r>
              <w:rPr>
                <w:rFonts w:ascii="Arial" w:hAnsi="Arial" w:eastAsia="Arial"/>
                <w:b w:val="0"/>
                <w:sz w:val="20"/>
              </w:rPr>
              <w:t>Microsoft Copilot</w:t>
            </w:r>
          </w:p>
        </w:tc>
        <w:tc>
          <w:tcPr>
            <w:tcW w:w="4320" w:type="dxa"/>
            <w:vAlign w:val="top"/>
          </w:tcPr>
          <w:p>
            <w:pPr>
              <w:spacing w:after="0" w:before="0"/>
            </w:pPr>
            <w:r/>
            <w:r>
              <w:rPr>
                <w:rFonts w:ascii="Arial" w:hAnsi="Arial" w:eastAsia="Arial"/>
                <w:b w:val="0"/>
                <w:sz w:val="20"/>
              </w:rPr>
              <w:t>Outlook, Microsoft To Do, OneDrive, and Windows file organization</w:t>
            </w:r>
          </w:p>
        </w:tc>
      </w:tr>
      <w:tr w:rsidR="000F7AA7" w:rsidRPr="009156CB" w14:paraId="482F8C08" w14:textId="77777777">
        <w:trPr>
          <w:cantSplit/>
        </w:trPr>
        <w:tc>
          <w:tcPr>
            <w:tcW w:w="4320" w:type="dxa"/>
            <w:vAlign w:val="top"/>
          </w:tcPr>
          <w:p>
            <w:pPr>
              <w:spacing w:after="0" w:before="0"/>
            </w:pPr>
            <w:r/>
            <w:r>
              <w:rPr>
                <w:rFonts w:ascii="Arial" w:hAnsi="Arial" w:eastAsia="Arial"/>
                <w:b w:val="0"/>
                <w:sz w:val="20"/>
              </w:rPr>
              <w:t>Voice Assistants</w:t>
            </w:r>
          </w:p>
        </w:tc>
        <w:tc>
          <w:tcPr>
            <w:tcW w:w="4320" w:type="dxa"/>
            <w:vAlign w:val="top"/>
          </w:tcPr>
          <w:p>
            <w:pPr>
              <w:spacing w:after="0" w:before="0"/>
            </w:pPr>
            <w:r/>
            <w:r>
              <w:rPr>
                <w:rFonts w:ascii="Arial" w:hAnsi="Arial" w:eastAsia="Arial"/>
                <w:b w:val="0"/>
                <w:sz w:val="20"/>
              </w:rPr>
              <w:t>Hands-free timers, reminders, spoken checklists, and quick capture while cleaning</w:t>
            </w:r>
          </w:p>
        </w:tc>
      </w:tr>
    </w:tbl>
    <w:p w14:paraId="631BE1B3" w14:textId="77777777" w:rsidR="000F7AA7" w:rsidRPr="009156CB" w:rsidRDefault="00000000">
      <w:pPr>
        <w:spacing w:after="120"/>
        <w:rPr>
          <w:rFonts w:ascii="Arial" w:hAnsi="Arial" w:cs="Arial"/>
        </w:rPr>
      </w:pPr>
      <w:r w:rsidRPr="009156CB">
        <w:rPr>
          <w:rFonts w:ascii="Arial" w:hAnsi="Arial" w:cs="Arial"/>
        </w:rPr>
        <w:br w:type="page"/>
      </w:r>
    </w:p>
    <w:p w14:paraId="3FAE8537" w14:textId="77777777" w:rsidR="000F7AA7" w:rsidRPr="005D793B" w:rsidRDefault="00000000" w:rsidP="005D793B">
      <w:pPr>
        <w:pStyle w:val="Heading1"/>
        <w:pageBreakBefore/>
        <w:jc w:val="center"/>
        <w:rPr>
          <w:rFonts w:cs="Arial"/>
          <w:sz w:val="48"/>
          <w:szCs w:val="48"/>
        </w:rPr>
      </w:pPr>
      <w:r>
        <w:rPr>
          <w:rFonts w:ascii="Arial" w:hAnsi="Arial" w:eastAsia="Arial"/>
          <w:b/>
          <w:sz w:val="52"/>
        </w:rPr>
        <w:t>Prompt Library</w:t>
      </w:r>
    </w:p>
    <w:tbl>
      <w:tblPr>
        <w:tblStyle w:val="TableGrid"/>
        <w:tblW w:w="0" w:type="auto"/>
        <w:jc w:val="center"/>
        <w:tblLayout w:type="fixed"/>
        <w:tblLook w:val="04A0" w:firstRow="1" w:lastRow="0" w:firstColumn="1" w:lastColumn="0" w:noHBand="0" w:noVBand="1"/>
      </w:tblPr>
      <w:tblGrid>
        <w:gridCol w:w="1652"/>
        <w:gridCol w:w="1745"/>
        <w:gridCol w:w="1688"/>
        <w:gridCol w:w="1745"/>
        <w:gridCol w:w="2026"/>
      </w:tblGrid>
      <w:tr w:rsidR="000F7AA7" w:rsidRPr="009156CB" w14:paraId="7ECBB74C" w14:textId="77777777">
        <w:trPr>
          <w:tblHeader w:val="true"/>
          <w:cantSplit/>
        </w:trPr>
        <w:tc>
          <w:tcPr>
            <w:tcW w:w="430" w:type="dxa"/>
            <w:vAlign w:val="top"/>
          </w:tcPr>
          <w:p>
            <w:pPr>
              <w:spacing w:after="0" w:before="0"/>
              <w:jc w:val="center"/>
            </w:pPr>
            <w:r/>
            <w:r>
              <w:rPr>
                <w:rFonts w:ascii="Arial" w:hAnsi="Arial" w:eastAsia="Arial"/>
                <w:b/>
                <w:sz w:val="19"/>
              </w:rPr>
              <w:t>#</w:t>
            </w:r>
          </w:p>
        </w:tc>
        <w:tc>
          <w:tcPr>
            <w:tcW w:w="1300" w:type="dxa"/>
            <w:vAlign w:val="top"/>
          </w:tcPr>
          <w:p>
            <w:pPr>
              <w:spacing w:after="0" w:before="0"/>
              <w:jc w:val="center"/>
            </w:pPr>
            <w:r/>
            <w:r>
              <w:rPr>
                <w:rFonts w:ascii="Arial" w:hAnsi="Arial" w:eastAsia="Arial"/>
                <w:b/>
                <w:sz w:val="19"/>
              </w:rPr>
              <w:t>Category</w:t>
            </w:r>
          </w:p>
        </w:tc>
        <w:tc>
          <w:tcPr>
            <w:tcW w:w="1250" w:type="dxa"/>
            <w:vAlign w:val="top"/>
          </w:tcPr>
          <w:p>
            <w:pPr>
              <w:spacing w:after="0" w:before="0"/>
              <w:jc w:val="center"/>
            </w:pPr>
            <w:r/>
            <w:r>
              <w:rPr>
                <w:rFonts w:ascii="Arial" w:hAnsi="Arial" w:eastAsia="Arial"/>
                <w:b/>
                <w:sz w:val="19"/>
              </w:rPr>
              <w:t>Best AI Tool</w:t>
            </w:r>
          </w:p>
        </w:tc>
        <w:tc>
          <w:tcPr>
            <w:tcW w:w="1500" w:type="dxa"/>
            <w:vAlign w:val="top"/>
          </w:tcPr>
          <w:p>
            <w:pPr>
              <w:spacing w:after="0" w:before="0"/>
              <w:jc w:val="center"/>
            </w:pPr>
            <w:r/>
            <w:r>
              <w:rPr>
                <w:rFonts w:ascii="Arial" w:hAnsi="Arial" w:eastAsia="Arial"/>
                <w:b/>
                <w:sz w:val="19"/>
              </w:rPr>
              <w:t>Goal</w:t>
            </w:r>
          </w:p>
        </w:tc>
        <w:tc>
          <w:tcPr>
            <w:tcW w:w="4160" w:type="dxa"/>
            <w:vAlign w:val="top"/>
          </w:tcPr>
          <w:p>
            <w:pPr>
              <w:spacing w:after="0" w:before="0"/>
              <w:jc w:val="center"/>
            </w:pPr>
            <w:r/>
            <w:r>
              <w:rPr>
                <w:rFonts w:ascii="Arial" w:hAnsi="Arial" w:eastAsia="Arial"/>
                <w:b/>
                <w:sz w:val="19"/>
              </w:rPr>
              <w:t>Prompt</w:t>
            </w:r>
          </w:p>
        </w:tc>
      </w:tr>
      <w:tr>
        <w:trPr>
          <w:cantSplit/>
        </w:trPr>
        <w:tc>
          <w:tcPr>
            <w:tcW w:type="dxa" w:w="430"/>
            <w:vAlign w:val="top"/>
          </w:tcPr>
          <w:p>
            <w:pPr>
              <w:spacing w:after="0" w:before="0"/>
              <w:jc w:val="center"/>
            </w:pPr>
            <w:r/>
            <w:r>
              <w:rPr>
                <w:rFonts w:ascii="Arial" w:hAnsi="Arial" w:eastAsia="Arial"/>
                <w:b w:val="0"/>
                <w:sz w:val="18"/>
              </w:rPr>
              <w:t>1</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5-Minute Kitchen Reset</w:t>
            </w:r>
          </w:p>
        </w:tc>
        <w:tc>
          <w:tcPr>
            <w:tcW w:type="dxa" w:w="4160"/>
            <w:vAlign w:val="top"/>
          </w:tcPr>
          <w:p>
            <w:pPr>
              <w:spacing w:after="0" w:before="0"/>
              <w:jc w:val="left"/>
            </w:pPr>
            <w:r/>
            <w:r>
              <w:rPr>
                <w:rFonts w:ascii="Arial" w:hAnsi="Arial" w:eastAsia="Arial"/>
                <w:b w:val="0"/>
                <w:sz w:val="17"/>
              </w:rPr>
              <w:t>Act as a friendly ADHD-aware decluttering coach. I have 5 minutes and my kitchen feels overwhelming. Give me one tiny step at a time, starting with the most visible mess. Keep each step under 60 seconds, wait for me to say "done" before continuing, and remind me to stop when 5 minutes are over.</w:t>
            </w:r>
          </w:p>
        </w:tc>
      </w:tr>
      <w:tr>
        <w:trPr>
          <w:cantSplit/>
        </w:trPr>
        <w:tc>
          <w:tcPr>
            <w:tcW w:type="dxa" w:w="430"/>
            <w:vAlign w:val="top"/>
          </w:tcPr>
          <w:p>
            <w:pPr>
              <w:spacing w:after="0" w:before="0"/>
              <w:jc w:val="center"/>
            </w:pPr>
            <w:r/>
            <w:r>
              <w:rPr>
                <w:rFonts w:ascii="Arial" w:hAnsi="Arial" w:eastAsia="Arial"/>
                <w:b w:val="0"/>
                <w:sz w:val="18"/>
              </w:rPr>
              <w:t>2</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Break the Kitchen Into Tiny Steps</w:t>
            </w:r>
          </w:p>
        </w:tc>
        <w:tc>
          <w:tcPr>
            <w:tcW w:type="dxa" w:w="4160"/>
            <w:vAlign w:val="top"/>
          </w:tcPr>
          <w:p>
            <w:pPr>
              <w:spacing w:after="0" w:before="0"/>
              <w:jc w:val="left"/>
            </w:pPr>
            <w:r/>
            <w:r>
              <w:rPr>
                <w:rFonts w:ascii="Arial" w:hAnsi="Arial" w:eastAsia="Arial"/>
                <w:b w:val="0"/>
                <w:sz w:val="17"/>
              </w:rPr>
              <w:t>Break the task "clean my kitchen" into 10 very small, beginner-friendly steps. Put the steps in the easiest order, avoid deep cleaning, and label the first three as "start here." Ask me how much time and energy I have before recommending which steps to do today.</w:t>
            </w:r>
          </w:p>
        </w:tc>
      </w:tr>
      <w:tr>
        <w:trPr>
          <w:cantSplit/>
        </w:trPr>
        <w:tc>
          <w:tcPr>
            <w:tcW w:type="dxa" w:w="430"/>
            <w:vAlign w:val="top"/>
          </w:tcPr>
          <w:p>
            <w:pPr>
              <w:spacing w:after="0" w:before="0"/>
              <w:jc w:val="center"/>
            </w:pPr>
            <w:r/>
            <w:r>
              <w:rPr>
                <w:rFonts w:ascii="Arial" w:hAnsi="Arial" w:eastAsia="Arial"/>
                <w:b w:val="0"/>
                <w:sz w:val="18"/>
              </w:rPr>
              <w:t>3</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Low-Energy Kitchen Plan</w:t>
            </w:r>
          </w:p>
        </w:tc>
        <w:tc>
          <w:tcPr>
            <w:tcW w:type="dxa" w:w="4160"/>
            <w:vAlign w:val="top"/>
          </w:tcPr>
          <w:p>
            <w:pPr>
              <w:spacing w:after="0" w:before="0"/>
              <w:jc w:val="left"/>
            </w:pPr>
            <w:r/>
            <w:r>
              <w:rPr>
                <w:rFonts w:ascii="Arial" w:hAnsi="Arial" w:eastAsia="Arial"/>
                <w:b w:val="0"/>
                <w:sz w:val="17"/>
              </w:rPr>
              <w:t>I have low energy and feel embarrassed by my kitchen. Create a no-shame plan that improves the room in 10 minutes or less. Focus on trash, dishes, and one usable counter. Give me permission to stop before the room is finished.</w:t>
            </w:r>
          </w:p>
        </w:tc>
      </w:tr>
      <w:tr>
        <w:trPr>
          <w:cantSplit/>
        </w:trPr>
        <w:tc>
          <w:tcPr>
            <w:tcW w:type="dxa" w:w="430"/>
            <w:vAlign w:val="top"/>
          </w:tcPr>
          <w:p>
            <w:pPr>
              <w:spacing w:after="0" w:before="0"/>
              <w:jc w:val="center"/>
            </w:pPr>
            <w:r/>
            <w:r>
              <w:rPr>
                <w:rFonts w:ascii="Arial" w:hAnsi="Arial" w:eastAsia="Arial"/>
                <w:b w:val="0"/>
                <w:sz w:val="18"/>
              </w:rPr>
              <w:t>4</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Choose the First Kitchen Task</w:t>
            </w:r>
          </w:p>
        </w:tc>
        <w:tc>
          <w:tcPr>
            <w:tcW w:type="dxa" w:w="4160"/>
            <w:vAlign w:val="top"/>
          </w:tcPr>
          <w:p>
            <w:pPr>
              <w:spacing w:after="0" w:before="0"/>
              <w:jc w:val="left"/>
            </w:pPr>
            <w:r/>
            <w:r>
              <w:rPr>
                <w:rFonts w:ascii="Arial" w:hAnsi="Arial" w:eastAsia="Arial"/>
                <w:b w:val="0"/>
                <w:sz w:val="17"/>
              </w:rPr>
              <w:t>Ask me five quick questions about the current condition of my kitchen, one question at a time. Based on my answers, choose the single best task to start with and explain why it will create the fastest visible improvement.</w:t>
            </w:r>
          </w:p>
        </w:tc>
      </w:tr>
      <w:tr>
        <w:trPr>
          <w:cantSplit/>
        </w:trPr>
        <w:tc>
          <w:tcPr>
            <w:tcW w:type="dxa" w:w="430"/>
            <w:vAlign w:val="top"/>
          </w:tcPr>
          <w:p>
            <w:pPr>
              <w:spacing w:after="0" w:before="0"/>
              <w:jc w:val="center"/>
            </w:pPr>
            <w:r/>
            <w:r>
              <w:rPr>
                <w:rFonts w:ascii="Arial" w:hAnsi="Arial" w:eastAsia="Arial"/>
                <w:b w:val="0"/>
                <w:sz w:val="18"/>
              </w:rPr>
              <w:t>5</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Voice Assistant</w:t>
            </w:r>
          </w:p>
        </w:tc>
        <w:tc>
          <w:tcPr>
            <w:tcW w:type="dxa" w:w="1500"/>
            <w:vAlign w:val="top"/>
          </w:tcPr>
          <w:p>
            <w:pPr>
              <w:spacing w:after="0" w:before="0"/>
              <w:jc w:val="left"/>
            </w:pPr>
            <w:r/>
            <w:r>
              <w:rPr>
                <w:rFonts w:ascii="Arial" w:hAnsi="Arial" w:eastAsia="Arial"/>
                <w:b w:val="0"/>
                <w:sz w:val="18"/>
              </w:rPr>
              <w:t>15-Minute Kitchen Sprint</w:t>
            </w:r>
          </w:p>
        </w:tc>
        <w:tc>
          <w:tcPr>
            <w:tcW w:type="dxa" w:w="4160"/>
            <w:vAlign w:val="top"/>
          </w:tcPr>
          <w:p>
            <w:pPr>
              <w:spacing w:after="0" w:before="0"/>
              <w:jc w:val="left"/>
            </w:pPr>
            <w:r/>
            <w:r>
              <w:rPr>
                <w:rFonts w:ascii="Arial" w:hAnsi="Arial" w:eastAsia="Arial"/>
                <w:b w:val="0"/>
                <w:sz w:val="17"/>
              </w:rPr>
              <w:t>Create a 15-minute kitchen cleaning sprint divided into three 5-minute rounds. Round 1 should remove trash, Round 2 should contain dishes, and Round 3 should clear one surface. Include a short restart instruction in case I get distracted.</w:t>
            </w:r>
          </w:p>
        </w:tc>
      </w:tr>
      <w:tr>
        <w:trPr>
          <w:cantSplit/>
        </w:trPr>
        <w:tc>
          <w:tcPr>
            <w:tcW w:type="dxa" w:w="430"/>
            <w:vAlign w:val="top"/>
          </w:tcPr>
          <w:p>
            <w:pPr>
              <w:spacing w:after="0" w:before="0"/>
              <w:jc w:val="center"/>
            </w:pPr>
            <w:r/>
            <w:r>
              <w:rPr>
                <w:rFonts w:ascii="Arial" w:hAnsi="Arial" w:eastAsia="Arial"/>
                <w:b w:val="0"/>
                <w:sz w:val="18"/>
              </w:rPr>
              <w:t>6</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One-Shelf Refrigerator Reset</w:t>
            </w:r>
          </w:p>
        </w:tc>
        <w:tc>
          <w:tcPr>
            <w:tcW w:type="dxa" w:w="4160"/>
            <w:vAlign w:val="top"/>
          </w:tcPr>
          <w:p>
            <w:pPr>
              <w:spacing w:after="0" w:before="0"/>
              <w:jc w:val="left"/>
            </w:pPr>
            <w:r/>
            <w:r>
              <w:rPr>
                <w:rFonts w:ascii="Arial" w:hAnsi="Arial" w:eastAsia="Arial"/>
                <w:b w:val="0"/>
                <w:sz w:val="17"/>
              </w:rPr>
              <w:t>Guide me through organizing one refrigerator shelf without emptying the whole refrigerator. Ask what is on the shelf, help me identify obvious trash or expired items, group similar foods, and suggest one simple way to keep important food visible.</w:t>
            </w:r>
          </w:p>
        </w:tc>
      </w:tr>
      <w:tr>
        <w:trPr>
          <w:cantSplit/>
        </w:trPr>
        <w:tc>
          <w:tcPr>
            <w:tcW w:type="dxa" w:w="430"/>
            <w:vAlign w:val="top"/>
          </w:tcPr>
          <w:p>
            <w:pPr>
              <w:spacing w:after="0" w:before="0"/>
              <w:jc w:val="center"/>
            </w:pPr>
            <w:r/>
            <w:r>
              <w:rPr>
                <w:rFonts w:ascii="Arial" w:hAnsi="Arial" w:eastAsia="Arial"/>
                <w:b w:val="0"/>
                <w:sz w:val="18"/>
              </w:rPr>
              <w:t>7</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Simple Weekly Kitchen Routine</w:t>
            </w:r>
          </w:p>
        </w:tc>
        <w:tc>
          <w:tcPr>
            <w:tcW w:type="dxa" w:w="4160"/>
            <w:vAlign w:val="top"/>
          </w:tcPr>
          <w:p>
            <w:pPr>
              <w:spacing w:after="0" w:before="0"/>
              <w:jc w:val="left"/>
            </w:pPr>
            <w:r/>
            <w:r>
              <w:rPr>
                <w:rFonts w:ascii="Arial" w:hAnsi="Arial" w:eastAsia="Arial"/>
                <w:b w:val="0"/>
                <w:sz w:val="17"/>
              </w:rPr>
              <w:t>Create a realistic weekly kitchen routine for a person with ADHD. Limit each daily task to 5 to 15 minutes, include one catch-up day, and organize the plan around morning, after-dinner, or bedtime anchors. Present it as a simple Monday-to-Sunday checklist.</w:t>
            </w:r>
          </w:p>
        </w:tc>
      </w:tr>
      <w:tr>
        <w:trPr>
          <w:cantSplit/>
        </w:trPr>
        <w:tc>
          <w:tcPr>
            <w:tcW w:type="dxa" w:w="430"/>
            <w:vAlign w:val="top"/>
          </w:tcPr>
          <w:p>
            <w:pPr>
              <w:spacing w:after="0" w:before="0"/>
              <w:jc w:val="center"/>
            </w:pPr>
            <w:r/>
            <w:r>
              <w:rPr>
                <w:rFonts w:ascii="Arial" w:hAnsi="Arial" w:eastAsia="Arial"/>
                <w:b w:val="0"/>
                <w:sz w:val="18"/>
              </w:rPr>
              <w:t>8</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Fridge Keep-or-Toss Decision Help</w:t>
            </w:r>
          </w:p>
        </w:tc>
        <w:tc>
          <w:tcPr>
            <w:tcW w:type="dxa" w:w="4160"/>
            <w:vAlign w:val="top"/>
          </w:tcPr>
          <w:p>
            <w:pPr>
              <w:spacing w:after="0" w:before="0"/>
              <w:jc w:val="left"/>
            </w:pPr>
            <w:r/>
            <w:r>
              <w:rPr>
                <w:rFonts w:ascii="Arial" w:hAnsi="Arial" w:eastAsia="Arial"/>
                <w:b w:val="0"/>
                <w:sz w:val="17"/>
              </w:rPr>
              <w:t>Help me decide what to keep or discard from my refrigerator. Ask me about one item at a time and use simple questions about expiration date, smell, appearance, and when I last used it. If food safety is uncertain, tell me to use official food-safety guidance rather than guessing.</w:t>
            </w:r>
          </w:p>
        </w:tc>
      </w:tr>
      <w:tr>
        <w:trPr>
          <w:cantSplit/>
        </w:trPr>
        <w:tc>
          <w:tcPr>
            <w:tcW w:type="dxa" w:w="430"/>
            <w:vAlign w:val="top"/>
          </w:tcPr>
          <w:p>
            <w:pPr>
              <w:spacing w:after="0" w:before="0"/>
              <w:jc w:val="center"/>
            </w:pPr>
            <w:r/>
            <w:r>
              <w:rPr>
                <w:rFonts w:ascii="Arial" w:hAnsi="Arial" w:eastAsia="Arial"/>
                <w:b w:val="0"/>
                <w:sz w:val="18"/>
              </w:rPr>
              <w:t>9</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One Tiny Kitchen Win</w:t>
            </w:r>
          </w:p>
        </w:tc>
        <w:tc>
          <w:tcPr>
            <w:tcW w:type="dxa" w:w="4160"/>
            <w:vAlign w:val="top"/>
          </w:tcPr>
          <w:p>
            <w:pPr>
              <w:spacing w:after="0" w:before="0"/>
              <w:jc w:val="left"/>
            </w:pPr>
            <w:r/>
            <w:r>
              <w:rPr>
                <w:rFonts w:ascii="Arial" w:hAnsi="Arial" w:eastAsia="Arial"/>
                <w:b w:val="0"/>
                <w:sz w:val="17"/>
              </w:rPr>
              <w:t>I can only handle one kitchen task today. Ask me what I can see from where I am standing, then recommend a task that takes less than 5 minutes and creates a clear before-and-after result.</w:t>
            </w:r>
          </w:p>
        </w:tc>
      </w:tr>
      <w:tr>
        <w:trPr>
          <w:cantSplit/>
        </w:trPr>
        <w:tc>
          <w:tcPr>
            <w:tcW w:type="dxa" w:w="430"/>
            <w:vAlign w:val="top"/>
          </w:tcPr>
          <w:p>
            <w:pPr>
              <w:spacing w:after="0" w:before="0"/>
              <w:jc w:val="center"/>
            </w:pPr>
            <w:r/>
            <w:r>
              <w:rPr>
                <w:rFonts w:ascii="Arial" w:hAnsi="Arial" w:eastAsia="Arial"/>
                <w:b w:val="0"/>
                <w:sz w:val="18"/>
              </w:rPr>
              <w:t>10</w:t>
            </w:r>
          </w:p>
        </w:tc>
        <w:tc>
          <w:tcPr>
            <w:tcW w:type="dxa" w:w="1300"/>
            <w:vAlign w:val="top"/>
          </w:tcPr>
          <w:p>
            <w:pPr>
              <w:spacing w:after="0" w:before="0"/>
              <w:jc w:val="left"/>
            </w:pPr>
            <w:r/>
            <w:r>
              <w:rPr>
                <w:rFonts w:ascii="Arial" w:hAnsi="Arial" w:eastAsia="Arial"/>
                <w:b w:val="0"/>
                <w:sz w:val="18"/>
              </w:rPr>
              <w:t>Kitchen</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Celebrate Kitchen Progress</w:t>
            </w:r>
          </w:p>
        </w:tc>
        <w:tc>
          <w:tcPr>
            <w:tcW w:type="dxa" w:w="4160"/>
            <w:vAlign w:val="top"/>
          </w:tcPr>
          <w:p>
            <w:pPr>
              <w:spacing w:after="0" w:before="0"/>
              <w:jc w:val="left"/>
            </w:pPr>
            <w:r/>
            <w:r>
              <w:rPr>
                <w:rFonts w:ascii="Arial" w:hAnsi="Arial" w:eastAsia="Arial"/>
                <w:b w:val="0"/>
                <w:sz w:val="17"/>
              </w:rPr>
              <w:t>I just completed this kitchen task: [describe what you did]. Help me notice the practical and emotional benefits of that progress. Write a short, sincere celebration message and suggest one optional next step for another day, not right now.</w:t>
            </w:r>
          </w:p>
        </w:tc>
      </w:tr>
      <w:tr>
        <w:trPr>
          <w:cantSplit/>
        </w:trPr>
        <w:tc>
          <w:tcPr>
            <w:tcW w:type="dxa" w:w="430"/>
            <w:vAlign w:val="top"/>
          </w:tcPr>
          <w:p>
            <w:pPr>
              <w:spacing w:after="0" w:before="0"/>
              <w:jc w:val="center"/>
            </w:pPr>
            <w:r/>
            <w:r>
              <w:rPr>
                <w:rFonts w:ascii="Arial" w:hAnsi="Arial" w:eastAsia="Arial"/>
                <w:b w:val="0"/>
                <w:sz w:val="18"/>
              </w:rPr>
              <w:t>11</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Small-Step Bedroom Reset</w:t>
            </w:r>
          </w:p>
        </w:tc>
        <w:tc>
          <w:tcPr>
            <w:tcW w:type="dxa" w:w="4160"/>
            <w:vAlign w:val="top"/>
          </w:tcPr>
          <w:p>
            <w:pPr>
              <w:spacing w:after="0" w:before="0"/>
              <w:jc w:val="left"/>
            </w:pPr>
            <w:r/>
            <w:r>
              <w:rPr>
                <w:rFonts w:ascii="Arial" w:hAnsi="Arial" w:eastAsia="Arial"/>
                <w:b w:val="0"/>
                <w:sz w:val="17"/>
              </w:rPr>
              <w:t>My bedroom feels overwhelming. Create a plan that works one small zone at a time without requiring me to empty drawers or closets. Start with the bed, floor path, and one visible surface. Give me no more than three steps at once.</w:t>
            </w:r>
          </w:p>
        </w:tc>
      </w:tr>
      <w:tr>
        <w:trPr>
          <w:cantSplit/>
        </w:trPr>
        <w:tc>
          <w:tcPr>
            <w:tcW w:type="dxa" w:w="430"/>
            <w:vAlign w:val="top"/>
          </w:tcPr>
          <w:p>
            <w:pPr>
              <w:spacing w:after="0" w:before="0"/>
              <w:jc w:val="center"/>
            </w:pPr>
            <w:r/>
            <w:r>
              <w:rPr>
                <w:rFonts w:ascii="Arial" w:hAnsi="Arial" w:eastAsia="Arial"/>
                <w:b w:val="0"/>
                <w:sz w:val="18"/>
              </w:rPr>
              <w:t>12</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Voice Assistant</w:t>
            </w:r>
          </w:p>
        </w:tc>
        <w:tc>
          <w:tcPr>
            <w:tcW w:type="dxa" w:w="1500"/>
            <w:vAlign w:val="top"/>
          </w:tcPr>
          <w:p>
            <w:pPr>
              <w:spacing w:after="0" w:before="0"/>
              <w:jc w:val="left"/>
            </w:pPr>
            <w:r/>
            <w:r>
              <w:rPr>
                <w:rFonts w:ascii="Arial" w:hAnsi="Arial" w:eastAsia="Arial"/>
                <w:b w:val="0"/>
                <w:sz w:val="18"/>
              </w:rPr>
              <w:t>10-Minute Bedroom Reset</w:t>
            </w:r>
          </w:p>
        </w:tc>
        <w:tc>
          <w:tcPr>
            <w:tcW w:type="dxa" w:w="4160"/>
            <w:vAlign w:val="top"/>
          </w:tcPr>
          <w:p>
            <w:pPr>
              <w:spacing w:after="0" w:before="0"/>
              <w:jc w:val="left"/>
            </w:pPr>
            <w:r/>
            <w:r>
              <w:rPr>
                <w:rFonts w:ascii="Arial" w:hAnsi="Arial" w:eastAsia="Arial"/>
                <w:b w:val="0"/>
                <w:sz w:val="17"/>
              </w:rPr>
              <w:t>Coach me through a 10-minute bedroom reset. Divide it into 2-minute blocks for laundry, trash, the bed, the nightstand, and the floor path. Keep the tone calm and remind me that a more restful room is the goal, not perfection.</w:t>
            </w:r>
          </w:p>
        </w:tc>
      </w:tr>
      <w:tr>
        <w:trPr>
          <w:cantSplit/>
        </w:trPr>
        <w:tc>
          <w:tcPr>
            <w:tcW w:type="dxa" w:w="430"/>
            <w:vAlign w:val="top"/>
          </w:tcPr>
          <w:p>
            <w:pPr>
              <w:spacing w:after="0" w:before="0"/>
              <w:jc w:val="center"/>
            </w:pPr>
            <w:r/>
            <w:r>
              <w:rPr>
                <w:rFonts w:ascii="Arial" w:hAnsi="Arial" w:eastAsia="Arial"/>
                <w:b w:val="0"/>
                <w:sz w:val="18"/>
              </w:rPr>
              <w:t>13</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Nightstand Cleanup</w:t>
            </w:r>
          </w:p>
        </w:tc>
        <w:tc>
          <w:tcPr>
            <w:tcW w:type="dxa" w:w="4160"/>
            <w:vAlign w:val="top"/>
          </w:tcPr>
          <w:p>
            <w:pPr>
              <w:spacing w:after="0" w:before="0"/>
              <w:jc w:val="left"/>
            </w:pPr>
            <w:r/>
            <w:r>
              <w:rPr>
                <w:rFonts w:ascii="Arial" w:hAnsi="Arial" w:eastAsia="Arial"/>
                <w:b w:val="0"/>
                <w:sz w:val="17"/>
              </w:rPr>
              <w:t>Walk me through clearing my nightstand in under 7 minutes. Help me sort items into keep here, move elsewhere, trash, and decide later. Recommend a simple limit for what should remain on the surface.</w:t>
            </w:r>
          </w:p>
        </w:tc>
      </w:tr>
      <w:tr>
        <w:trPr>
          <w:cantSplit/>
        </w:trPr>
        <w:tc>
          <w:tcPr>
            <w:tcW w:type="dxa" w:w="430"/>
            <w:vAlign w:val="top"/>
          </w:tcPr>
          <w:p>
            <w:pPr>
              <w:spacing w:after="0" w:before="0"/>
              <w:jc w:val="center"/>
            </w:pPr>
            <w:r/>
            <w:r>
              <w:rPr>
                <w:rFonts w:ascii="Arial" w:hAnsi="Arial" w:eastAsia="Arial"/>
                <w:b w:val="0"/>
                <w:sz w:val="18"/>
              </w:rPr>
              <w:t>14</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Keep, Donate, or Toss Clothing</w:t>
            </w:r>
          </w:p>
        </w:tc>
        <w:tc>
          <w:tcPr>
            <w:tcW w:type="dxa" w:w="4160"/>
            <w:vAlign w:val="top"/>
          </w:tcPr>
          <w:p>
            <w:pPr>
              <w:spacing w:after="0" w:before="0"/>
              <w:jc w:val="left"/>
            </w:pPr>
            <w:r/>
            <w:r>
              <w:rPr>
                <w:rFonts w:ascii="Arial" w:hAnsi="Arial" w:eastAsia="Arial"/>
                <w:b w:val="0"/>
                <w:sz w:val="17"/>
              </w:rPr>
              <w:t>Act as a neutral closet-sorting assistant. Ask me about one clothing item at a time and help me place it into Keep, Donate, Repair, Recycle, or Decide Later. Use yes-or-no questions about fit, comfort, condition, and whether I actually wear it.</w:t>
            </w:r>
          </w:p>
        </w:tc>
      </w:tr>
      <w:tr>
        <w:trPr>
          <w:cantSplit/>
        </w:trPr>
        <w:tc>
          <w:tcPr>
            <w:tcW w:type="dxa" w:w="430"/>
            <w:vAlign w:val="top"/>
          </w:tcPr>
          <w:p>
            <w:pPr>
              <w:spacing w:after="0" w:before="0"/>
              <w:jc w:val="center"/>
            </w:pPr>
            <w:r/>
            <w:r>
              <w:rPr>
                <w:rFonts w:ascii="Arial" w:hAnsi="Arial" w:eastAsia="Arial"/>
                <w:b w:val="0"/>
                <w:sz w:val="18"/>
              </w:rPr>
              <w:t>15</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Clothing Decision Questions</w:t>
            </w:r>
          </w:p>
        </w:tc>
        <w:tc>
          <w:tcPr>
            <w:tcW w:type="dxa" w:w="4160"/>
            <w:vAlign w:val="top"/>
          </w:tcPr>
          <w:p>
            <w:pPr>
              <w:spacing w:after="0" w:before="0"/>
              <w:jc w:val="left"/>
            </w:pPr>
            <w:r/>
            <w:r>
              <w:rPr>
                <w:rFonts w:ascii="Arial" w:hAnsi="Arial" w:eastAsia="Arial"/>
                <w:b w:val="0"/>
                <w:sz w:val="17"/>
              </w:rPr>
              <w:t>Create a short decision tree for choosing whether to keep a piece of clothing. It should work for ADHD decision fatigue, include a safe "decide later" option, and avoid guilt about money already spent.</w:t>
            </w:r>
          </w:p>
        </w:tc>
      </w:tr>
      <w:tr>
        <w:trPr>
          <w:cantSplit/>
        </w:trPr>
        <w:tc>
          <w:tcPr>
            <w:tcW w:type="dxa" w:w="430"/>
            <w:vAlign w:val="top"/>
          </w:tcPr>
          <w:p>
            <w:pPr>
              <w:spacing w:after="0" w:before="0"/>
              <w:jc w:val="center"/>
            </w:pPr>
            <w:r/>
            <w:r>
              <w:rPr>
                <w:rFonts w:ascii="Arial" w:hAnsi="Arial" w:eastAsia="Arial"/>
                <w:b w:val="0"/>
                <w:sz w:val="18"/>
              </w:rPr>
              <w:t>16</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One-Drawer Challenge</w:t>
            </w:r>
          </w:p>
        </w:tc>
        <w:tc>
          <w:tcPr>
            <w:tcW w:type="dxa" w:w="4160"/>
            <w:vAlign w:val="top"/>
          </w:tcPr>
          <w:p>
            <w:pPr>
              <w:spacing w:after="0" w:before="0"/>
              <w:jc w:val="left"/>
            </w:pPr>
            <w:r/>
            <w:r>
              <w:rPr>
                <w:rFonts w:ascii="Arial" w:hAnsi="Arial" w:eastAsia="Arial"/>
                <w:b w:val="0"/>
                <w:sz w:val="17"/>
              </w:rPr>
              <w:t>Guide me through organizing one drawer in 10 minutes or less. Tell me not to empty more than I can finish. Help me remove obvious trash, group similar items, and return only what fits comfortably.</w:t>
            </w:r>
          </w:p>
        </w:tc>
      </w:tr>
      <w:tr>
        <w:trPr>
          <w:cantSplit/>
        </w:trPr>
        <w:tc>
          <w:tcPr>
            <w:tcW w:type="dxa" w:w="430"/>
            <w:vAlign w:val="top"/>
          </w:tcPr>
          <w:p>
            <w:pPr>
              <w:spacing w:after="0" w:before="0"/>
              <w:jc w:val="center"/>
            </w:pPr>
            <w:r/>
            <w:r>
              <w:rPr>
                <w:rFonts w:ascii="Arial" w:hAnsi="Arial" w:eastAsia="Arial"/>
                <w:b w:val="0"/>
                <w:sz w:val="18"/>
              </w:rPr>
              <w:t>17</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Reduce Closet Decision Fatigue</w:t>
            </w:r>
          </w:p>
        </w:tc>
        <w:tc>
          <w:tcPr>
            <w:tcW w:type="dxa" w:w="4160"/>
            <w:vAlign w:val="top"/>
          </w:tcPr>
          <w:p>
            <w:pPr>
              <w:spacing w:after="0" w:before="0"/>
              <w:jc w:val="left"/>
            </w:pPr>
            <w:r/>
            <w:r>
              <w:rPr>
                <w:rFonts w:ascii="Arial" w:hAnsi="Arial" w:eastAsia="Arial"/>
                <w:b w:val="0"/>
                <w:sz w:val="17"/>
              </w:rPr>
              <w:t>Help me simplify my closet so getting dressed requires fewer decisions. Ask about my work, climate, comfort needs, favorite outfits, and laundry habits. Then recommend simple clothing zones and a small group of go-to outfits.</w:t>
            </w:r>
          </w:p>
        </w:tc>
      </w:tr>
      <w:tr>
        <w:trPr>
          <w:cantSplit/>
        </w:trPr>
        <w:tc>
          <w:tcPr>
            <w:tcW w:type="dxa" w:w="430"/>
            <w:vAlign w:val="top"/>
          </w:tcPr>
          <w:p>
            <w:pPr>
              <w:spacing w:after="0" w:before="0"/>
              <w:jc w:val="center"/>
            </w:pPr>
            <w:r/>
            <w:r>
              <w:rPr>
                <w:rFonts w:ascii="Arial" w:hAnsi="Arial" w:eastAsia="Arial"/>
                <w:b w:val="0"/>
                <w:sz w:val="18"/>
              </w:rPr>
              <w:t>18</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Closet Capsule From Existing Clothes</w:t>
            </w:r>
          </w:p>
        </w:tc>
        <w:tc>
          <w:tcPr>
            <w:tcW w:type="dxa" w:w="4160"/>
            <w:vAlign w:val="top"/>
          </w:tcPr>
          <w:p>
            <w:pPr>
              <w:spacing w:after="0" w:before="0"/>
              <w:jc w:val="left"/>
            </w:pPr>
            <w:r/>
            <w:r>
              <w:rPr>
                <w:rFonts w:ascii="Arial" w:hAnsi="Arial" w:eastAsia="Arial"/>
                <w:b w:val="0"/>
                <w:sz w:val="17"/>
              </w:rPr>
              <w:t>Help me create a simple capsule wardrobe using only clothes I already own. Ask me about my typical week and preferences, then suggest a practical number of tops, bottoms, layers, shoes, and special-occasion items. Do not recommend buying anything unless a true gap appears.</w:t>
            </w:r>
          </w:p>
        </w:tc>
      </w:tr>
      <w:tr>
        <w:trPr>
          <w:cantSplit/>
        </w:trPr>
        <w:tc>
          <w:tcPr>
            <w:tcW w:type="dxa" w:w="430"/>
            <w:vAlign w:val="top"/>
          </w:tcPr>
          <w:p>
            <w:pPr>
              <w:spacing w:after="0" w:before="0"/>
              <w:jc w:val="center"/>
            </w:pPr>
            <w:r/>
            <w:r>
              <w:rPr>
                <w:rFonts w:ascii="Arial" w:hAnsi="Arial" w:eastAsia="Arial"/>
                <w:b w:val="0"/>
                <w:sz w:val="18"/>
              </w:rPr>
              <w:t>19</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Laundry Rescue Plan</w:t>
            </w:r>
          </w:p>
        </w:tc>
        <w:tc>
          <w:tcPr>
            <w:tcW w:type="dxa" w:w="4160"/>
            <w:vAlign w:val="top"/>
          </w:tcPr>
          <w:p>
            <w:pPr>
              <w:spacing w:after="0" w:before="0"/>
              <w:jc w:val="left"/>
            </w:pPr>
            <w:r/>
            <w:r>
              <w:rPr>
                <w:rFonts w:ascii="Arial" w:hAnsi="Arial" w:eastAsia="Arial"/>
                <w:b w:val="0"/>
                <w:sz w:val="17"/>
              </w:rPr>
              <w:t>My laundry is in this condition: [describe baskets, clean clothes, dirty clothes, and available time]. Create a step-by-step rescue plan that separates washing, drying, folding, and putting away. Give me one stage at a time and include a restart point if I stop.</w:t>
            </w:r>
          </w:p>
        </w:tc>
      </w:tr>
      <w:tr>
        <w:trPr>
          <w:cantSplit/>
        </w:trPr>
        <w:tc>
          <w:tcPr>
            <w:tcW w:type="dxa" w:w="430"/>
            <w:vAlign w:val="top"/>
          </w:tcPr>
          <w:p>
            <w:pPr>
              <w:spacing w:after="0" w:before="0"/>
              <w:jc w:val="center"/>
            </w:pPr>
            <w:r/>
            <w:r>
              <w:rPr>
                <w:rFonts w:ascii="Arial" w:hAnsi="Arial" w:eastAsia="Arial"/>
                <w:b w:val="0"/>
                <w:sz w:val="18"/>
              </w:rPr>
              <w:t>20</w:t>
            </w:r>
          </w:p>
        </w:tc>
        <w:tc>
          <w:tcPr>
            <w:tcW w:type="dxa" w:w="1300"/>
            <w:vAlign w:val="top"/>
          </w:tcPr>
          <w:p>
            <w:pPr>
              <w:spacing w:after="0" w:before="0"/>
              <w:jc w:val="left"/>
            </w:pPr>
            <w:r/>
            <w:r>
              <w:rPr>
                <w:rFonts w:ascii="Arial" w:hAnsi="Arial" w:eastAsia="Arial"/>
                <w:b w:val="0"/>
                <w:sz w:val="18"/>
              </w:rPr>
              <w:t>Bedroom &amp; Closet</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Bedtime Bedroom Reset</w:t>
            </w:r>
          </w:p>
        </w:tc>
        <w:tc>
          <w:tcPr>
            <w:tcW w:type="dxa" w:w="4160"/>
            <w:vAlign w:val="top"/>
          </w:tcPr>
          <w:p>
            <w:pPr>
              <w:spacing w:after="0" w:before="0"/>
              <w:jc w:val="left"/>
            </w:pPr>
            <w:r/>
            <w:r>
              <w:rPr>
                <w:rFonts w:ascii="Arial" w:hAnsi="Arial" w:eastAsia="Arial"/>
                <w:b w:val="0"/>
                <w:sz w:val="17"/>
              </w:rPr>
              <w:t>Design a 5-minute bedtime bedroom reset that I can attach to an existing habit such as brushing my teeth. Include no more than four actions and focus on making tomorrow morning easier.</w:t>
            </w:r>
          </w:p>
        </w:tc>
      </w:tr>
      <w:tr>
        <w:trPr>
          <w:cantSplit/>
        </w:trPr>
        <w:tc>
          <w:tcPr>
            <w:tcW w:type="dxa" w:w="430"/>
            <w:vAlign w:val="top"/>
          </w:tcPr>
          <w:p>
            <w:pPr>
              <w:spacing w:after="0" w:before="0"/>
              <w:jc w:val="center"/>
            </w:pPr>
            <w:r/>
            <w:r>
              <w:rPr>
                <w:rFonts w:ascii="Arial" w:hAnsi="Arial" w:eastAsia="Arial"/>
                <w:b w:val="0"/>
                <w:sz w:val="18"/>
              </w:rPr>
              <w:t>21</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Voice Assistant</w:t>
            </w:r>
          </w:p>
        </w:tc>
        <w:tc>
          <w:tcPr>
            <w:tcW w:type="dxa" w:w="1500"/>
            <w:vAlign w:val="top"/>
          </w:tcPr>
          <w:p>
            <w:pPr>
              <w:spacing w:after="0" w:before="0"/>
              <w:jc w:val="left"/>
            </w:pPr>
            <w:r/>
            <w:r>
              <w:rPr>
                <w:rFonts w:ascii="Arial" w:hAnsi="Arial" w:eastAsia="Arial"/>
                <w:b w:val="0"/>
                <w:sz w:val="18"/>
              </w:rPr>
              <w:t>5-Minute Living Room Challenge</w:t>
            </w:r>
          </w:p>
        </w:tc>
        <w:tc>
          <w:tcPr>
            <w:tcW w:type="dxa" w:w="4160"/>
            <w:vAlign w:val="top"/>
          </w:tcPr>
          <w:p>
            <w:pPr>
              <w:spacing w:after="0" w:before="0"/>
              <w:jc w:val="left"/>
            </w:pPr>
            <w:r/>
            <w:r>
              <w:rPr>
                <w:rFonts w:ascii="Arial" w:hAnsi="Arial" w:eastAsia="Arial"/>
                <w:b w:val="0"/>
                <w:sz w:val="17"/>
              </w:rPr>
              <w:t>Create a playful 5-minute living room cleanup challenge. Focus on visible trash, dishes, one clear seat, and one clear walking path. Give me a short countdown structure and a kind message when the time ends.</w:t>
            </w:r>
          </w:p>
        </w:tc>
      </w:tr>
      <w:tr>
        <w:trPr>
          <w:cantSplit/>
        </w:trPr>
        <w:tc>
          <w:tcPr>
            <w:tcW w:type="dxa" w:w="430"/>
            <w:vAlign w:val="top"/>
          </w:tcPr>
          <w:p>
            <w:pPr>
              <w:spacing w:after="0" w:before="0"/>
              <w:jc w:val="center"/>
            </w:pPr>
            <w:r/>
            <w:r>
              <w:rPr>
                <w:rFonts w:ascii="Arial" w:hAnsi="Arial" w:eastAsia="Arial"/>
                <w:b w:val="0"/>
                <w:sz w:val="18"/>
              </w:rPr>
              <w:t>22</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Unexpected Guest Reset</w:t>
            </w:r>
          </w:p>
        </w:tc>
        <w:tc>
          <w:tcPr>
            <w:tcW w:type="dxa" w:w="4160"/>
            <w:vAlign w:val="top"/>
          </w:tcPr>
          <w:p>
            <w:pPr>
              <w:spacing w:after="0" w:before="0"/>
              <w:jc w:val="left"/>
            </w:pPr>
            <w:r/>
            <w:r>
              <w:rPr>
                <w:rFonts w:ascii="Arial" w:hAnsi="Arial" w:eastAsia="Arial"/>
                <w:b w:val="0"/>
                <w:sz w:val="17"/>
              </w:rPr>
              <w:t>I have [number] minutes before guests arrive. Create a guest-ready living room reset that focuses only on what visitors will see and use. Prioritize seating, walkways, the coffee table, dishes, trash, and lighting. Tell me what to ignore until later.</w:t>
            </w:r>
          </w:p>
        </w:tc>
      </w:tr>
      <w:tr>
        <w:trPr>
          <w:cantSplit/>
        </w:trPr>
        <w:tc>
          <w:tcPr>
            <w:tcW w:type="dxa" w:w="430"/>
            <w:vAlign w:val="top"/>
          </w:tcPr>
          <w:p>
            <w:pPr>
              <w:spacing w:after="0" w:before="0"/>
              <w:jc w:val="center"/>
            </w:pPr>
            <w:r/>
            <w:r>
              <w:rPr>
                <w:rFonts w:ascii="Arial" w:hAnsi="Arial" w:eastAsia="Arial"/>
                <w:b w:val="0"/>
                <w:sz w:val="18"/>
              </w:rPr>
              <w:t>23</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Living Room Zones</w:t>
            </w:r>
          </w:p>
        </w:tc>
        <w:tc>
          <w:tcPr>
            <w:tcW w:type="dxa" w:w="4160"/>
            <w:vAlign w:val="top"/>
          </w:tcPr>
          <w:p>
            <w:pPr>
              <w:spacing w:after="0" w:before="0"/>
              <w:jc w:val="left"/>
            </w:pPr>
            <w:r/>
            <w:r>
              <w:rPr>
                <w:rFonts w:ascii="Arial" w:hAnsi="Arial" w:eastAsia="Arial"/>
                <w:b w:val="0"/>
                <w:sz w:val="17"/>
              </w:rPr>
              <w:t>Divide my living room into small decluttering zones based on this description: [describe the room]. Put the zones in order from fastest visible win to hardest. Give each zone a 5- to 10-minute task.</w:t>
            </w:r>
          </w:p>
        </w:tc>
      </w:tr>
      <w:tr>
        <w:trPr>
          <w:cantSplit/>
        </w:trPr>
        <w:tc>
          <w:tcPr>
            <w:tcW w:type="dxa" w:w="430"/>
            <w:vAlign w:val="top"/>
          </w:tcPr>
          <w:p>
            <w:pPr>
              <w:spacing w:after="0" w:before="0"/>
              <w:jc w:val="center"/>
            </w:pPr>
            <w:r/>
            <w:r>
              <w:rPr>
                <w:rFonts w:ascii="Arial" w:hAnsi="Arial" w:eastAsia="Arial"/>
                <w:b w:val="0"/>
                <w:sz w:val="18"/>
              </w:rPr>
              <w:t>24</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Family 10-Minute Tidy</w:t>
            </w:r>
          </w:p>
        </w:tc>
        <w:tc>
          <w:tcPr>
            <w:tcW w:type="dxa" w:w="4160"/>
            <w:vAlign w:val="top"/>
          </w:tcPr>
          <w:p>
            <w:pPr>
              <w:spacing w:after="0" w:before="0"/>
              <w:jc w:val="left"/>
            </w:pPr>
            <w:r/>
            <w:r>
              <w:rPr>
                <w:rFonts w:ascii="Arial" w:hAnsi="Arial" w:eastAsia="Arial"/>
                <w:b w:val="0"/>
                <w:sz w:val="17"/>
              </w:rPr>
              <w:t>Create a 10-minute family living room reset for [number and ages of people]. Give each person one simple job, avoid assigning more than three actions per person, and include a fun finish signal.</w:t>
            </w:r>
          </w:p>
        </w:tc>
      </w:tr>
      <w:tr>
        <w:trPr>
          <w:cantSplit/>
        </w:trPr>
        <w:tc>
          <w:tcPr>
            <w:tcW w:type="dxa" w:w="430"/>
            <w:vAlign w:val="top"/>
          </w:tcPr>
          <w:p>
            <w:pPr>
              <w:spacing w:after="0" w:before="0"/>
              <w:jc w:val="center"/>
            </w:pPr>
            <w:r/>
            <w:r>
              <w:rPr>
                <w:rFonts w:ascii="Arial" w:hAnsi="Arial" w:eastAsia="Arial"/>
                <w:b w:val="0"/>
                <w:sz w:val="18"/>
              </w:rPr>
              <w:t>25</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After-Dinner Living Room Reset</w:t>
            </w:r>
          </w:p>
        </w:tc>
        <w:tc>
          <w:tcPr>
            <w:tcW w:type="dxa" w:w="4160"/>
            <w:vAlign w:val="top"/>
          </w:tcPr>
          <w:p>
            <w:pPr>
              <w:spacing w:after="0" w:before="0"/>
              <w:jc w:val="left"/>
            </w:pPr>
            <w:r/>
            <w:r>
              <w:rPr>
                <w:rFonts w:ascii="Arial" w:hAnsi="Arial" w:eastAsia="Arial"/>
                <w:b w:val="0"/>
                <w:sz w:val="17"/>
              </w:rPr>
              <w:t>Design a 5-minute after-dinner living room reset that can be repeated daily. Include a cue, three actions, and a small reward. Make it flexible enough for low-energy evenings.</w:t>
            </w:r>
          </w:p>
        </w:tc>
      </w:tr>
      <w:tr>
        <w:trPr>
          <w:cantSplit/>
        </w:trPr>
        <w:tc>
          <w:tcPr>
            <w:tcW w:type="dxa" w:w="430"/>
            <w:vAlign w:val="top"/>
          </w:tcPr>
          <w:p>
            <w:pPr>
              <w:spacing w:after="0" w:before="0"/>
              <w:jc w:val="center"/>
            </w:pPr>
            <w:r/>
            <w:r>
              <w:rPr>
                <w:rFonts w:ascii="Arial" w:hAnsi="Arial" w:eastAsia="Arial"/>
                <w:b w:val="0"/>
                <w:sz w:val="18"/>
              </w:rPr>
              <w:t>26</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Fast Toy Cleanup</w:t>
            </w:r>
          </w:p>
        </w:tc>
        <w:tc>
          <w:tcPr>
            <w:tcW w:type="dxa" w:w="4160"/>
            <w:vAlign w:val="top"/>
          </w:tcPr>
          <w:p>
            <w:pPr>
              <w:spacing w:after="0" w:before="0"/>
              <w:jc w:val="left"/>
            </w:pPr>
            <w:r/>
            <w:r>
              <w:rPr>
                <w:rFonts w:ascii="Arial" w:hAnsi="Arial" w:eastAsia="Arial"/>
                <w:b w:val="0"/>
                <w:sz w:val="17"/>
              </w:rPr>
              <w:t>Help me create a fast toy cleanup routine for a shared living room. Ask about the children's ages, toy types, and current storage. Recommend visible, easy-to-use containers and a 5-minute cleanup game.</w:t>
            </w:r>
          </w:p>
        </w:tc>
      </w:tr>
      <w:tr>
        <w:trPr>
          <w:cantSplit/>
        </w:trPr>
        <w:tc>
          <w:tcPr>
            <w:tcW w:type="dxa" w:w="430"/>
            <w:vAlign w:val="top"/>
          </w:tcPr>
          <w:p>
            <w:pPr>
              <w:spacing w:after="0" w:before="0"/>
              <w:jc w:val="center"/>
            </w:pPr>
            <w:r/>
            <w:r>
              <w:rPr>
                <w:rFonts w:ascii="Arial" w:hAnsi="Arial" w:eastAsia="Arial"/>
                <w:b w:val="0"/>
                <w:sz w:val="18"/>
              </w:rPr>
              <w:t>27</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Coffee Table Reset</w:t>
            </w:r>
          </w:p>
        </w:tc>
        <w:tc>
          <w:tcPr>
            <w:tcW w:type="dxa" w:w="4160"/>
            <w:vAlign w:val="top"/>
          </w:tcPr>
          <w:p>
            <w:pPr>
              <w:spacing w:after="0" w:before="0"/>
              <w:jc w:val="left"/>
            </w:pPr>
            <w:r/>
            <w:r>
              <w:rPr>
                <w:rFonts w:ascii="Arial" w:hAnsi="Arial" w:eastAsia="Arial"/>
                <w:b w:val="0"/>
                <w:sz w:val="17"/>
              </w:rPr>
              <w:t>Guide me through clearing and simplifying my coffee table. Help me decide what belongs there every day, what needs another home, and what can be discarded. Keep the entire process under 10 minutes.</w:t>
            </w:r>
          </w:p>
        </w:tc>
      </w:tr>
      <w:tr>
        <w:trPr>
          <w:cantSplit/>
        </w:trPr>
        <w:tc>
          <w:tcPr>
            <w:tcW w:type="dxa" w:w="430"/>
            <w:vAlign w:val="top"/>
          </w:tcPr>
          <w:p>
            <w:pPr>
              <w:spacing w:after="0" w:before="0"/>
              <w:jc w:val="center"/>
            </w:pPr>
            <w:r/>
            <w:r>
              <w:rPr>
                <w:rFonts w:ascii="Arial" w:hAnsi="Arial" w:eastAsia="Arial"/>
                <w:b w:val="0"/>
                <w:sz w:val="18"/>
              </w:rPr>
              <w:t>28</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Evening Shared-Space Checklist</w:t>
            </w:r>
          </w:p>
        </w:tc>
        <w:tc>
          <w:tcPr>
            <w:tcW w:type="dxa" w:w="4160"/>
            <w:vAlign w:val="top"/>
          </w:tcPr>
          <w:p>
            <w:pPr>
              <w:spacing w:after="0" w:before="0"/>
              <w:jc w:val="left"/>
            </w:pPr>
            <w:r/>
            <w:r>
              <w:rPr>
                <w:rFonts w:ascii="Arial" w:hAnsi="Arial" w:eastAsia="Arial"/>
                <w:b w:val="0"/>
                <w:sz w:val="17"/>
              </w:rPr>
              <w:t>Create a short evening checklist for resetting shared spaces. Limit it to five items, make each item observable and specific, and include an easier version for nights when energy is low.</w:t>
            </w:r>
          </w:p>
        </w:tc>
      </w:tr>
      <w:tr>
        <w:trPr>
          <w:cantSplit/>
        </w:trPr>
        <w:tc>
          <w:tcPr>
            <w:tcW w:type="dxa" w:w="430"/>
            <w:vAlign w:val="top"/>
          </w:tcPr>
          <w:p>
            <w:pPr>
              <w:spacing w:after="0" w:before="0"/>
              <w:jc w:val="center"/>
            </w:pPr>
            <w:r/>
            <w:r>
              <w:rPr>
                <w:rFonts w:ascii="Arial" w:hAnsi="Arial" w:eastAsia="Arial"/>
                <w:b w:val="0"/>
                <w:sz w:val="18"/>
              </w:rPr>
              <w:t>29</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Choose the First Living Room Task</w:t>
            </w:r>
          </w:p>
        </w:tc>
        <w:tc>
          <w:tcPr>
            <w:tcW w:type="dxa" w:w="4160"/>
            <w:vAlign w:val="top"/>
          </w:tcPr>
          <w:p>
            <w:pPr>
              <w:spacing w:after="0" w:before="0"/>
              <w:jc w:val="left"/>
            </w:pPr>
            <w:r/>
            <w:r>
              <w:rPr>
                <w:rFonts w:ascii="Arial" w:hAnsi="Arial" w:eastAsia="Arial"/>
                <w:b w:val="0"/>
                <w:sz w:val="17"/>
              </w:rPr>
              <w:t>Ask me what is blocking seating, walking, and relaxation in my living room. Based on my answers, identify the first task that will reduce the most stress in under 5 minutes.</w:t>
            </w:r>
          </w:p>
        </w:tc>
      </w:tr>
      <w:tr>
        <w:trPr>
          <w:cantSplit/>
        </w:trPr>
        <w:tc>
          <w:tcPr>
            <w:tcW w:type="dxa" w:w="430"/>
            <w:vAlign w:val="top"/>
          </w:tcPr>
          <w:p>
            <w:pPr>
              <w:spacing w:after="0" w:before="0"/>
              <w:jc w:val="center"/>
            </w:pPr>
            <w:r/>
            <w:r>
              <w:rPr>
                <w:rFonts w:ascii="Arial" w:hAnsi="Arial" w:eastAsia="Arial"/>
                <w:b w:val="0"/>
                <w:sz w:val="18"/>
              </w:rPr>
              <w:t>30</w:t>
            </w:r>
          </w:p>
        </w:tc>
        <w:tc>
          <w:tcPr>
            <w:tcW w:type="dxa" w:w="1300"/>
            <w:vAlign w:val="top"/>
          </w:tcPr>
          <w:p>
            <w:pPr>
              <w:spacing w:after="0" w:before="0"/>
              <w:jc w:val="left"/>
            </w:pPr>
            <w:r/>
            <w:r>
              <w:rPr>
                <w:rFonts w:ascii="Arial" w:hAnsi="Arial" w:eastAsia="Arial"/>
                <w:b w:val="0"/>
                <w:sz w:val="18"/>
              </w:rPr>
              <w:t>Living Room &amp; Shared Spaces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Encouragement While Cleaning</w:t>
            </w:r>
          </w:p>
        </w:tc>
        <w:tc>
          <w:tcPr>
            <w:tcW w:type="dxa" w:w="4160"/>
            <w:vAlign w:val="top"/>
          </w:tcPr>
          <w:p>
            <w:pPr>
              <w:spacing w:after="0" w:before="0"/>
              <w:jc w:val="left"/>
            </w:pPr>
            <w:r/>
            <w:r>
              <w:rPr>
                <w:rFonts w:ascii="Arial" w:hAnsi="Arial" w:eastAsia="Arial"/>
                <w:b w:val="0"/>
                <w:sz w:val="17"/>
              </w:rPr>
              <w:t>Act as a supportive body double while I reset my living room for [number] minutes. Ask me to choose one goal, wait while I work, and respond to my progress updates with brief, genuine encouragement. If I get distracted, help me restart without criticism.</w:t>
            </w:r>
          </w:p>
        </w:tc>
      </w:tr>
      <w:tr>
        <w:trPr>
          <w:cantSplit/>
        </w:trPr>
        <w:tc>
          <w:tcPr>
            <w:tcW w:type="dxa" w:w="430"/>
            <w:vAlign w:val="top"/>
          </w:tcPr>
          <w:p>
            <w:pPr>
              <w:spacing w:after="0" w:before="0"/>
              <w:jc w:val="center"/>
            </w:pPr>
            <w:r/>
            <w:r>
              <w:rPr>
                <w:rFonts w:ascii="Arial" w:hAnsi="Arial" w:eastAsia="Arial"/>
                <w:b w:val="0"/>
                <w:sz w:val="18"/>
              </w:rPr>
              <w:t>31</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Sort a Mail Pile</w:t>
            </w:r>
          </w:p>
        </w:tc>
        <w:tc>
          <w:tcPr>
            <w:tcW w:type="dxa" w:w="4160"/>
            <w:vAlign w:val="top"/>
          </w:tcPr>
          <w:p>
            <w:pPr>
              <w:spacing w:after="0" w:before="0"/>
              <w:jc w:val="left"/>
            </w:pPr>
            <w:r/>
            <w:r>
              <w:rPr>
                <w:rFonts w:ascii="Arial" w:hAnsi="Arial" w:eastAsia="Arial"/>
                <w:b w:val="0"/>
                <w:sz w:val="17"/>
              </w:rPr>
              <w:t>Help me sort a pile of mail using only four categories: Act, File, Shred, and Recycle. Explain each category in one sentence, then guide me through five pieces at a time. If I am unsure, tell me how to park the item safely for later review.</w:t>
            </w:r>
          </w:p>
        </w:tc>
      </w:tr>
      <w:tr>
        <w:trPr>
          <w:cantSplit/>
        </w:trPr>
        <w:tc>
          <w:tcPr>
            <w:tcW w:type="dxa" w:w="430"/>
            <w:vAlign w:val="top"/>
          </w:tcPr>
          <w:p>
            <w:pPr>
              <w:spacing w:after="0" w:before="0"/>
              <w:jc w:val="center"/>
            </w:pPr>
            <w:r/>
            <w:r>
              <w:rPr>
                <w:rFonts w:ascii="Arial" w:hAnsi="Arial" w:eastAsia="Arial"/>
                <w:b w:val="0"/>
                <w:sz w:val="18"/>
              </w:rPr>
              <w:t>32</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Three-Pile Method</w:t>
            </w:r>
          </w:p>
        </w:tc>
        <w:tc>
          <w:tcPr>
            <w:tcW w:type="dxa" w:w="4160"/>
            <w:vAlign w:val="top"/>
          </w:tcPr>
          <w:p>
            <w:pPr>
              <w:spacing w:after="0" w:before="0"/>
              <w:jc w:val="left"/>
            </w:pPr>
            <w:r/>
            <w:r>
              <w:rPr>
                <w:rFonts w:ascii="Arial" w:hAnsi="Arial" w:eastAsia="Arial"/>
                <w:b w:val="0"/>
                <w:sz w:val="17"/>
              </w:rPr>
              <w:t>Explain the Three-Pile Method for paper clutter in beginner-friendly language. Then adapt it to my situation: [describe the pile]. Give me a 10-minute version and tell me exactly what supplies to gather first.</w:t>
            </w:r>
          </w:p>
        </w:tc>
      </w:tr>
      <w:tr>
        <w:trPr>
          <w:cantSplit/>
        </w:trPr>
        <w:tc>
          <w:tcPr>
            <w:tcW w:type="dxa" w:w="430"/>
            <w:vAlign w:val="top"/>
          </w:tcPr>
          <w:p>
            <w:pPr>
              <w:spacing w:after="0" w:before="0"/>
              <w:jc w:val="center"/>
            </w:pPr>
            <w:r/>
            <w:r>
              <w:rPr>
                <w:rFonts w:ascii="Arial" w:hAnsi="Arial" w:eastAsia="Arial"/>
                <w:b w:val="0"/>
                <w:sz w:val="18"/>
              </w:rPr>
              <w:t>33</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Today's Paperwork Checklist</w:t>
            </w:r>
          </w:p>
        </w:tc>
        <w:tc>
          <w:tcPr>
            <w:tcW w:type="dxa" w:w="4160"/>
            <w:vAlign w:val="top"/>
          </w:tcPr>
          <w:p>
            <w:pPr>
              <w:spacing w:after="0" w:before="0"/>
              <w:jc w:val="left"/>
            </w:pPr>
            <w:r/>
            <w:r>
              <w:rPr>
                <w:rFonts w:ascii="Arial" w:hAnsi="Arial" w:eastAsia="Arial"/>
                <w:b w:val="0"/>
                <w:sz w:val="17"/>
              </w:rPr>
              <w:t>Create a short checklist for handling today's paperwork. My available time is [time], and the papers include [types of papers]. Put urgent deadlines first and limit the checklist to what can realistically be completed today.</w:t>
            </w:r>
          </w:p>
        </w:tc>
      </w:tr>
      <w:tr>
        <w:trPr>
          <w:cantSplit/>
        </w:trPr>
        <w:tc>
          <w:tcPr>
            <w:tcW w:type="dxa" w:w="430"/>
            <w:vAlign w:val="top"/>
          </w:tcPr>
          <w:p>
            <w:pPr>
              <w:spacing w:after="0" w:before="0"/>
              <w:jc w:val="center"/>
            </w:pPr>
            <w:r/>
            <w:r>
              <w:rPr>
                <w:rFonts w:ascii="Arial" w:hAnsi="Arial" w:eastAsia="Arial"/>
                <w:b w:val="0"/>
                <w:sz w:val="18"/>
              </w:rPr>
              <w:t>34</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Important Document System</w:t>
            </w:r>
          </w:p>
        </w:tc>
        <w:tc>
          <w:tcPr>
            <w:tcW w:type="dxa" w:w="4160"/>
            <w:vAlign w:val="top"/>
          </w:tcPr>
          <w:p>
            <w:pPr>
              <w:spacing w:after="0" w:before="0"/>
              <w:jc w:val="left"/>
            </w:pPr>
            <w:r/>
            <w:r>
              <w:rPr>
                <w:rFonts w:ascii="Arial" w:hAnsi="Arial" w:eastAsia="Arial"/>
                <w:b w:val="0"/>
                <w:sz w:val="17"/>
              </w:rPr>
              <w:t>Help me create a simple home document system for identification, taxes, insurance, medical records, property, vehicles, school, and warranties. Recommend broad categories, clear labels, and one temporary inbox for unsorted papers.</w:t>
            </w:r>
          </w:p>
        </w:tc>
      </w:tr>
      <w:tr>
        <w:trPr>
          <w:cantSplit/>
        </w:trPr>
        <w:tc>
          <w:tcPr>
            <w:tcW w:type="dxa" w:w="430"/>
            <w:vAlign w:val="top"/>
          </w:tcPr>
          <w:p>
            <w:pPr>
              <w:spacing w:after="0" w:before="0"/>
              <w:jc w:val="center"/>
            </w:pPr>
            <w:r/>
            <w:r>
              <w:rPr>
                <w:rFonts w:ascii="Arial" w:hAnsi="Arial" w:eastAsia="Arial"/>
                <w:b w:val="0"/>
                <w:sz w:val="18"/>
              </w:rPr>
              <w:t>35</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What Papers Should I Keep?</w:t>
            </w:r>
          </w:p>
        </w:tc>
        <w:tc>
          <w:tcPr>
            <w:tcW w:type="dxa" w:w="4160"/>
            <w:vAlign w:val="top"/>
          </w:tcPr>
          <w:p>
            <w:pPr>
              <w:spacing w:after="0" w:before="0"/>
              <w:jc w:val="left"/>
            </w:pPr>
            <w:r/>
            <w:r>
              <w:rPr>
                <w:rFonts w:ascii="Arial" w:hAnsi="Arial" w:eastAsia="Arial"/>
                <w:b w:val="0"/>
                <w:sz w:val="17"/>
              </w:rPr>
              <w:t>I have this document: [describe it without sharing private numbers]. Explain whether people commonly keep, shred, or verify retention requirements for this type of paper. Tell me when I should consult an accountant, attorney, government agency, or official record-retention source.</w:t>
            </w:r>
          </w:p>
        </w:tc>
      </w:tr>
      <w:tr>
        <w:trPr>
          <w:cantSplit/>
        </w:trPr>
        <w:tc>
          <w:tcPr>
            <w:tcW w:type="dxa" w:w="430"/>
            <w:vAlign w:val="top"/>
          </w:tcPr>
          <w:p>
            <w:pPr>
              <w:spacing w:after="0" w:before="0"/>
              <w:jc w:val="center"/>
            </w:pPr>
            <w:r/>
            <w:r>
              <w:rPr>
                <w:rFonts w:ascii="Arial" w:hAnsi="Arial" w:eastAsia="Arial"/>
                <w:b w:val="0"/>
                <w:sz w:val="18"/>
              </w:rPr>
              <w:t>36</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Beginner Filing System</w:t>
            </w:r>
          </w:p>
        </w:tc>
        <w:tc>
          <w:tcPr>
            <w:tcW w:type="dxa" w:w="4160"/>
            <w:vAlign w:val="top"/>
          </w:tcPr>
          <w:p>
            <w:pPr>
              <w:spacing w:after="0" w:before="0"/>
              <w:jc w:val="left"/>
            </w:pPr>
            <w:r/>
            <w:r>
              <w:rPr>
                <w:rFonts w:ascii="Arial" w:hAnsi="Arial" w:eastAsia="Arial"/>
                <w:b w:val="0"/>
                <w:sz w:val="17"/>
              </w:rPr>
              <w:t>Design a low-maintenance filing system for someone with ADHD who will not maintain many detailed folders. Use the fewest useful categories, include an action folder, and explain how to process it once a week.</w:t>
            </w:r>
          </w:p>
        </w:tc>
      </w:tr>
      <w:tr>
        <w:trPr>
          <w:cantSplit/>
        </w:trPr>
        <w:tc>
          <w:tcPr>
            <w:tcW w:type="dxa" w:w="430"/>
            <w:vAlign w:val="top"/>
          </w:tcPr>
          <w:p>
            <w:pPr>
              <w:spacing w:after="0" w:before="0"/>
              <w:jc w:val="center"/>
            </w:pPr>
            <w:r/>
            <w:r>
              <w:rPr>
                <w:rFonts w:ascii="Arial" w:hAnsi="Arial" w:eastAsia="Arial"/>
                <w:b w:val="0"/>
                <w:sz w:val="18"/>
              </w:rPr>
              <w:t>37</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Receipt Organization</w:t>
            </w:r>
          </w:p>
        </w:tc>
        <w:tc>
          <w:tcPr>
            <w:tcW w:type="dxa" w:w="4160"/>
            <w:vAlign w:val="top"/>
          </w:tcPr>
          <w:p>
            <w:pPr>
              <w:spacing w:after="0" w:before="0"/>
              <w:jc w:val="left"/>
            </w:pPr>
            <w:r/>
            <w:r>
              <w:rPr>
                <w:rFonts w:ascii="Arial" w:hAnsi="Arial" w:eastAsia="Arial"/>
                <w:b w:val="0"/>
                <w:sz w:val="17"/>
              </w:rPr>
              <w:t>Help me organize receipts for [personal expenses, taxes, warranties, reimbursements, or business]. Create a simple capture, review, and disposal routine. Include both paper and digital options and warn me not to share financial account numbers with AI.</w:t>
            </w:r>
          </w:p>
        </w:tc>
      </w:tr>
      <w:tr>
        <w:trPr>
          <w:cantSplit/>
        </w:trPr>
        <w:tc>
          <w:tcPr>
            <w:tcW w:type="dxa" w:w="430"/>
            <w:vAlign w:val="top"/>
          </w:tcPr>
          <w:p>
            <w:pPr>
              <w:spacing w:after="0" w:before="0"/>
              <w:jc w:val="center"/>
            </w:pPr>
            <w:r/>
            <w:r>
              <w:rPr>
                <w:rFonts w:ascii="Arial" w:hAnsi="Arial" w:eastAsia="Arial"/>
                <w:b w:val="0"/>
                <w:sz w:val="18"/>
              </w:rPr>
              <w:t>38</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Weekly Paperwork Routine</w:t>
            </w:r>
          </w:p>
        </w:tc>
        <w:tc>
          <w:tcPr>
            <w:tcW w:type="dxa" w:w="4160"/>
            <w:vAlign w:val="top"/>
          </w:tcPr>
          <w:p>
            <w:pPr>
              <w:spacing w:after="0" w:before="0"/>
              <w:jc w:val="left"/>
            </w:pPr>
            <w:r/>
            <w:r>
              <w:rPr>
                <w:rFonts w:ascii="Arial" w:hAnsi="Arial" w:eastAsia="Arial"/>
                <w:b w:val="0"/>
                <w:sz w:val="17"/>
              </w:rPr>
              <w:t>Create a 15-minute weekly paperwork routine tied to an existing anchor such as Sunday coffee or payday. Include opening mail, handling urgent items, filing, shredding, and choosing the next action.</w:t>
            </w:r>
          </w:p>
        </w:tc>
      </w:tr>
      <w:tr>
        <w:trPr>
          <w:cantSplit/>
        </w:trPr>
        <w:tc>
          <w:tcPr>
            <w:tcW w:type="dxa" w:w="430"/>
            <w:vAlign w:val="top"/>
          </w:tcPr>
          <w:p>
            <w:pPr>
              <w:spacing w:after="0" w:before="0"/>
              <w:jc w:val="center"/>
            </w:pPr>
            <w:r/>
            <w:r>
              <w:rPr>
                <w:rFonts w:ascii="Arial" w:hAnsi="Arial" w:eastAsia="Arial"/>
                <w:b w:val="0"/>
                <w:sz w:val="18"/>
              </w:rPr>
              <w:t>39</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Break Paperwork Avoidance</w:t>
            </w:r>
          </w:p>
        </w:tc>
        <w:tc>
          <w:tcPr>
            <w:tcW w:type="dxa" w:w="4160"/>
            <w:vAlign w:val="top"/>
          </w:tcPr>
          <w:p>
            <w:pPr>
              <w:spacing w:after="0" w:before="0"/>
              <w:jc w:val="left"/>
            </w:pPr>
            <w:r/>
            <w:r>
              <w:rPr>
                <w:rFonts w:ascii="Arial" w:hAnsi="Arial" w:eastAsia="Arial"/>
                <w:b w:val="0"/>
                <w:sz w:val="17"/>
              </w:rPr>
              <w:t>I am avoiding this paperwork because [describe the feeling or concern]. Respond without judgment, help me identify the smallest safe first action, and give me a 5-minute plan that does not require finishing the entire task.</w:t>
            </w:r>
          </w:p>
        </w:tc>
      </w:tr>
      <w:tr>
        <w:trPr>
          <w:cantSplit/>
        </w:trPr>
        <w:tc>
          <w:tcPr>
            <w:tcW w:type="dxa" w:w="430"/>
            <w:vAlign w:val="top"/>
          </w:tcPr>
          <w:p>
            <w:pPr>
              <w:spacing w:after="0" w:before="0"/>
              <w:jc w:val="center"/>
            </w:pPr>
            <w:r/>
            <w:r>
              <w:rPr>
                <w:rFonts w:ascii="Arial" w:hAnsi="Arial" w:eastAsia="Arial"/>
                <w:b w:val="0"/>
                <w:sz w:val="18"/>
              </w:rPr>
              <w:t>40</w:t>
            </w:r>
          </w:p>
        </w:tc>
        <w:tc>
          <w:tcPr>
            <w:tcW w:type="dxa" w:w="1300"/>
            <w:vAlign w:val="top"/>
          </w:tcPr>
          <w:p>
            <w:pPr>
              <w:spacing w:after="0" w:before="0"/>
              <w:jc w:val="left"/>
            </w:pPr>
            <w:r/>
            <w:r>
              <w:rPr>
                <w:rFonts w:ascii="Arial" w:hAnsi="Arial" w:eastAsia="Arial"/>
                <w:b w:val="0"/>
                <w:sz w:val="18"/>
              </w:rPr>
              <w:t>Paper Clutter</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One Paperwork Task Today</w:t>
            </w:r>
          </w:p>
        </w:tc>
        <w:tc>
          <w:tcPr>
            <w:tcW w:type="dxa" w:w="4160"/>
            <w:vAlign w:val="top"/>
          </w:tcPr>
          <w:p>
            <w:pPr>
              <w:spacing w:after="0" w:before="0"/>
              <w:jc w:val="left"/>
            </w:pPr>
            <w:r/>
            <w:r>
              <w:rPr>
                <w:rFonts w:ascii="Arial" w:hAnsi="Arial" w:eastAsia="Arial"/>
                <w:b w:val="0"/>
                <w:sz w:val="17"/>
              </w:rPr>
              <w:t>Ask me three questions about my paper pile and any deadlines. Then choose one paperwork task that gives the greatest relief today and break it into steps of less than two minutes each.</w:t>
            </w:r>
          </w:p>
        </w:tc>
      </w:tr>
      <w:tr>
        <w:trPr>
          <w:cantSplit/>
        </w:trPr>
        <w:tc>
          <w:tcPr>
            <w:tcW w:type="dxa" w:w="430"/>
            <w:vAlign w:val="top"/>
          </w:tcPr>
          <w:p>
            <w:pPr>
              <w:spacing w:after="0" w:before="0"/>
              <w:jc w:val="center"/>
            </w:pPr>
            <w:r/>
            <w:r>
              <w:rPr>
                <w:rFonts w:ascii="Arial" w:hAnsi="Arial" w:eastAsia="Arial"/>
                <w:b w:val="0"/>
                <w:sz w:val="18"/>
              </w:rPr>
              <w:t>41</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Copilot</w:t>
            </w:r>
          </w:p>
        </w:tc>
        <w:tc>
          <w:tcPr>
            <w:tcW w:type="dxa" w:w="1500"/>
            <w:vAlign w:val="top"/>
          </w:tcPr>
          <w:p>
            <w:pPr>
              <w:spacing w:after="0" w:before="0"/>
              <w:jc w:val="left"/>
            </w:pPr>
            <w:r/>
            <w:r>
              <w:rPr>
                <w:rFonts w:ascii="Arial" w:hAnsi="Arial" w:eastAsia="Arial"/>
                <w:b w:val="0"/>
                <w:sz w:val="18"/>
              </w:rPr>
              <w:t>Email Inbox Reset</w:t>
            </w:r>
          </w:p>
        </w:tc>
        <w:tc>
          <w:tcPr>
            <w:tcW w:type="dxa" w:w="4160"/>
            <w:vAlign w:val="top"/>
          </w:tcPr>
          <w:p>
            <w:pPr>
              <w:spacing w:after="0" w:before="0"/>
              <w:jc w:val="left"/>
            </w:pPr>
            <w:r/>
            <w:r>
              <w:rPr>
                <w:rFonts w:ascii="Arial" w:hAnsi="Arial" w:eastAsia="Arial"/>
                <w:b w:val="0"/>
                <w:sz w:val="17"/>
              </w:rPr>
              <w:t>Help me reduce inbox stress without requiring inbox zero. Ask which email service I use and how many unread messages I have. Then create a safe plan using search, archive, unsubscribe, and action categories. Do not suggest deleting important messages without review.</w:t>
            </w:r>
          </w:p>
        </w:tc>
      </w:tr>
      <w:tr>
        <w:trPr>
          <w:cantSplit/>
        </w:trPr>
        <w:tc>
          <w:tcPr>
            <w:tcW w:type="dxa" w:w="430"/>
            <w:vAlign w:val="top"/>
          </w:tcPr>
          <w:p>
            <w:pPr>
              <w:spacing w:after="0" w:before="0"/>
              <w:jc w:val="center"/>
            </w:pPr>
            <w:r/>
            <w:r>
              <w:rPr>
                <w:rFonts w:ascii="Arial" w:hAnsi="Arial" w:eastAsia="Arial"/>
                <w:b w:val="0"/>
                <w:sz w:val="18"/>
              </w:rPr>
              <w:t>42</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Copilot</w:t>
            </w:r>
          </w:p>
        </w:tc>
        <w:tc>
          <w:tcPr>
            <w:tcW w:type="dxa" w:w="1500"/>
            <w:vAlign w:val="top"/>
          </w:tcPr>
          <w:p>
            <w:pPr>
              <w:spacing w:after="0" w:before="0"/>
              <w:jc w:val="left"/>
            </w:pPr>
            <w:r/>
            <w:r>
              <w:rPr>
                <w:rFonts w:ascii="Arial" w:hAnsi="Arial" w:eastAsia="Arial"/>
                <w:b w:val="0"/>
                <w:sz w:val="18"/>
              </w:rPr>
              <w:t>Simple Computer Folder System</w:t>
            </w:r>
          </w:p>
        </w:tc>
        <w:tc>
          <w:tcPr>
            <w:tcW w:type="dxa" w:w="4160"/>
            <w:vAlign w:val="top"/>
          </w:tcPr>
          <w:p>
            <w:pPr>
              <w:spacing w:after="0" w:before="0"/>
              <w:jc w:val="left"/>
            </w:pPr>
            <w:r/>
            <w:r>
              <w:rPr>
                <w:rFonts w:ascii="Arial" w:hAnsi="Arial" w:eastAsia="Arial"/>
                <w:b w:val="0"/>
                <w:sz w:val="17"/>
              </w:rPr>
              <w:t>Create a simple computer folder system for my files. My main file types are [list types]. Use broad folders, consistent names, an Inbox folder for new files, and an Archive folder. Explain where common files should go.</w:t>
            </w:r>
          </w:p>
        </w:tc>
      </w:tr>
      <w:tr>
        <w:trPr>
          <w:cantSplit/>
        </w:trPr>
        <w:tc>
          <w:tcPr>
            <w:tcW w:type="dxa" w:w="430"/>
            <w:vAlign w:val="top"/>
          </w:tcPr>
          <w:p>
            <w:pPr>
              <w:spacing w:after="0" w:before="0"/>
              <w:jc w:val="center"/>
            </w:pPr>
            <w:r/>
            <w:r>
              <w:rPr>
                <w:rFonts w:ascii="Arial" w:hAnsi="Arial" w:eastAsia="Arial"/>
                <w:b w:val="0"/>
                <w:sz w:val="18"/>
              </w:rPr>
              <w:t>43</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Copilot</w:t>
            </w:r>
          </w:p>
        </w:tc>
        <w:tc>
          <w:tcPr>
            <w:tcW w:type="dxa" w:w="1500"/>
            <w:vAlign w:val="top"/>
          </w:tcPr>
          <w:p>
            <w:pPr>
              <w:spacing w:after="0" w:before="0"/>
              <w:jc w:val="left"/>
            </w:pPr>
            <w:r/>
            <w:r>
              <w:rPr>
                <w:rFonts w:ascii="Arial" w:hAnsi="Arial" w:eastAsia="Arial"/>
                <w:b w:val="0"/>
                <w:sz w:val="18"/>
              </w:rPr>
              <w:t>Desktop Cleanup</w:t>
            </w:r>
          </w:p>
        </w:tc>
        <w:tc>
          <w:tcPr>
            <w:tcW w:type="dxa" w:w="4160"/>
            <w:vAlign w:val="top"/>
          </w:tcPr>
          <w:p>
            <w:pPr>
              <w:spacing w:after="0" w:before="0"/>
              <w:jc w:val="left"/>
            </w:pPr>
            <w:r/>
            <w:r>
              <w:rPr>
                <w:rFonts w:ascii="Arial" w:hAnsi="Arial" w:eastAsia="Arial"/>
                <w:b w:val="0"/>
                <w:sz w:val="17"/>
              </w:rPr>
              <w:t>Guide me through a 10-minute desktop cleanup. Help me move screenshots, downloads, documents, and shortcuts into a small number of folders. Give me one step at a time and include a safe "Review Later" folder.</w:t>
            </w:r>
          </w:p>
        </w:tc>
      </w:tr>
      <w:tr>
        <w:trPr>
          <w:cantSplit/>
        </w:trPr>
        <w:tc>
          <w:tcPr>
            <w:tcW w:type="dxa" w:w="430"/>
            <w:vAlign w:val="top"/>
          </w:tcPr>
          <w:p>
            <w:pPr>
              <w:spacing w:after="0" w:before="0"/>
              <w:jc w:val="center"/>
            </w:pPr>
            <w:r/>
            <w:r>
              <w:rPr>
                <w:rFonts w:ascii="Arial" w:hAnsi="Arial" w:eastAsia="Arial"/>
                <w:b w:val="0"/>
                <w:sz w:val="18"/>
              </w:rPr>
              <w:t>44</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Unsubscribe Plan</w:t>
            </w:r>
          </w:p>
        </w:tc>
        <w:tc>
          <w:tcPr>
            <w:tcW w:type="dxa" w:w="4160"/>
            <w:vAlign w:val="top"/>
          </w:tcPr>
          <w:p>
            <w:pPr>
              <w:spacing w:after="0" w:before="0"/>
              <w:jc w:val="left"/>
            </w:pPr>
            <w:r/>
            <w:r>
              <w:rPr>
                <w:rFonts w:ascii="Arial" w:hAnsi="Arial" w:eastAsia="Arial"/>
                <w:b w:val="0"/>
                <w:sz w:val="17"/>
              </w:rPr>
              <w:t>Create a 10-minute email unsubscribe plan. Help me search for newsletters, promotions, and automated messages, then choose which senders to unsubscribe from. Remind me to keep security alerts, receipts, and important account messages.</w:t>
            </w:r>
          </w:p>
        </w:tc>
      </w:tr>
      <w:tr>
        <w:trPr>
          <w:cantSplit/>
        </w:trPr>
        <w:tc>
          <w:tcPr>
            <w:tcW w:type="dxa" w:w="430"/>
            <w:vAlign w:val="top"/>
          </w:tcPr>
          <w:p>
            <w:pPr>
              <w:spacing w:after="0" w:before="0"/>
              <w:jc w:val="center"/>
            </w:pPr>
            <w:r/>
            <w:r>
              <w:rPr>
                <w:rFonts w:ascii="Arial" w:hAnsi="Arial" w:eastAsia="Arial"/>
                <w:b w:val="0"/>
                <w:sz w:val="18"/>
              </w:rPr>
              <w:t>45</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Copilot</w:t>
            </w:r>
          </w:p>
        </w:tc>
        <w:tc>
          <w:tcPr>
            <w:tcW w:type="dxa" w:w="1500"/>
            <w:vAlign w:val="top"/>
          </w:tcPr>
          <w:p>
            <w:pPr>
              <w:spacing w:after="0" w:before="0"/>
              <w:jc w:val="left"/>
            </w:pPr>
            <w:r/>
            <w:r>
              <w:rPr>
                <w:rFonts w:ascii="Arial" w:hAnsi="Arial" w:eastAsia="Arial"/>
                <w:b w:val="0"/>
                <w:sz w:val="18"/>
              </w:rPr>
              <w:t>Document Folder Suggestions</w:t>
            </w:r>
          </w:p>
        </w:tc>
        <w:tc>
          <w:tcPr>
            <w:tcW w:type="dxa" w:w="4160"/>
            <w:vAlign w:val="top"/>
          </w:tcPr>
          <w:p>
            <w:pPr>
              <w:spacing w:after="0" w:before="0"/>
              <w:jc w:val="left"/>
            </w:pPr>
            <w:r/>
            <w:r>
              <w:rPr>
                <w:rFonts w:ascii="Arial" w:hAnsi="Arial" w:eastAsia="Arial"/>
                <w:b w:val="0"/>
                <w:sz w:val="17"/>
              </w:rPr>
              <w:t>Based on these documents [describe file types, not private contents], recommend a simple folder and naming structure. Include examples of clear file names using date, topic, and version.</w:t>
            </w:r>
          </w:p>
        </w:tc>
      </w:tr>
      <w:tr>
        <w:trPr>
          <w:cantSplit/>
        </w:trPr>
        <w:tc>
          <w:tcPr>
            <w:tcW w:type="dxa" w:w="430"/>
            <w:vAlign w:val="top"/>
          </w:tcPr>
          <w:p>
            <w:pPr>
              <w:spacing w:after="0" w:before="0"/>
              <w:jc w:val="center"/>
            </w:pPr>
            <w:r/>
            <w:r>
              <w:rPr>
                <w:rFonts w:ascii="Arial" w:hAnsi="Arial" w:eastAsia="Arial"/>
                <w:b w:val="0"/>
                <w:sz w:val="18"/>
              </w:rPr>
              <w:t>46</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Reduce Phone Notifications</w:t>
            </w:r>
          </w:p>
        </w:tc>
        <w:tc>
          <w:tcPr>
            <w:tcW w:type="dxa" w:w="4160"/>
            <w:vAlign w:val="top"/>
          </w:tcPr>
          <w:p>
            <w:pPr>
              <w:spacing w:after="0" w:before="0"/>
              <w:jc w:val="left"/>
            </w:pPr>
            <w:r/>
            <w:r>
              <w:rPr>
                <w:rFonts w:ascii="Arial" w:hAnsi="Arial" w:eastAsia="Arial"/>
                <w:b w:val="0"/>
                <w:sz w:val="17"/>
              </w:rPr>
              <w:t>Help me review phone notifications without turning off essential alerts. Ask which apps interrupt me most, then group notifications into Keep Immediate, Summary Only, and Turn Off. Include steps for testing the new setup for one week.</w:t>
            </w:r>
          </w:p>
        </w:tc>
      </w:tr>
      <w:tr>
        <w:trPr>
          <w:cantSplit/>
        </w:trPr>
        <w:tc>
          <w:tcPr>
            <w:tcW w:type="dxa" w:w="430"/>
            <w:vAlign w:val="top"/>
          </w:tcPr>
          <w:p>
            <w:pPr>
              <w:spacing w:after="0" w:before="0"/>
              <w:jc w:val="center"/>
            </w:pPr>
            <w:r/>
            <w:r>
              <w:rPr>
                <w:rFonts w:ascii="Arial" w:hAnsi="Arial" w:eastAsia="Arial"/>
                <w:b w:val="0"/>
                <w:sz w:val="18"/>
              </w:rPr>
              <w:t>47</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Photo Organization Plan</w:t>
            </w:r>
          </w:p>
        </w:tc>
        <w:tc>
          <w:tcPr>
            <w:tcW w:type="dxa" w:w="4160"/>
            <w:vAlign w:val="top"/>
          </w:tcPr>
          <w:p>
            <w:pPr>
              <w:spacing w:after="0" w:before="0"/>
              <w:jc w:val="left"/>
            </w:pPr>
            <w:r/>
            <w:r>
              <w:rPr>
                <w:rFonts w:ascii="Arial" w:hAnsi="Arial" w:eastAsia="Arial"/>
                <w:b w:val="0"/>
                <w:sz w:val="17"/>
              </w:rPr>
              <w:t>Create a beginner-friendly plan for organizing my phone photos. Focus on duplicates, screenshots, blurry images, favorites, and albums. Give me 10-minute sessions rather than one large project and include backup precautions.</w:t>
            </w:r>
          </w:p>
        </w:tc>
      </w:tr>
      <w:tr>
        <w:trPr>
          <w:cantSplit/>
        </w:trPr>
        <w:tc>
          <w:tcPr>
            <w:tcW w:type="dxa" w:w="430"/>
            <w:vAlign w:val="top"/>
          </w:tcPr>
          <w:p>
            <w:pPr>
              <w:spacing w:after="0" w:before="0"/>
              <w:jc w:val="center"/>
            </w:pPr>
            <w:r/>
            <w:r>
              <w:rPr>
                <w:rFonts w:ascii="Arial" w:hAnsi="Arial" w:eastAsia="Arial"/>
                <w:b w:val="0"/>
                <w:sz w:val="18"/>
              </w:rPr>
              <w:t>48</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Copilot</w:t>
            </w:r>
          </w:p>
        </w:tc>
        <w:tc>
          <w:tcPr>
            <w:tcW w:type="dxa" w:w="1500"/>
            <w:vAlign w:val="top"/>
          </w:tcPr>
          <w:p>
            <w:pPr>
              <w:spacing w:after="0" w:before="0"/>
              <w:jc w:val="left"/>
            </w:pPr>
            <w:r/>
            <w:r>
              <w:rPr>
                <w:rFonts w:ascii="Arial" w:hAnsi="Arial" w:eastAsia="Arial"/>
                <w:b w:val="0"/>
                <w:sz w:val="18"/>
              </w:rPr>
              <w:t>Digital Declutter Checklist</w:t>
            </w:r>
          </w:p>
        </w:tc>
        <w:tc>
          <w:tcPr>
            <w:tcW w:type="dxa" w:w="4160"/>
            <w:vAlign w:val="top"/>
          </w:tcPr>
          <w:p>
            <w:pPr>
              <w:spacing w:after="0" w:before="0"/>
              <w:jc w:val="left"/>
            </w:pPr>
            <w:r/>
            <w:r>
              <w:rPr>
                <w:rFonts w:ascii="Arial" w:hAnsi="Arial" w:eastAsia="Arial"/>
                <w:b w:val="0"/>
                <w:sz w:val="17"/>
              </w:rPr>
              <w:t>Create a digital decluttering checklist for email, desktop, downloads, photos, apps, cloud storage, and notifications. Divide it into seven sessions of 10 minutes or less and identify the safest starting point.</w:t>
            </w:r>
          </w:p>
        </w:tc>
      </w:tr>
      <w:tr>
        <w:trPr>
          <w:cantSplit/>
        </w:trPr>
        <w:tc>
          <w:tcPr>
            <w:tcW w:type="dxa" w:w="430"/>
            <w:vAlign w:val="top"/>
          </w:tcPr>
          <w:p>
            <w:pPr>
              <w:spacing w:after="0" w:before="0"/>
              <w:jc w:val="center"/>
            </w:pPr>
            <w:r/>
            <w:r>
              <w:rPr>
                <w:rFonts w:ascii="Arial" w:hAnsi="Arial" w:eastAsia="Arial"/>
                <w:b w:val="0"/>
                <w:sz w:val="18"/>
              </w:rPr>
              <w:t>49</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Copilot</w:t>
            </w:r>
          </w:p>
        </w:tc>
        <w:tc>
          <w:tcPr>
            <w:tcW w:type="dxa" w:w="1500"/>
            <w:vAlign w:val="top"/>
          </w:tcPr>
          <w:p>
            <w:pPr>
              <w:spacing w:after="0" w:before="0"/>
              <w:jc w:val="left"/>
            </w:pPr>
            <w:r/>
            <w:r>
              <w:rPr>
                <w:rFonts w:ascii="Arial" w:hAnsi="Arial" w:eastAsia="Arial"/>
                <w:b w:val="0"/>
                <w:sz w:val="18"/>
              </w:rPr>
              <w:t>5-Minute Digital Cleanup</w:t>
            </w:r>
          </w:p>
        </w:tc>
        <w:tc>
          <w:tcPr>
            <w:tcW w:type="dxa" w:w="4160"/>
            <w:vAlign w:val="top"/>
          </w:tcPr>
          <w:p>
            <w:pPr>
              <w:spacing w:after="0" w:before="0"/>
              <w:jc w:val="left"/>
            </w:pPr>
            <w:r/>
            <w:r>
              <w:rPr>
                <w:rFonts w:ascii="Arial" w:hAnsi="Arial" w:eastAsia="Arial"/>
                <w:b w:val="0"/>
                <w:sz w:val="17"/>
              </w:rPr>
              <w:t>Give me one digital cleanup task I can complete in 5 minutes based on this problem: [describe problem]. Make the task specific, measurable, and safe. Tell me exactly when to stop.</w:t>
            </w:r>
          </w:p>
        </w:tc>
      </w:tr>
      <w:tr>
        <w:trPr>
          <w:cantSplit/>
        </w:trPr>
        <w:tc>
          <w:tcPr>
            <w:tcW w:type="dxa" w:w="430"/>
            <w:vAlign w:val="top"/>
          </w:tcPr>
          <w:p>
            <w:pPr>
              <w:spacing w:after="0" w:before="0"/>
              <w:jc w:val="center"/>
            </w:pPr>
            <w:r/>
            <w:r>
              <w:rPr>
                <w:rFonts w:ascii="Arial" w:hAnsi="Arial" w:eastAsia="Arial"/>
                <w:b w:val="0"/>
                <w:sz w:val="18"/>
              </w:rPr>
              <w:t>50</w:t>
            </w:r>
          </w:p>
        </w:tc>
        <w:tc>
          <w:tcPr>
            <w:tcW w:type="dxa" w:w="1300"/>
            <w:vAlign w:val="top"/>
          </w:tcPr>
          <w:p>
            <w:pPr>
              <w:spacing w:after="0" w:before="0"/>
              <w:jc w:val="left"/>
            </w:pPr>
            <w:r/>
            <w:r>
              <w:rPr>
                <w:rFonts w:ascii="Arial" w:hAnsi="Arial" w:eastAsia="Arial"/>
                <w:b w:val="0"/>
                <w:sz w:val="18"/>
              </w:rPr>
              <w:t>Digital Decluttering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Simplify Digital Life</w:t>
            </w:r>
          </w:p>
        </w:tc>
        <w:tc>
          <w:tcPr>
            <w:tcW w:type="dxa" w:w="4160"/>
            <w:vAlign w:val="top"/>
          </w:tcPr>
          <w:p>
            <w:pPr>
              <w:spacing w:after="0" w:before="0"/>
              <w:jc w:val="left"/>
            </w:pPr>
            <w:r/>
            <w:r>
              <w:rPr>
                <w:rFonts w:ascii="Arial" w:hAnsi="Arial" w:eastAsia="Arial"/>
                <w:b w:val="0"/>
                <w:sz w:val="17"/>
              </w:rPr>
              <w:t>Ask me about my email, files, apps, photos, passwords, and notifications one topic at a time. Identify the three areas causing the most stress, then create a simple 30-day plan with one small digital improvement per day.</w:t>
            </w:r>
          </w:p>
        </w:tc>
      </w:tr>
      <w:tr>
        <w:trPr>
          <w:cantSplit/>
        </w:trPr>
        <w:tc>
          <w:tcPr>
            <w:tcW w:type="dxa" w:w="430"/>
            <w:vAlign w:val="top"/>
          </w:tcPr>
          <w:p>
            <w:pPr>
              <w:spacing w:after="0" w:before="0"/>
              <w:jc w:val="center"/>
            </w:pPr>
            <w:r/>
            <w:r>
              <w:rPr>
                <w:rFonts w:ascii="Arial" w:hAnsi="Arial" w:eastAsia="Arial"/>
                <w:b w:val="0"/>
                <w:sz w:val="18"/>
              </w:rPr>
              <w:t>51</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Plan My Day</w:t>
            </w:r>
          </w:p>
        </w:tc>
        <w:tc>
          <w:tcPr>
            <w:tcW w:type="dxa" w:w="4160"/>
            <w:vAlign w:val="top"/>
          </w:tcPr>
          <w:p>
            <w:pPr>
              <w:spacing w:after="0" w:before="0"/>
              <w:jc w:val="left"/>
            </w:pPr>
            <w:r/>
            <w:r>
              <w:rPr>
                <w:rFonts w:ascii="Arial" w:hAnsi="Arial" w:eastAsia="Arial"/>
                <w:b w:val="0"/>
                <w:sz w:val="17"/>
              </w:rPr>
              <w:t>Help me plan today in an ADHD-friendly way. Ask about appointments, deadlines, energy, available time, and essential home tasks. Then create a realistic plan with three priorities, buffer time, breaks, and one optional task.</w:t>
            </w:r>
          </w:p>
        </w:tc>
      </w:tr>
      <w:tr>
        <w:trPr>
          <w:cantSplit/>
        </w:trPr>
        <w:tc>
          <w:tcPr>
            <w:tcW w:type="dxa" w:w="430"/>
            <w:vAlign w:val="top"/>
          </w:tcPr>
          <w:p>
            <w:pPr>
              <w:spacing w:after="0" w:before="0"/>
              <w:jc w:val="center"/>
            </w:pPr>
            <w:r/>
            <w:r>
              <w:rPr>
                <w:rFonts w:ascii="Arial" w:hAnsi="Arial" w:eastAsia="Arial"/>
                <w:b w:val="0"/>
                <w:sz w:val="18"/>
              </w:rPr>
              <w:t>52</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Top Three Priorities</w:t>
            </w:r>
          </w:p>
        </w:tc>
        <w:tc>
          <w:tcPr>
            <w:tcW w:type="dxa" w:w="4160"/>
            <w:vAlign w:val="top"/>
          </w:tcPr>
          <w:p>
            <w:pPr>
              <w:spacing w:after="0" w:before="0"/>
              <w:jc w:val="left"/>
            </w:pPr>
            <w:r/>
            <w:r>
              <w:rPr>
                <w:rFonts w:ascii="Arial" w:hAnsi="Arial" w:eastAsia="Arial"/>
                <w:b w:val="0"/>
                <w:sz w:val="17"/>
              </w:rPr>
              <w:t>Here is everything on my mind: [paste list]. Identify the three most important tasks for today using urgency, consequences, and effort. Explain briefly why each one matters and move everything else to a later list.</w:t>
            </w:r>
          </w:p>
        </w:tc>
      </w:tr>
      <w:tr>
        <w:trPr>
          <w:cantSplit/>
        </w:trPr>
        <w:tc>
          <w:tcPr>
            <w:tcW w:type="dxa" w:w="430"/>
            <w:vAlign w:val="top"/>
          </w:tcPr>
          <w:p>
            <w:pPr>
              <w:spacing w:after="0" w:before="0"/>
              <w:jc w:val="center"/>
            </w:pPr>
            <w:r/>
            <w:r>
              <w:rPr>
                <w:rFonts w:ascii="Arial" w:hAnsi="Arial" w:eastAsia="Arial"/>
                <w:b w:val="0"/>
                <w:sz w:val="18"/>
              </w:rPr>
              <w:t>53</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Turn Tasks Into Micro-Steps</w:t>
            </w:r>
          </w:p>
        </w:tc>
        <w:tc>
          <w:tcPr>
            <w:tcW w:type="dxa" w:w="4160"/>
            <w:vAlign w:val="top"/>
          </w:tcPr>
          <w:p>
            <w:pPr>
              <w:spacing w:after="0" w:before="0"/>
              <w:jc w:val="left"/>
            </w:pPr>
            <w:r/>
            <w:r>
              <w:rPr>
                <w:rFonts w:ascii="Arial" w:hAnsi="Arial" w:eastAsia="Arial"/>
                <w:b w:val="0"/>
                <w:sz w:val="17"/>
              </w:rPr>
              <w:t>Break these tasks into tiny actions that take 2 to 10 minutes each: [paste tasks]. Put the actions in a practical order and mark the easiest first step for each task.</w:t>
            </w:r>
          </w:p>
        </w:tc>
      </w:tr>
      <w:tr>
        <w:trPr>
          <w:cantSplit/>
        </w:trPr>
        <w:tc>
          <w:tcPr>
            <w:tcW w:type="dxa" w:w="430"/>
            <w:vAlign w:val="top"/>
          </w:tcPr>
          <w:p>
            <w:pPr>
              <w:spacing w:after="0" w:before="0"/>
              <w:jc w:val="center"/>
            </w:pPr>
            <w:r/>
            <w:r>
              <w:rPr>
                <w:rFonts w:ascii="Arial" w:hAnsi="Arial" w:eastAsia="Arial"/>
                <w:b w:val="0"/>
                <w:sz w:val="18"/>
              </w:rPr>
              <w:t>54</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Prioritize an Overloaded List</w:t>
            </w:r>
          </w:p>
        </w:tc>
        <w:tc>
          <w:tcPr>
            <w:tcW w:type="dxa" w:w="4160"/>
            <w:vAlign w:val="top"/>
          </w:tcPr>
          <w:p>
            <w:pPr>
              <w:spacing w:after="0" w:before="0"/>
              <w:jc w:val="left"/>
            </w:pPr>
            <w:r/>
            <w:r>
              <w:rPr>
                <w:rFonts w:ascii="Arial" w:hAnsi="Arial" w:eastAsia="Arial"/>
                <w:b w:val="0"/>
                <w:sz w:val="17"/>
              </w:rPr>
              <w:t>Help me prioritize this list without making me feel guilty: [paste list]. Sort it into Do Today, Schedule, Delegate, and Drop. Ask follow-up questions when deadlines or consequences are unclear.</w:t>
            </w:r>
          </w:p>
        </w:tc>
      </w:tr>
      <w:tr>
        <w:trPr>
          <w:cantSplit/>
        </w:trPr>
        <w:tc>
          <w:tcPr>
            <w:tcW w:type="dxa" w:w="430"/>
            <w:vAlign w:val="top"/>
          </w:tcPr>
          <w:p>
            <w:pPr>
              <w:spacing w:after="0" w:before="0"/>
              <w:jc w:val="center"/>
            </w:pPr>
            <w:r/>
            <w:r>
              <w:rPr>
                <w:rFonts w:ascii="Arial" w:hAnsi="Arial" w:eastAsia="Arial"/>
                <w:b w:val="0"/>
                <w:sz w:val="18"/>
              </w:rPr>
              <w:t>55</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Realistic Daily Schedule</w:t>
            </w:r>
          </w:p>
        </w:tc>
        <w:tc>
          <w:tcPr>
            <w:tcW w:type="dxa" w:w="4160"/>
            <w:vAlign w:val="top"/>
          </w:tcPr>
          <w:p>
            <w:pPr>
              <w:spacing w:after="0" w:before="0"/>
              <w:jc w:val="left"/>
            </w:pPr>
            <w:r/>
            <w:r>
              <w:rPr>
                <w:rFonts w:ascii="Arial" w:hAnsi="Arial" w:eastAsia="Arial"/>
                <w:b w:val="0"/>
                <w:sz w:val="17"/>
              </w:rPr>
              <w:t>Create a realistic schedule from [start time] to [end time] using these commitments: [list]. Include transition time, meals, breaks, one short home reset, and extra space for interruptions. Do not fill every minute.</w:t>
            </w:r>
          </w:p>
        </w:tc>
      </w:tr>
      <w:tr>
        <w:trPr>
          <w:cantSplit/>
        </w:trPr>
        <w:tc>
          <w:tcPr>
            <w:tcW w:type="dxa" w:w="430"/>
            <w:vAlign w:val="top"/>
          </w:tcPr>
          <w:p>
            <w:pPr>
              <w:spacing w:after="0" w:before="0"/>
              <w:jc w:val="center"/>
            </w:pPr>
            <w:r/>
            <w:r>
              <w:rPr>
                <w:rFonts w:ascii="Arial" w:hAnsi="Arial" w:eastAsia="Arial"/>
                <w:b w:val="0"/>
                <w:sz w:val="18"/>
              </w:rPr>
              <w:t>56</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Restart After Distraction</w:t>
            </w:r>
          </w:p>
        </w:tc>
        <w:tc>
          <w:tcPr>
            <w:tcW w:type="dxa" w:w="4160"/>
            <w:vAlign w:val="top"/>
          </w:tcPr>
          <w:p>
            <w:pPr>
              <w:spacing w:after="0" w:before="0"/>
              <w:jc w:val="left"/>
            </w:pPr>
            <w:r/>
            <w:r>
              <w:rPr>
                <w:rFonts w:ascii="Arial" w:hAnsi="Arial" w:eastAsia="Arial"/>
                <w:b w:val="0"/>
                <w:sz w:val="17"/>
              </w:rPr>
              <w:t>I was working on [task] and got distracted by [what happened]. Help me restart without reviewing the entire project. Remind me of the likely next step, shrink it to 2 minutes, and ask me to report back when it is done.</w:t>
            </w:r>
          </w:p>
        </w:tc>
      </w:tr>
      <w:tr>
        <w:trPr>
          <w:cantSplit/>
        </w:trPr>
        <w:tc>
          <w:tcPr>
            <w:tcW w:type="dxa" w:w="430"/>
            <w:vAlign w:val="top"/>
          </w:tcPr>
          <w:p>
            <w:pPr>
              <w:spacing w:after="0" w:before="0"/>
              <w:jc w:val="center"/>
            </w:pPr>
            <w:r/>
            <w:r>
              <w:rPr>
                <w:rFonts w:ascii="Arial" w:hAnsi="Arial" w:eastAsia="Arial"/>
                <w:b w:val="0"/>
                <w:sz w:val="18"/>
              </w:rPr>
              <w:t>57</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First Tiny Task</w:t>
            </w:r>
          </w:p>
        </w:tc>
        <w:tc>
          <w:tcPr>
            <w:tcW w:type="dxa" w:w="4160"/>
            <w:vAlign w:val="top"/>
          </w:tcPr>
          <w:p>
            <w:pPr>
              <w:spacing w:after="0" w:before="0"/>
              <w:jc w:val="left"/>
            </w:pPr>
            <w:r/>
            <w:r>
              <w:rPr>
                <w:rFonts w:ascii="Arial" w:hAnsi="Arial" w:eastAsia="Arial"/>
                <w:b w:val="0"/>
                <w:sz w:val="17"/>
              </w:rPr>
              <w:t>I feel frozen and do not know what to do first. Ask me what room I am in, how much time I have, and my energy level. Then give me one task that takes less than 3 minutes and creates a visible result.</w:t>
            </w:r>
          </w:p>
        </w:tc>
      </w:tr>
      <w:tr>
        <w:trPr>
          <w:cantSplit/>
        </w:trPr>
        <w:tc>
          <w:tcPr>
            <w:tcW w:type="dxa" w:w="430"/>
            <w:vAlign w:val="top"/>
          </w:tcPr>
          <w:p>
            <w:pPr>
              <w:spacing w:after="0" w:before="0"/>
              <w:jc w:val="center"/>
            </w:pPr>
            <w:r/>
            <w:r>
              <w:rPr>
                <w:rFonts w:ascii="Arial" w:hAnsi="Arial" w:eastAsia="Arial"/>
                <w:b w:val="0"/>
                <w:sz w:val="18"/>
              </w:rPr>
              <w:t>58</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Prevent Today's Overwhelm</w:t>
            </w:r>
          </w:p>
        </w:tc>
        <w:tc>
          <w:tcPr>
            <w:tcW w:type="dxa" w:w="4160"/>
            <w:vAlign w:val="top"/>
          </w:tcPr>
          <w:p>
            <w:pPr>
              <w:spacing w:after="0" w:before="0"/>
              <w:jc w:val="left"/>
            </w:pPr>
            <w:r/>
            <w:r>
              <w:rPr>
                <w:rFonts w:ascii="Arial" w:hAnsi="Arial" w:eastAsia="Arial"/>
                <w:b w:val="0"/>
                <w:sz w:val="17"/>
              </w:rPr>
              <w:t>Help me reduce overwhelm today. Ask what is making the day feel heavy, identify what can be delayed or simplified, and create a minimum-success plan with no more than three tasks.</w:t>
            </w:r>
          </w:p>
        </w:tc>
      </w:tr>
      <w:tr>
        <w:trPr>
          <w:cantSplit/>
        </w:trPr>
        <w:tc>
          <w:tcPr>
            <w:tcW w:type="dxa" w:w="430"/>
            <w:vAlign w:val="top"/>
          </w:tcPr>
          <w:p>
            <w:pPr>
              <w:spacing w:after="0" w:before="0"/>
              <w:jc w:val="center"/>
            </w:pPr>
            <w:r/>
            <w:r>
              <w:rPr>
                <w:rFonts w:ascii="Arial" w:hAnsi="Arial" w:eastAsia="Arial"/>
                <w:b w:val="0"/>
                <w:sz w:val="18"/>
              </w:rPr>
              <w:t>59</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To-Do List Into Action Plan</w:t>
            </w:r>
          </w:p>
        </w:tc>
        <w:tc>
          <w:tcPr>
            <w:tcW w:type="dxa" w:w="4160"/>
            <w:vAlign w:val="top"/>
          </w:tcPr>
          <w:p>
            <w:pPr>
              <w:spacing w:after="0" w:before="0"/>
              <w:jc w:val="left"/>
            </w:pPr>
            <w:r/>
            <w:r>
              <w:rPr>
                <w:rFonts w:ascii="Arial" w:hAnsi="Arial" w:eastAsia="Arial"/>
                <w:b w:val="0"/>
                <w:sz w:val="17"/>
              </w:rPr>
              <w:t>Turn this to-do list into a step-by-step action plan: [paste list]. Group related tasks, estimate a realistic time range, identify supplies or information needed, and suggest the best stopping point for today.</w:t>
            </w:r>
          </w:p>
        </w:tc>
      </w:tr>
      <w:tr>
        <w:trPr>
          <w:cantSplit/>
        </w:trPr>
        <w:tc>
          <w:tcPr>
            <w:tcW w:type="dxa" w:w="430"/>
            <w:vAlign w:val="top"/>
          </w:tcPr>
          <w:p>
            <w:pPr>
              <w:spacing w:after="0" w:before="0"/>
              <w:jc w:val="center"/>
            </w:pPr>
            <w:r/>
            <w:r>
              <w:rPr>
                <w:rFonts w:ascii="Arial" w:hAnsi="Arial" w:eastAsia="Arial"/>
                <w:b w:val="0"/>
                <w:sz w:val="18"/>
              </w:rPr>
              <w:t>60</w:t>
            </w:r>
          </w:p>
        </w:tc>
        <w:tc>
          <w:tcPr>
            <w:tcW w:type="dxa" w:w="1300"/>
            <w:vAlign w:val="top"/>
          </w:tcPr>
          <w:p>
            <w:pPr>
              <w:spacing w:after="0" w:before="0"/>
              <w:jc w:val="left"/>
            </w:pPr>
            <w:r/>
            <w:r>
              <w:rPr>
                <w:rFonts w:ascii="Arial" w:hAnsi="Arial" w:eastAsia="Arial"/>
                <w:b w:val="0"/>
                <w:sz w:val="18"/>
              </w:rPr>
              <w:t>ADHD Daily Planning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Finish What I Started</w:t>
            </w:r>
          </w:p>
        </w:tc>
        <w:tc>
          <w:tcPr>
            <w:tcW w:type="dxa" w:w="4160"/>
            <w:vAlign w:val="top"/>
          </w:tcPr>
          <w:p>
            <w:pPr>
              <w:spacing w:after="0" w:before="0"/>
              <w:jc w:val="left"/>
            </w:pPr>
            <w:r/>
            <w:r>
              <w:rPr>
                <w:rFonts w:ascii="Arial" w:hAnsi="Arial" w:eastAsia="Arial"/>
                <w:b w:val="0"/>
                <w:sz w:val="17"/>
              </w:rPr>
              <w:t>I started [project] but stopped at [describe point]. Ask me what is already complete and what is blocking me. Then create a restart checklist with one immediate action, one next action, and a clear definition of "done enough."</w:t>
            </w:r>
          </w:p>
        </w:tc>
      </w:tr>
      <w:tr>
        <w:trPr>
          <w:cantSplit/>
        </w:trPr>
        <w:tc>
          <w:tcPr>
            <w:tcW w:type="dxa" w:w="430"/>
            <w:vAlign w:val="top"/>
          </w:tcPr>
          <w:p>
            <w:pPr>
              <w:spacing w:after="0" w:before="0"/>
              <w:jc w:val="center"/>
            </w:pPr>
            <w:r/>
            <w:r>
              <w:rPr>
                <w:rFonts w:ascii="Arial" w:hAnsi="Arial" w:eastAsia="Arial"/>
                <w:b w:val="0"/>
                <w:sz w:val="18"/>
              </w:rPr>
              <w:t>61</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Voice Assistant</w:t>
            </w:r>
          </w:p>
        </w:tc>
        <w:tc>
          <w:tcPr>
            <w:tcW w:type="dxa" w:w="1500"/>
            <w:vAlign w:val="top"/>
          </w:tcPr>
          <w:p>
            <w:pPr>
              <w:spacing w:after="0" w:before="0"/>
              <w:jc w:val="left"/>
            </w:pPr>
            <w:r/>
            <w:r>
              <w:rPr>
                <w:rFonts w:ascii="Arial" w:hAnsi="Arial" w:eastAsia="Arial"/>
                <w:b w:val="0"/>
                <w:sz w:val="18"/>
              </w:rPr>
              <w:t>5-Minute Cleaning Sprint</w:t>
            </w:r>
          </w:p>
        </w:tc>
        <w:tc>
          <w:tcPr>
            <w:tcW w:type="dxa" w:w="4160"/>
            <w:vAlign w:val="top"/>
          </w:tcPr>
          <w:p>
            <w:pPr>
              <w:spacing w:after="0" w:before="0"/>
              <w:jc w:val="left"/>
            </w:pPr>
            <w:r/>
            <w:r>
              <w:rPr>
                <w:rFonts w:ascii="Arial" w:hAnsi="Arial" w:eastAsia="Arial"/>
                <w:b w:val="0"/>
                <w:sz w:val="17"/>
              </w:rPr>
              <w:t>Act as my 5-minute cleaning sprint coach. Ask me to choose one small zone, give me a 30-second starting instruction, and provide a simple halfway reminder. At the end, tell me to stop and ask what improved.</w:t>
            </w:r>
          </w:p>
        </w:tc>
      </w:tr>
      <w:tr>
        <w:trPr>
          <w:cantSplit/>
        </w:trPr>
        <w:tc>
          <w:tcPr>
            <w:tcW w:type="dxa" w:w="430"/>
            <w:vAlign w:val="top"/>
          </w:tcPr>
          <w:p>
            <w:pPr>
              <w:spacing w:after="0" w:before="0"/>
              <w:jc w:val="center"/>
            </w:pPr>
            <w:r/>
            <w:r>
              <w:rPr>
                <w:rFonts w:ascii="Arial" w:hAnsi="Arial" w:eastAsia="Arial"/>
                <w:b w:val="0"/>
                <w:sz w:val="18"/>
              </w:rPr>
              <w:t>62</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Voice Assistant</w:t>
            </w:r>
          </w:p>
        </w:tc>
        <w:tc>
          <w:tcPr>
            <w:tcW w:type="dxa" w:w="1500"/>
            <w:vAlign w:val="top"/>
          </w:tcPr>
          <w:p>
            <w:pPr>
              <w:spacing w:after="0" w:before="0"/>
              <w:jc w:val="left"/>
            </w:pPr>
            <w:r/>
            <w:r>
              <w:rPr>
                <w:rFonts w:ascii="Arial" w:hAnsi="Arial" w:eastAsia="Arial"/>
                <w:b w:val="0"/>
                <w:sz w:val="18"/>
              </w:rPr>
              <w:t>10-Minute Declutter Session</w:t>
            </w:r>
          </w:p>
        </w:tc>
        <w:tc>
          <w:tcPr>
            <w:tcW w:type="dxa" w:w="4160"/>
            <w:vAlign w:val="top"/>
          </w:tcPr>
          <w:p>
            <w:pPr>
              <w:spacing w:after="0" w:before="0"/>
              <w:jc w:val="left"/>
            </w:pPr>
            <w:r/>
            <w:r>
              <w:rPr>
                <w:rFonts w:ascii="Arial" w:hAnsi="Arial" w:eastAsia="Arial"/>
                <w:b w:val="0"/>
                <w:sz w:val="17"/>
              </w:rPr>
              <w:t>Guide me through a 10-minute decluttering session in [room]. Divide the session into two 5-minute rounds, focus on trash and misplaced items first, and include a restart line if I get distracted.</w:t>
            </w:r>
          </w:p>
        </w:tc>
      </w:tr>
      <w:tr>
        <w:trPr>
          <w:cantSplit/>
        </w:trPr>
        <w:tc>
          <w:tcPr>
            <w:tcW w:type="dxa" w:w="430"/>
            <w:vAlign w:val="top"/>
          </w:tcPr>
          <w:p>
            <w:pPr>
              <w:spacing w:after="0" w:before="0"/>
              <w:jc w:val="center"/>
            </w:pPr>
            <w:r/>
            <w:r>
              <w:rPr>
                <w:rFonts w:ascii="Arial" w:hAnsi="Arial" w:eastAsia="Arial"/>
                <w:b w:val="0"/>
                <w:sz w:val="18"/>
              </w:rPr>
              <w:t>63</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Voice Assistant</w:t>
            </w:r>
          </w:p>
        </w:tc>
        <w:tc>
          <w:tcPr>
            <w:tcW w:type="dxa" w:w="1500"/>
            <w:vAlign w:val="top"/>
          </w:tcPr>
          <w:p>
            <w:pPr>
              <w:spacing w:after="0" w:before="0"/>
              <w:jc w:val="left"/>
            </w:pPr>
            <w:r/>
            <w:r>
              <w:rPr>
                <w:rFonts w:ascii="Arial" w:hAnsi="Arial" w:eastAsia="Arial"/>
                <w:b w:val="0"/>
                <w:sz w:val="18"/>
              </w:rPr>
              <w:t>15-Minute Whole-Home Reset</w:t>
            </w:r>
          </w:p>
        </w:tc>
        <w:tc>
          <w:tcPr>
            <w:tcW w:type="dxa" w:w="4160"/>
            <w:vAlign w:val="top"/>
          </w:tcPr>
          <w:p>
            <w:pPr>
              <w:spacing w:after="0" w:before="0"/>
              <w:jc w:val="left"/>
            </w:pPr>
            <w:r/>
            <w:r>
              <w:rPr>
                <w:rFonts w:ascii="Arial" w:hAnsi="Arial" w:eastAsia="Arial"/>
                <w:b w:val="0"/>
                <w:sz w:val="17"/>
              </w:rPr>
              <w:t>Create a 15-minute whole-home reset that touches only the three highest-impact areas. Ask me which rooms are most visible, then assign five minutes to each. Avoid deep cleaning and tell me what to ignore.</w:t>
            </w:r>
          </w:p>
        </w:tc>
      </w:tr>
      <w:tr>
        <w:trPr>
          <w:cantSplit/>
        </w:trPr>
        <w:tc>
          <w:tcPr>
            <w:tcW w:type="dxa" w:w="430"/>
            <w:vAlign w:val="top"/>
          </w:tcPr>
          <w:p>
            <w:pPr>
              <w:spacing w:after="0" w:before="0"/>
              <w:jc w:val="center"/>
            </w:pPr>
            <w:r/>
            <w:r>
              <w:rPr>
                <w:rFonts w:ascii="Arial" w:hAnsi="Arial" w:eastAsia="Arial"/>
                <w:b w:val="0"/>
                <w:sz w:val="18"/>
              </w:rPr>
              <w:t>64</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Voice Assistant</w:t>
            </w:r>
          </w:p>
        </w:tc>
        <w:tc>
          <w:tcPr>
            <w:tcW w:type="dxa" w:w="1500"/>
            <w:vAlign w:val="top"/>
          </w:tcPr>
          <w:p>
            <w:pPr>
              <w:spacing w:after="0" w:before="0"/>
              <w:jc w:val="left"/>
            </w:pPr>
            <w:r/>
            <w:r>
              <w:rPr>
                <w:rFonts w:ascii="Arial" w:hAnsi="Arial" w:eastAsia="Arial"/>
                <w:b w:val="0"/>
                <w:sz w:val="18"/>
              </w:rPr>
              <w:t>Hands-Free Countdown</w:t>
            </w:r>
          </w:p>
        </w:tc>
        <w:tc>
          <w:tcPr>
            <w:tcW w:type="dxa" w:w="4160"/>
            <w:vAlign w:val="top"/>
          </w:tcPr>
          <w:p>
            <w:pPr>
              <w:spacing w:after="0" w:before="0"/>
              <w:jc w:val="left"/>
            </w:pPr>
            <w:r/>
            <w:r>
              <w:rPr>
                <w:rFonts w:ascii="Arial" w:hAnsi="Arial" w:eastAsia="Arial"/>
                <w:b w:val="0"/>
                <w:sz w:val="17"/>
              </w:rPr>
              <w:t>Create a spoken countdown script for a [5, 10, or 15]-minute cleaning sprint. Include a start cue, a halfway cue, a two-minute warning, and a stop message. Keep every cue short and encouraging.</w:t>
            </w:r>
          </w:p>
        </w:tc>
      </w:tr>
      <w:tr>
        <w:trPr>
          <w:cantSplit/>
        </w:trPr>
        <w:tc>
          <w:tcPr>
            <w:tcW w:type="dxa" w:w="430"/>
            <w:vAlign w:val="top"/>
          </w:tcPr>
          <w:p>
            <w:pPr>
              <w:spacing w:after="0" w:before="0"/>
              <w:jc w:val="center"/>
            </w:pPr>
            <w:r/>
            <w:r>
              <w:rPr>
                <w:rFonts w:ascii="Arial" w:hAnsi="Arial" w:eastAsia="Arial"/>
                <w:b w:val="0"/>
                <w:sz w:val="18"/>
              </w:rPr>
              <w:t>65</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Voice Assistant</w:t>
            </w:r>
          </w:p>
        </w:tc>
        <w:tc>
          <w:tcPr>
            <w:tcW w:type="dxa" w:w="1500"/>
            <w:vAlign w:val="top"/>
          </w:tcPr>
          <w:p>
            <w:pPr>
              <w:spacing w:after="0" w:before="0"/>
              <w:jc w:val="left"/>
            </w:pPr>
            <w:r/>
            <w:r>
              <w:rPr>
                <w:rFonts w:ascii="Arial" w:hAnsi="Arial" w:eastAsia="Arial"/>
                <w:b w:val="0"/>
                <w:sz w:val="18"/>
              </w:rPr>
              <w:t>Halfway Check-In Script</w:t>
            </w:r>
          </w:p>
        </w:tc>
        <w:tc>
          <w:tcPr>
            <w:tcW w:type="dxa" w:w="4160"/>
            <w:vAlign w:val="top"/>
          </w:tcPr>
          <w:p>
            <w:pPr>
              <w:spacing w:after="0" w:before="0"/>
              <w:jc w:val="left"/>
            </w:pPr>
            <w:r/>
            <w:r>
              <w:rPr>
                <w:rFonts w:ascii="Arial" w:hAnsi="Arial" w:eastAsia="Arial"/>
                <w:b w:val="0"/>
                <w:sz w:val="17"/>
              </w:rPr>
              <w:t>Write three brief halfway check-in messages for a cleaning sprint: one calm, one playful, and one direct. Each message should remind me of the goal, reduce perfectionism, and help me return if I drifted.</w:t>
            </w:r>
          </w:p>
        </w:tc>
      </w:tr>
      <w:tr>
        <w:trPr>
          <w:cantSplit/>
        </w:trPr>
        <w:tc>
          <w:tcPr>
            <w:tcW w:type="dxa" w:w="430"/>
            <w:vAlign w:val="top"/>
          </w:tcPr>
          <w:p>
            <w:pPr>
              <w:spacing w:after="0" w:before="0"/>
              <w:jc w:val="center"/>
            </w:pPr>
            <w:r/>
            <w:r>
              <w:rPr>
                <w:rFonts w:ascii="Arial" w:hAnsi="Arial" w:eastAsia="Arial"/>
                <w:b w:val="0"/>
                <w:sz w:val="18"/>
              </w:rPr>
              <w:t>66</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End-of-Sprint Celebration</w:t>
            </w:r>
          </w:p>
        </w:tc>
        <w:tc>
          <w:tcPr>
            <w:tcW w:type="dxa" w:w="4160"/>
            <w:vAlign w:val="top"/>
          </w:tcPr>
          <w:p>
            <w:pPr>
              <w:spacing w:after="0" w:before="0"/>
              <w:jc w:val="left"/>
            </w:pPr>
            <w:r/>
            <w:r>
              <w:rPr>
                <w:rFonts w:ascii="Arial" w:hAnsi="Arial" w:eastAsia="Arial"/>
                <w:b w:val="0"/>
                <w:sz w:val="17"/>
              </w:rPr>
              <w:t>I completed a [length]-minute sprint and accomplished [result]. Write a short celebration that feels sincere, name the visible benefit, and remind me that stopping now protects my energy for next time.</w:t>
            </w:r>
          </w:p>
        </w:tc>
      </w:tr>
      <w:tr>
        <w:trPr>
          <w:cantSplit/>
        </w:trPr>
        <w:tc>
          <w:tcPr>
            <w:tcW w:type="dxa" w:w="430"/>
            <w:vAlign w:val="top"/>
          </w:tcPr>
          <w:p>
            <w:pPr>
              <w:spacing w:after="0" w:before="0"/>
              <w:jc w:val="center"/>
            </w:pPr>
            <w:r/>
            <w:r>
              <w:rPr>
                <w:rFonts w:ascii="Arial" w:hAnsi="Arial" w:eastAsia="Arial"/>
                <w:b w:val="0"/>
                <w:sz w:val="18"/>
              </w:rPr>
              <w:t>67</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One-Room Sprint Plan</w:t>
            </w:r>
          </w:p>
        </w:tc>
        <w:tc>
          <w:tcPr>
            <w:tcW w:type="dxa" w:w="4160"/>
            <w:vAlign w:val="top"/>
          </w:tcPr>
          <w:p>
            <w:pPr>
              <w:spacing w:after="0" w:before="0"/>
              <w:jc w:val="left"/>
            </w:pPr>
            <w:r/>
            <w:r>
              <w:rPr>
                <w:rFonts w:ascii="Arial" w:hAnsi="Arial" w:eastAsia="Arial"/>
                <w:b w:val="0"/>
                <w:sz w:val="17"/>
              </w:rPr>
              <w:t>Create a series of short sprints for cleaning [room]. Each sprint should take 5 to 15 minutes, have one clear goal, and leave the room usable if I stop after any round.</w:t>
            </w:r>
          </w:p>
        </w:tc>
      </w:tr>
      <w:tr>
        <w:trPr>
          <w:cantSplit/>
        </w:trPr>
        <w:tc>
          <w:tcPr>
            <w:tcW w:type="dxa" w:w="430"/>
            <w:vAlign w:val="top"/>
          </w:tcPr>
          <w:p>
            <w:pPr>
              <w:spacing w:after="0" w:before="0"/>
              <w:jc w:val="center"/>
            </w:pPr>
            <w:r/>
            <w:r>
              <w:rPr>
                <w:rFonts w:ascii="Arial" w:hAnsi="Arial" w:eastAsia="Arial"/>
                <w:b w:val="0"/>
                <w:sz w:val="18"/>
              </w:rPr>
              <w:t>68</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Turn Cleaning Into a Game</w:t>
            </w:r>
          </w:p>
        </w:tc>
        <w:tc>
          <w:tcPr>
            <w:tcW w:type="dxa" w:w="4160"/>
            <w:vAlign w:val="top"/>
          </w:tcPr>
          <w:p>
            <w:pPr>
              <w:spacing w:after="0" w:before="0"/>
              <w:jc w:val="left"/>
            </w:pPr>
            <w:r/>
            <w:r>
              <w:rPr>
                <w:rFonts w:ascii="Arial" w:hAnsi="Arial" w:eastAsia="Arial"/>
                <w:b w:val="0"/>
                <w:sz w:val="17"/>
              </w:rPr>
              <w:t>Turn this cleaning task into a simple game: [task]. Include a funny mission name, a time limit, a scoring method based on items handled rather than perfection, and a small reward.</w:t>
            </w:r>
          </w:p>
        </w:tc>
      </w:tr>
      <w:tr>
        <w:trPr>
          <w:cantSplit/>
        </w:trPr>
        <w:tc>
          <w:tcPr>
            <w:tcW w:type="dxa" w:w="430"/>
            <w:vAlign w:val="top"/>
          </w:tcPr>
          <w:p>
            <w:pPr>
              <w:spacing w:after="0" w:before="0"/>
              <w:jc w:val="center"/>
            </w:pPr>
            <w:r/>
            <w:r>
              <w:rPr>
                <w:rFonts w:ascii="Arial" w:hAnsi="Arial" w:eastAsia="Arial"/>
                <w:b w:val="0"/>
                <w:sz w:val="18"/>
              </w:rPr>
              <w:t>69</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Today's Decluttering Challenge</w:t>
            </w:r>
          </w:p>
        </w:tc>
        <w:tc>
          <w:tcPr>
            <w:tcW w:type="dxa" w:w="4160"/>
            <w:vAlign w:val="top"/>
          </w:tcPr>
          <w:p>
            <w:pPr>
              <w:spacing w:after="0" w:before="0"/>
              <w:jc w:val="left"/>
            </w:pPr>
            <w:r/>
            <w:r>
              <w:rPr>
                <w:rFonts w:ascii="Arial" w:hAnsi="Arial" w:eastAsia="Arial"/>
                <w:b w:val="0"/>
                <w:sz w:val="17"/>
              </w:rPr>
              <w:t>Give me one decluttering challenge for today based on [room or clutter problem], [available minutes], and [energy level]. Make it specific, achievable, and easy to verify when finished.</w:t>
            </w:r>
          </w:p>
        </w:tc>
      </w:tr>
      <w:tr>
        <w:trPr>
          <w:cantSplit/>
        </w:trPr>
        <w:tc>
          <w:tcPr>
            <w:tcW w:type="dxa" w:w="430"/>
            <w:vAlign w:val="top"/>
          </w:tcPr>
          <w:p>
            <w:pPr>
              <w:spacing w:after="0" w:before="0"/>
              <w:jc w:val="center"/>
            </w:pPr>
            <w:r/>
            <w:r>
              <w:rPr>
                <w:rFonts w:ascii="Arial" w:hAnsi="Arial" w:eastAsia="Arial"/>
                <w:b w:val="0"/>
                <w:sz w:val="18"/>
              </w:rPr>
              <w:t>70</w:t>
            </w:r>
          </w:p>
        </w:tc>
        <w:tc>
          <w:tcPr>
            <w:tcW w:type="dxa" w:w="1300"/>
            <w:vAlign w:val="top"/>
          </w:tcPr>
          <w:p>
            <w:pPr>
              <w:spacing w:after="0" w:before="0"/>
              <w:jc w:val="left"/>
            </w:pPr>
            <w:r/>
            <w:r>
              <w:rPr>
                <w:rFonts w:ascii="Arial" w:hAnsi="Arial" w:eastAsia="Arial"/>
                <w:b w:val="0"/>
                <w:sz w:val="18"/>
              </w:rPr>
              <w:t>Cleaning Sprints</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Stay Focused for 10 Minutes</w:t>
            </w:r>
          </w:p>
        </w:tc>
        <w:tc>
          <w:tcPr>
            <w:tcW w:type="dxa" w:w="4160"/>
            <w:vAlign w:val="top"/>
          </w:tcPr>
          <w:p>
            <w:pPr>
              <w:spacing w:after="0" w:before="0"/>
              <w:jc w:val="left"/>
            </w:pPr>
            <w:r/>
            <w:r>
              <w:rPr>
                <w:rFonts w:ascii="Arial" w:hAnsi="Arial" w:eastAsia="Arial"/>
                <w:b w:val="0"/>
                <w:sz w:val="17"/>
              </w:rPr>
              <w:t>Act as a body double for the next 10 minutes while I work on [task]. Ask me to state my finish line, give me a brief start message, and when I return, help me log what I completed and choose whether to stop or do one more round.</w:t>
            </w:r>
          </w:p>
        </w:tc>
      </w:tr>
      <w:tr>
        <w:trPr>
          <w:cantSplit/>
        </w:trPr>
        <w:tc>
          <w:tcPr>
            <w:tcW w:type="dxa" w:w="430"/>
            <w:vAlign w:val="top"/>
          </w:tcPr>
          <w:p>
            <w:pPr>
              <w:spacing w:after="0" w:before="0"/>
              <w:jc w:val="center"/>
            </w:pPr>
            <w:r/>
            <w:r>
              <w:rPr>
                <w:rFonts w:ascii="Arial" w:hAnsi="Arial" w:eastAsia="Arial"/>
                <w:b w:val="0"/>
                <w:sz w:val="18"/>
              </w:rPr>
              <w:t>71</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Accountability Partner</w:t>
            </w:r>
          </w:p>
        </w:tc>
        <w:tc>
          <w:tcPr>
            <w:tcW w:type="dxa" w:w="4160"/>
            <w:vAlign w:val="top"/>
          </w:tcPr>
          <w:p>
            <w:pPr>
              <w:spacing w:after="0" w:before="0"/>
              <w:jc w:val="left"/>
            </w:pPr>
            <w:r/>
            <w:r>
              <w:rPr>
                <w:rFonts w:ascii="Arial" w:hAnsi="Arial" w:eastAsia="Arial"/>
                <w:b w:val="0"/>
                <w:sz w:val="17"/>
              </w:rPr>
              <w:t>Act as a kind accountability partner. Ask me what I will do in the next 10 minutes, help me make the goal smaller if needed, and ask me to return with a progress update. Respond without shame whether I finished, partly finished, or got distracted.</w:t>
            </w:r>
          </w:p>
        </w:tc>
      </w:tr>
      <w:tr>
        <w:trPr>
          <w:cantSplit/>
        </w:trPr>
        <w:tc>
          <w:tcPr>
            <w:tcW w:type="dxa" w:w="430"/>
            <w:vAlign w:val="top"/>
          </w:tcPr>
          <w:p>
            <w:pPr>
              <w:spacing w:after="0" w:before="0"/>
              <w:jc w:val="center"/>
            </w:pPr>
            <w:r/>
            <w:r>
              <w:rPr>
                <w:rFonts w:ascii="Arial" w:hAnsi="Arial" w:eastAsia="Arial"/>
                <w:b w:val="0"/>
                <w:sz w:val="18"/>
              </w:rPr>
              <w:t>72</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Start-Cleaning Encouragement</w:t>
            </w:r>
          </w:p>
        </w:tc>
        <w:tc>
          <w:tcPr>
            <w:tcW w:type="dxa" w:w="4160"/>
            <w:vAlign w:val="top"/>
          </w:tcPr>
          <w:p>
            <w:pPr>
              <w:spacing w:after="0" w:before="0"/>
              <w:jc w:val="left"/>
            </w:pPr>
            <w:r/>
            <w:r>
              <w:rPr>
                <w:rFonts w:ascii="Arial" w:hAnsi="Arial" w:eastAsia="Arial"/>
                <w:b w:val="0"/>
                <w:sz w:val="17"/>
              </w:rPr>
              <w:t>I do not feel like cleaning. Give me a short, realistic message that validates my low motivation and helps me begin one task that takes under 2 minutes. Avoid exaggerated praise or guilt.</w:t>
            </w:r>
          </w:p>
        </w:tc>
      </w:tr>
      <w:tr>
        <w:trPr>
          <w:cantSplit/>
        </w:trPr>
        <w:tc>
          <w:tcPr>
            <w:tcW w:type="dxa" w:w="430"/>
            <w:vAlign w:val="top"/>
          </w:tcPr>
          <w:p>
            <w:pPr>
              <w:spacing w:after="0" w:before="0"/>
              <w:jc w:val="center"/>
            </w:pPr>
            <w:r/>
            <w:r>
              <w:rPr>
                <w:rFonts w:ascii="Arial" w:hAnsi="Arial" w:eastAsia="Arial"/>
                <w:b w:val="0"/>
                <w:sz w:val="18"/>
              </w:rPr>
              <w:t>73</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Personalized Pep Talk</w:t>
            </w:r>
          </w:p>
        </w:tc>
        <w:tc>
          <w:tcPr>
            <w:tcW w:type="dxa" w:w="4160"/>
            <w:vAlign w:val="top"/>
          </w:tcPr>
          <w:p>
            <w:pPr>
              <w:spacing w:after="0" w:before="0"/>
              <w:jc w:val="left"/>
            </w:pPr>
            <w:r/>
            <w:r>
              <w:rPr>
                <w:rFonts w:ascii="Arial" w:hAnsi="Arial" w:eastAsia="Arial"/>
                <w:b w:val="0"/>
                <w:sz w:val="17"/>
              </w:rPr>
              <w:t>Write a 100-word pep talk for starting [task]. My main barrier is [boredom, shame, fatigue, anxiety, or indecision], and I respond best to a [gentle, humorous, direct, or energetic] tone. End with one tiny action.</w:t>
            </w:r>
          </w:p>
        </w:tc>
      </w:tr>
      <w:tr>
        <w:trPr>
          <w:cantSplit/>
        </w:trPr>
        <w:tc>
          <w:tcPr>
            <w:tcW w:type="dxa" w:w="430"/>
            <w:vAlign w:val="top"/>
          </w:tcPr>
          <w:p>
            <w:pPr>
              <w:spacing w:after="0" w:before="0"/>
              <w:jc w:val="center"/>
            </w:pPr>
            <w:r/>
            <w:r>
              <w:rPr>
                <w:rFonts w:ascii="Arial" w:hAnsi="Arial" w:eastAsia="Arial"/>
                <w:b w:val="0"/>
                <w:sz w:val="18"/>
              </w:rPr>
              <w:t>74</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Friendly Coach Mode</w:t>
            </w:r>
          </w:p>
        </w:tc>
        <w:tc>
          <w:tcPr>
            <w:tcW w:type="dxa" w:w="4160"/>
            <w:vAlign w:val="top"/>
          </w:tcPr>
          <w:p>
            <w:pPr>
              <w:spacing w:after="0" w:before="0"/>
              <w:jc w:val="left"/>
            </w:pPr>
            <w:r/>
            <w:r>
              <w:rPr>
                <w:rFonts w:ascii="Arial" w:hAnsi="Arial" w:eastAsia="Arial"/>
                <w:b w:val="0"/>
                <w:sz w:val="17"/>
              </w:rPr>
              <w:t>Act as my friendly ADHD-aware decluttering coach. Use short messages, give one instruction at a time, ask before adding more steps, and remind me that partial progress counts. Start by asking what area is bothering me most.</w:t>
            </w:r>
          </w:p>
        </w:tc>
      </w:tr>
      <w:tr>
        <w:trPr>
          <w:cantSplit/>
        </w:trPr>
        <w:tc>
          <w:tcPr>
            <w:tcW w:type="dxa" w:w="430"/>
            <w:vAlign w:val="top"/>
          </w:tcPr>
          <w:p>
            <w:pPr>
              <w:spacing w:after="0" w:before="0"/>
              <w:jc w:val="center"/>
            </w:pPr>
            <w:r/>
            <w:r>
              <w:rPr>
                <w:rFonts w:ascii="Arial" w:hAnsi="Arial" w:eastAsia="Arial"/>
                <w:b w:val="0"/>
                <w:sz w:val="18"/>
              </w:rPr>
              <w:t>75</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Celebrate Completed Tasks</w:t>
            </w:r>
          </w:p>
        </w:tc>
        <w:tc>
          <w:tcPr>
            <w:tcW w:type="dxa" w:w="4160"/>
            <w:vAlign w:val="top"/>
          </w:tcPr>
          <w:p>
            <w:pPr>
              <w:spacing w:after="0" w:before="0"/>
              <w:jc w:val="left"/>
            </w:pPr>
            <w:r/>
            <w:r>
              <w:rPr>
                <w:rFonts w:ascii="Arial" w:hAnsi="Arial" w:eastAsia="Arial"/>
                <w:b w:val="0"/>
                <w:sz w:val="17"/>
              </w:rPr>
              <w:t>Whenever I report a completed task in this chat, briefly acknowledge exactly what I did, name one benefit, and ask whether I want to rest, celebrate, or choose another tiny task.</w:t>
            </w:r>
          </w:p>
        </w:tc>
      </w:tr>
      <w:tr>
        <w:trPr>
          <w:cantSplit/>
        </w:trPr>
        <w:tc>
          <w:tcPr>
            <w:tcW w:type="dxa" w:w="430"/>
            <w:vAlign w:val="top"/>
          </w:tcPr>
          <w:p>
            <w:pPr>
              <w:spacing w:after="0" w:before="0"/>
              <w:jc w:val="center"/>
            </w:pPr>
            <w:r/>
            <w:r>
              <w:rPr>
                <w:rFonts w:ascii="Arial" w:hAnsi="Arial" w:eastAsia="Arial"/>
                <w:b w:val="0"/>
                <w:sz w:val="18"/>
              </w:rPr>
              <w:t>76</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Restart After Procrastinating</w:t>
            </w:r>
          </w:p>
        </w:tc>
        <w:tc>
          <w:tcPr>
            <w:tcW w:type="dxa" w:w="4160"/>
            <w:vAlign w:val="top"/>
          </w:tcPr>
          <w:p>
            <w:pPr>
              <w:spacing w:after="0" w:before="0"/>
              <w:jc w:val="left"/>
            </w:pPr>
            <w:r/>
            <w:r>
              <w:rPr>
                <w:rFonts w:ascii="Arial" w:hAnsi="Arial" w:eastAsia="Arial"/>
                <w:b w:val="0"/>
                <w:sz w:val="17"/>
              </w:rPr>
              <w:t>I have delayed [task] for [time]. Help me restart without discussing everything I should have done. Identify the smallest useful action, make it take less than 5 minutes, and give me a simple sentence to say when I begin.</w:t>
            </w:r>
          </w:p>
        </w:tc>
      </w:tr>
      <w:tr>
        <w:trPr>
          <w:cantSplit/>
        </w:trPr>
        <w:tc>
          <w:tcPr>
            <w:tcW w:type="dxa" w:w="430"/>
            <w:vAlign w:val="top"/>
          </w:tcPr>
          <w:p>
            <w:pPr>
              <w:spacing w:after="0" w:before="0"/>
              <w:jc w:val="center"/>
            </w:pPr>
            <w:r/>
            <w:r>
              <w:rPr>
                <w:rFonts w:ascii="Arial" w:hAnsi="Arial" w:eastAsia="Arial"/>
                <w:b w:val="0"/>
                <w:sz w:val="18"/>
              </w:rPr>
              <w:t>77</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Why Small Wins Matter</w:t>
            </w:r>
          </w:p>
        </w:tc>
        <w:tc>
          <w:tcPr>
            <w:tcW w:type="dxa" w:w="4160"/>
            <w:vAlign w:val="top"/>
          </w:tcPr>
          <w:p>
            <w:pPr>
              <w:spacing w:after="0" w:before="0"/>
              <w:jc w:val="left"/>
            </w:pPr>
            <w:r/>
            <w:r>
              <w:rPr>
                <w:rFonts w:ascii="Arial" w:hAnsi="Arial" w:eastAsia="Arial"/>
                <w:b w:val="0"/>
                <w:sz w:val="17"/>
              </w:rPr>
              <w:t>Explain why small decluttering wins are useful for motivation and ADHD executive function in simple, nonclinical language. Then help me identify one small win available in my current space.</w:t>
            </w:r>
          </w:p>
        </w:tc>
      </w:tr>
      <w:tr>
        <w:trPr>
          <w:cantSplit/>
        </w:trPr>
        <w:tc>
          <w:tcPr>
            <w:tcW w:type="dxa" w:w="430"/>
            <w:vAlign w:val="top"/>
          </w:tcPr>
          <w:p>
            <w:pPr>
              <w:spacing w:after="0" w:before="0"/>
              <w:jc w:val="center"/>
            </w:pPr>
            <w:r/>
            <w:r>
              <w:rPr>
                <w:rFonts w:ascii="Arial" w:hAnsi="Arial" w:eastAsia="Arial"/>
                <w:b w:val="0"/>
                <w:sz w:val="18"/>
              </w:rPr>
              <w:t>78</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Daily Accomplishment Review</w:t>
            </w:r>
          </w:p>
        </w:tc>
        <w:tc>
          <w:tcPr>
            <w:tcW w:type="dxa" w:w="4160"/>
            <w:vAlign w:val="top"/>
          </w:tcPr>
          <w:p>
            <w:pPr>
              <w:spacing w:after="0" w:before="0"/>
              <w:jc w:val="left"/>
            </w:pPr>
            <w:r/>
            <w:r>
              <w:rPr>
                <w:rFonts w:ascii="Arial" w:hAnsi="Arial" w:eastAsia="Arial"/>
                <w:b w:val="0"/>
                <w:sz w:val="17"/>
              </w:rPr>
              <w:t>Ask me five short questions to uncover what I accomplished today, including tasks I may overlook. Then create a brief "done list" and highlight one action that made tomorrow easier.</w:t>
            </w:r>
          </w:p>
        </w:tc>
      </w:tr>
      <w:tr>
        <w:trPr>
          <w:cantSplit/>
        </w:trPr>
        <w:tc>
          <w:tcPr>
            <w:tcW w:type="dxa" w:w="430"/>
            <w:vAlign w:val="top"/>
          </w:tcPr>
          <w:p>
            <w:pPr>
              <w:spacing w:after="0" w:before="0"/>
              <w:jc w:val="center"/>
            </w:pPr>
            <w:r/>
            <w:r>
              <w:rPr>
                <w:rFonts w:ascii="Arial" w:hAnsi="Arial" w:eastAsia="Arial"/>
                <w:b w:val="0"/>
                <w:sz w:val="18"/>
              </w:rPr>
              <w:t>79</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Build Momentum</w:t>
            </w:r>
          </w:p>
        </w:tc>
        <w:tc>
          <w:tcPr>
            <w:tcW w:type="dxa" w:w="4160"/>
            <w:vAlign w:val="top"/>
          </w:tcPr>
          <w:p>
            <w:pPr>
              <w:spacing w:after="0" w:before="0"/>
              <w:jc w:val="left"/>
            </w:pPr>
            <w:r/>
            <w:r>
              <w:rPr>
                <w:rFonts w:ascii="Arial" w:hAnsi="Arial" w:eastAsia="Arial"/>
                <w:b w:val="0"/>
                <w:sz w:val="17"/>
              </w:rPr>
              <w:t>I completed [small task]. Help me use that momentum wisely. Offer three choices: stop and celebrate, do a 2-minute related task, or schedule the next step. Do not assume continuing is always best.</w:t>
            </w:r>
          </w:p>
        </w:tc>
      </w:tr>
      <w:tr>
        <w:trPr>
          <w:cantSplit/>
        </w:trPr>
        <w:tc>
          <w:tcPr>
            <w:tcW w:type="dxa" w:w="430"/>
            <w:vAlign w:val="top"/>
          </w:tcPr>
          <w:p>
            <w:pPr>
              <w:spacing w:after="0" w:before="0"/>
              <w:jc w:val="center"/>
            </w:pPr>
            <w:r/>
            <w:r>
              <w:rPr>
                <w:rFonts w:ascii="Arial" w:hAnsi="Arial" w:eastAsia="Arial"/>
                <w:b w:val="0"/>
                <w:sz w:val="18"/>
              </w:rPr>
              <w:t>80</w:t>
            </w:r>
          </w:p>
        </w:tc>
        <w:tc>
          <w:tcPr>
            <w:tcW w:type="dxa" w:w="1300"/>
            <w:vAlign w:val="top"/>
          </w:tcPr>
          <w:p>
            <w:pPr>
              <w:spacing w:after="0" w:before="0"/>
              <w:jc w:val="left"/>
            </w:pPr>
            <w:r/>
            <w:r>
              <w:rPr>
                <w:rFonts w:ascii="Arial" w:hAnsi="Arial" w:eastAsia="Arial"/>
                <w:b w:val="0"/>
                <w:sz w:val="18"/>
              </w:rPr>
              <w:t>Motivation &amp; Accountability</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Focus Until the Timer Ends</w:t>
            </w:r>
          </w:p>
        </w:tc>
        <w:tc>
          <w:tcPr>
            <w:tcW w:type="dxa" w:w="4160"/>
            <w:vAlign w:val="top"/>
          </w:tcPr>
          <w:p>
            <w:pPr>
              <w:spacing w:after="0" w:before="0"/>
              <w:jc w:val="left"/>
            </w:pPr>
            <w:r/>
            <w:r>
              <w:rPr>
                <w:rFonts w:ascii="Arial" w:hAnsi="Arial" w:eastAsia="Arial"/>
                <w:b w:val="0"/>
                <w:sz w:val="17"/>
              </w:rPr>
              <w:t>Help me stay focused on [task] for [minutes]. Before I begin, help me remove one likely distraction, define what success looks like, and create a short restart phrase I can use if my attention wanders.</w:t>
            </w:r>
          </w:p>
        </w:tc>
      </w:tr>
      <w:tr>
        <w:trPr>
          <w:cantSplit/>
        </w:trPr>
        <w:tc>
          <w:tcPr>
            <w:tcW w:type="dxa" w:w="430"/>
            <w:vAlign w:val="top"/>
          </w:tcPr>
          <w:p>
            <w:pPr>
              <w:spacing w:after="0" w:before="0"/>
              <w:jc w:val="center"/>
            </w:pPr>
            <w:r/>
            <w:r>
              <w:rPr>
                <w:rFonts w:ascii="Arial" w:hAnsi="Arial" w:eastAsia="Arial"/>
                <w:b w:val="0"/>
                <w:sz w:val="18"/>
              </w:rPr>
              <w:t>81</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Weekly Cleaning Schedule</w:t>
            </w:r>
          </w:p>
        </w:tc>
        <w:tc>
          <w:tcPr>
            <w:tcW w:type="dxa" w:w="4160"/>
            <w:vAlign w:val="top"/>
          </w:tcPr>
          <w:p>
            <w:pPr>
              <w:spacing w:after="0" w:before="0"/>
              <w:jc w:val="left"/>
            </w:pPr>
            <w:r/>
            <w:r>
              <w:rPr>
                <w:rFonts w:ascii="Arial" w:hAnsi="Arial" w:eastAsia="Arial"/>
                <w:b w:val="0"/>
                <w:sz w:val="17"/>
              </w:rPr>
              <w:t>Create an ADHD-friendly weekly cleaning schedule for my home. My household includes [people/pets], my available days are [days], and my energy is usually [low/medium/high]. Limit weekday tasks to 15 minutes and include a catch-up option.</w:t>
            </w:r>
          </w:p>
        </w:tc>
      </w:tr>
      <w:tr>
        <w:trPr>
          <w:cantSplit/>
        </w:trPr>
        <w:tc>
          <w:tcPr>
            <w:tcW w:type="dxa" w:w="430"/>
            <w:vAlign w:val="top"/>
          </w:tcPr>
          <w:p>
            <w:pPr>
              <w:spacing w:after="0" w:before="0"/>
              <w:jc w:val="center"/>
            </w:pPr>
            <w:r/>
            <w:r>
              <w:rPr>
                <w:rFonts w:ascii="Arial" w:hAnsi="Arial" w:eastAsia="Arial"/>
                <w:b w:val="0"/>
                <w:sz w:val="18"/>
              </w:rPr>
              <w:t>82</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Sunday Reset Routine</w:t>
            </w:r>
          </w:p>
        </w:tc>
        <w:tc>
          <w:tcPr>
            <w:tcW w:type="dxa" w:w="4160"/>
            <w:vAlign w:val="top"/>
          </w:tcPr>
          <w:p>
            <w:pPr>
              <w:spacing w:after="0" w:before="0"/>
              <w:jc w:val="left"/>
            </w:pPr>
            <w:r/>
            <w:r>
              <w:rPr>
                <w:rFonts w:ascii="Arial" w:hAnsi="Arial" w:eastAsia="Arial"/>
                <w:b w:val="0"/>
                <w:sz w:val="17"/>
              </w:rPr>
              <w:t>Build a Sunday reset routine that takes no more than [minutes]. Include checking the calendar, laundry status, dishes, trash, paperwork, and the three most-used rooms. Divide it into short rounds with breaks.</w:t>
            </w:r>
          </w:p>
        </w:tc>
      </w:tr>
      <w:tr>
        <w:trPr>
          <w:cantSplit/>
        </w:trPr>
        <w:tc>
          <w:tcPr>
            <w:tcW w:type="dxa" w:w="430"/>
            <w:vAlign w:val="top"/>
          </w:tcPr>
          <w:p>
            <w:pPr>
              <w:spacing w:after="0" w:before="0"/>
              <w:jc w:val="center"/>
            </w:pPr>
            <w:r/>
            <w:r>
              <w:rPr>
                <w:rFonts w:ascii="Arial" w:hAnsi="Arial" w:eastAsia="Arial"/>
                <w:b w:val="0"/>
                <w:sz w:val="18"/>
              </w:rPr>
              <w:t>83</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Divide Chores Across the Week</w:t>
            </w:r>
          </w:p>
        </w:tc>
        <w:tc>
          <w:tcPr>
            <w:tcW w:type="dxa" w:w="4160"/>
            <w:vAlign w:val="top"/>
          </w:tcPr>
          <w:p>
            <w:pPr>
              <w:spacing w:after="0" w:before="0"/>
              <w:jc w:val="left"/>
            </w:pPr>
            <w:r/>
            <w:r>
              <w:rPr>
                <w:rFonts w:ascii="Arial" w:hAnsi="Arial" w:eastAsia="Arial"/>
                <w:b w:val="0"/>
                <w:sz w:val="17"/>
              </w:rPr>
              <w:t>Divide these chores across seven days so no day feels overloaded: [paste chores]. Group tasks by location or supplies, balance difficult and easy tasks, and show a minimum version for busy days.</w:t>
            </w:r>
          </w:p>
        </w:tc>
      </w:tr>
      <w:tr>
        <w:trPr>
          <w:cantSplit/>
        </w:trPr>
        <w:tc>
          <w:tcPr>
            <w:tcW w:type="dxa" w:w="430"/>
            <w:vAlign w:val="top"/>
          </w:tcPr>
          <w:p>
            <w:pPr>
              <w:spacing w:after="0" w:before="0"/>
              <w:jc w:val="center"/>
            </w:pPr>
            <w:r/>
            <w:r>
              <w:rPr>
                <w:rFonts w:ascii="Arial" w:hAnsi="Arial" w:eastAsia="Arial"/>
                <w:b w:val="0"/>
                <w:sz w:val="18"/>
              </w:rPr>
              <w:t>84</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Realistic Cleaning Calendar</w:t>
            </w:r>
          </w:p>
        </w:tc>
        <w:tc>
          <w:tcPr>
            <w:tcW w:type="dxa" w:w="4160"/>
            <w:vAlign w:val="top"/>
          </w:tcPr>
          <w:p>
            <w:pPr>
              <w:spacing w:after="0" w:before="0"/>
              <w:jc w:val="left"/>
            </w:pPr>
            <w:r/>
            <w:r>
              <w:rPr>
                <w:rFonts w:ascii="Arial" w:hAnsi="Arial" w:eastAsia="Arial"/>
                <w:b w:val="0"/>
                <w:sz w:val="17"/>
              </w:rPr>
              <w:t>Create a one-month cleaning calendar for [home size and household]. Separate daily resets, weekly tasks, and occasional tasks. Keep the plan realistic for ADHD and leave blank recovery days.</w:t>
            </w:r>
          </w:p>
        </w:tc>
      </w:tr>
      <w:tr>
        <w:trPr>
          <w:cantSplit/>
        </w:trPr>
        <w:tc>
          <w:tcPr>
            <w:tcW w:type="dxa" w:w="430"/>
            <w:vAlign w:val="top"/>
          </w:tcPr>
          <w:p>
            <w:pPr>
              <w:spacing w:after="0" w:before="0"/>
              <w:jc w:val="center"/>
            </w:pPr>
            <w:r/>
            <w:r>
              <w:rPr>
                <w:rFonts w:ascii="Arial" w:hAnsi="Arial" w:eastAsia="Arial"/>
                <w:b w:val="0"/>
                <w:sz w:val="18"/>
              </w:rPr>
              <w:t>85</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Daily Cleaning Essentials</w:t>
            </w:r>
          </w:p>
        </w:tc>
        <w:tc>
          <w:tcPr>
            <w:tcW w:type="dxa" w:w="4160"/>
            <w:vAlign w:val="top"/>
          </w:tcPr>
          <w:p>
            <w:pPr>
              <w:spacing w:after="0" w:before="0"/>
              <w:jc w:val="left"/>
            </w:pPr>
            <w:r/>
            <w:r>
              <w:rPr>
                <w:rFonts w:ascii="Arial" w:hAnsi="Arial" w:eastAsia="Arial"/>
                <w:b w:val="0"/>
                <w:sz w:val="17"/>
              </w:rPr>
              <w:t>Based on my household and main clutter problems [describe], identify the smallest set of cleaning actions worth doing daily. Limit the list to five items and provide a 5-minute minimum version.</w:t>
            </w:r>
          </w:p>
        </w:tc>
      </w:tr>
      <w:tr>
        <w:trPr>
          <w:cantSplit/>
        </w:trPr>
        <w:tc>
          <w:tcPr>
            <w:tcW w:type="dxa" w:w="430"/>
            <w:vAlign w:val="top"/>
          </w:tcPr>
          <w:p>
            <w:pPr>
              <w:spacing w:after="0" w:before="0"/>
              <w:jc w:val="center"/>
            </w:pPr>
            <w:r/>
            <w:r>
              <w:rPr>
                <w:rFonts w:ascii="Arial" w:hAnsi="Arial" w:eastAsia="Arial"/>
                <w:b w:val="0"/>
                <w:sz w:val="18"/>
              </w:rPr>
              <w:t>86</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Weekly Cleaning Essentials</w:t>
            </w:r>
          </w:p>
        </w:tc>
        <w:tc>
          <w:tcPr>
            <w:tcW w:type="dxa" w:w="4160"/>
            <w:vAlign w:val="top"/>
          </w:tcPr>
          <w:p>
            <w:pPr>
              <w:spacing w:after="0" w:before="0"/>
              <w:jc w:val="left"/>
            </w:pPr>
            <w:r/>
            <w:r>
              <w:rPr>
                <w:rFonts w:ascii="Arial" w:hAnsi="Arial" w:eastAsia="Arial"/>
                <w:b w:val="0"/>
                <w:sz w:val="17"/>
              </w:rPr>
              <w:t>Identify the most useful weekly cleaning tasks for [home type and household]. Rank them by health, safety, function, and visual impact, then create a plan that fits into two or three short sessions.</w:t>
            </w:r>
          </w:p>
        </w:tc>
      </w:tr>
      <w:tr>
        <w:trPr>
          <w:cantSplit/>
        </w:trPr>
        <w:tc>
          <w:tcPr>
            <w:tcW w:type="dxa" w:w="430"/>
            <w:vAlign w:val="top"/>
          </w:tcPr>
          <w:p>
            <w:pPr>
              <w:spacing w:after="0" w:before="0"/>
              <w:jc w:val="center"/>
            </w:pPr>
            <w:r/>
            <w:r>
              <w:rPr>
                <w:rFonts w:ascii="Arial" w:hAnsi="Arial" w:eastAsia="Arial"/>
                <w:b w:val="0"/>
                <w:sz w:val="18"/>
              </w:rPr>
              <w:t>87</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Prepare the Home for the Weekend</w:t>
            </w:r>
          </w:p>
        </w:tc>
        <w:tc>
          <w:tcPr>
            <w:tcW w:type="dxa" w:w="4160"/>
            <w:vAlign w:val="top"/>
          </w:tcPr>
          <w:p>
            <w:pPr>
              <w:spacing w:after="0" w:before="0"/>
              <w:jc w:val="left"/>
            </w:pPr>
            <w:r/>
            <w:r>
              <w:rPr>
                <w:rFonts w:ascii="Arial" w:hAnsi="Arial" w:eastAsia="Arial"/>
                <w:b w:val="0"/>
                <w:sz w:val="17"/>
              </w:rPr>
              <w:t>Create a Friday home reset that makes the weekend easier. Include food, laundry, trash, shared spaces, and one enjoyable setup task. Keep the routine under [minutes].</w:t>
            </w:r>
          </w:p>
        </w:tc>
      </w:tr>
      <w:tr>
        <w:trPr>
          <w:cantSplit/>
        </w:trPr>
        <w:tc>
          <w:tcPr>
            <w:tcW w:type="dxa" w:w="430"/>
            <w:vAlign w:val="top"/>
          </w:tcPr>
          <w:p>
            <w:pPr>
              <w:spacing w:after="0" w:before="0"/>
              <w:jc w:val="center"/>
            </w:pPr>
            <w:r/>
            <w:r>
              <w:rPr>
                <w:rFonts w:ascii="Arial" w:hAnsi="Arial" w:eastAsia="Arial"/>
                <w:b w:val="0"/>
                <w:sz w:val="18"/>
              </w:rPr>
              <w:t>88</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Catch Up After a Busy Week</w:t>
            </w:r>
          </w:p>
        </w:tc>
        <w:tc>
          <w:tcPr>
            <w:tcW w:type="dxa" w:w="4160"/>
            <w:vAlign w:val="top"/>
          </w:tcPr>
          <w:p>
            <w:pPr>
              <w:spacing w:after="0" w:before="0"/>
              <w:jc w:val="left"/>
            </w:pPr>
            <w:r/>
            <w:r>
              <w:rPr>
                <w:rFonts w:ascii="Arial" w:hAnsi="Arial" w:eastAsia="Arial"/>
                <w:b w:val="0"/>
                <w:sz w:val="17"/>
              </w:rPr>
              <w:t>My home fell behind this week. Ask me what is urgent, what affects health or safety, and what spaces I need to use first. Then create a no-shame catch-up plan with three short sprints and clear stopping points.</w:t>
            </w:r>
          </w:p>
        </w:tc>
      </w:tr>
      <w:tr>
        <w:trPr>
          <w:cantSplit/>
        </w:trPr>
        <w:tc>
          <w:tcPr>
            <w:tcW w:type="dxa" w:w="430"/>
            <w:vAlign w:val="top"/>
          </w:tcPr>
          <w:p>
            <w:pPr>
              <w:spacing w:after="0" w:before="0"/>
              <w:jc w:val="center"/>
            </w:pPr>
            <w:r/>
            <w:r>
              <w:rPr>
                <w:rFonts w:ascii="Arial" w:hAnsi="Arial" w:eastAsia="Arial"/>
                <w:b w:val="0"/>
                <w:sz w:val="18"/>
              </w:rPr>
              <w:t>89</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Gemini</w:t>
            </w:r>
          </w:p>
        </w:tc>
        <w:tc>
          <w:tcPr>
            <w:tcW w:type="dxa" w:w="1500"/>
            <w:vAlign w:val="top"/>
          </w:tcPr>
          <w:p>
            <w:pPr>
              <w:spacing w:after="0" w:before="0"/>
              <w:jc w:val="left"/>
            </w:pPr>
            <w:r/>
            <w:r>
              <w:rPr>
                <w:rFonts w:ascii="Arial" w:hAnsi="Arial" w:eastAsia="Arial"/>
                <w:b w:val="0"/>
                <w:sz w:val="18"/>
              </w:rPr>
              <w:t>Monthly Home Maintenance</w:t>
            </w:r>
          </w:p>
        </w:tc>
        <w:tc>
          <w:tcPr>
            <w:tcW w:type="dxa" w:w="4160"/>
            <w:vAlign w:val="top"/>
          </w:tcPr>
          <w:p>
            <w:pPr>
              <w:spacing w:after="0" w:before="0"/>
              <w:jc w:val="left"/>
            </w:pPr>
            <w:r/>
            <w:r>
              <w:rPr>
                <w:rFonts w:ascii="Arial" w:hAnsi="Arial" w:eastAsia="Arial"/>
                <w:b w:val="0"/>
                <w:sz w:val="17"/>
              </w:rPr>
              <w:t>Create a simple monthly home maintenance checklist for [house/apartment], [climate], and [season]. Separate safety checks, cleaning, supplies, and repairs. Flag tasks that should be handled by a qualified professional.</w:t>
            </w:r>
          </w:p>
        </w:tc>
      </w:tr>
      <w:tr>
        <w:trPr>
          <w:cantSplit/>
        </w:trPr>
        <w:tc>
          <w:tcPr>
            <w:tcW w:type="dxa" w:w="430"/>
            <w:vAlign w:val="top"/>
          </w:tcPr>
          <w:p>
            <w:pPr>
              <w:spacing w:after="0" w:before="0"/>
              <w:jc w:val="center"/>
            </w:pPr>
            <w:r/>
            <w:r>
              <w:rPr>
                <w:rFonts w:ascii="Arial" w:hAnsi="Arial" w:eastAsia="Arial"/>
                <w:b w:val="0"/>
                <w:sz w:val="18"/>
              </w:rPr>
              <w:t>90</w:t>
            </w:r>
          </w:p>
        </w:tc>
        <w:tc>
          <w:tcPr>
            <w:tcW w:type="dxa" w:w="1300"/>
            <w:vAlign w:val="top"/>
          </w:tcPr>
          <w:p>
            <w:pPr>
              <w:spacing w:after="0" w:before="0"/>
              <w:jc w:val="left"/>
            </w:pPr>
            <w:r/>
            <w:r>
              <w:rPr>
                <w:rFonts w:ascii="Arial" w:hAnsi="Arial" w:eastAsia="Arial"/>
                <w:b w:val="0"/>
                <w:sz w:val="18"/>
              </w:rPr>
              <w:t>Weekly Home Management</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Consistency Without Perfection</w:t>
            </w:r>
          </w:p>
        </w:tc>
        <w:tc>
          <w:tcPr>
            <w:tcW w:type="dxa" w:w="4160"/>
            <w:vAlign w:val="top"/>
          </w:tcPr>
          <w:p>
            <w:pPr>
              <w:spacing w:after="0" w:before="0"/>
              <w:jc w:val="left"/>
            </w:pPr>
            <w:r/>
            <w:r>
              <w:rPr>
                <w:rFonts w:ascii="Arial" w:hAnsi="Arial" w:eastAsia="Arial"/>
                <w:b w:val="0"/>
                <w:sz w:val="17"/>
              </w:rPr>
              <w:t>Help me create a flexible home routine that can survive missed days. Include a normal version, a low-energy version, and a restart version. Make success based on returning to the routine rather than maintaining a perfect streak.</w:t>
            </w:r>
          </w:p>
        </w:tc>
      </w:tr>
      <w:tr>
        <w:trPr>
          <w:cantSplit/>
        </w:trPr>
        <w:tc>
          <w:tcPr>
            <w:tcW w:type="dxa" w:w="430"/>
            <w:vAlign w:val="top"/>
          </w:tcPr>
          <w:p>
            <w:pPr>
              <w:spacing w:after="0" w:before="0"/>
              <w:jc w:val="center"/>
            </w:pPr>
            <w:r/>
            <w:r>
              <w:rPr>
                <w:rFonts w:ascii="Arial" w:hAnsi="Arial" w:eastAsia="Arial"/>
                <w:b w:val="0"/>
                <w:sz w:val="18"/>
              </w:rPr>
              <w:t>91</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Personal ADHD-Friendly Coach</w:t>
            </w:r>
          </w:p>
        </w:tc>
        <w:tc>
          <w:tcPr>
            <w:tcW w:type="dxa" w:w="4160"/>
            <w:vAlign w:val="top"/>
          </w:tcPr>
          <w:p>
            <w:pPr>
              <w:spacing w:after="0" w:before="0"/>
              <w:jc w:val="left"/>
            </w:pPr>
            <w:r/>
            <w:r>
              <w:rPr>
                <w:rFonts w:ascii="Arial" w:hAnsi="Arial" w:eastAsia="Arial"/>
                <w:b w:val="0"/>
                <w:sz w:val="17"/>
              </w:rPr>
              <w:t>Act as my ADHD-friendly decluttering coach for today. Ask about my energy, available time, and the space causing the most stress. Then help me choose one realistic goal and guide me one step at a time.</w:t>
            </w:r>
          </w:p>
        </w:tc>
      </w:tr>
      <w:tr>
        <w:trPr>
          <w:cantSplit/>
        </w:trPr>
        <w:tc>
          <w:tcPr>
            <w:tcW w:type="dxa" w:w="430"/>
            <w:vAlign w:val="top"/>
          </w:tcPr>
          <w:p>
            <w:pPr>
              <w:spacing w:after="0" w:before="0"/>
              <w:jc w:val="center"/>
            </w:pPr>
            <w:r/>
            <w:r>
              <w:rPr>
                <w:rFonts w:ascii="Arial" w:hAnsi="Arial" w:eastAsia="Arial"/>
                <w:b w:val="0"/>
                <w:sz w:val="18"/>
              </w:rPr>
              <w:t>92</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Build a Cleaning Habit</w:t>
            </w:r>
          </w:p>
        </w:tc>
        <w:tc>
          <w:tcPr>
            <w:tcW w:type="dxa" w:w="4160"/>
            <w:vAlign w:val="top"/>
          </w:tcPr>
          <w:p>
            <w:pPr>
              <w:spacing w:after="0" w:before="0"/>
              <w:jc w:val="left"/>
            </w:pPr>
            <w:r/>
            <w:r>
              <w:rPr>
                <w:rFonts w:ascii="Arial" w:hAnsi="Arial" w:eastAsia="Arial"/>
                <w:b w:val="0"/>
                <w:sz w:val="17"/>
              </w:rPr>
              <w:t>Help me build one cleaning habit that takes less than 5 minutes. Ask about routines I already do every day, recommend an anchor, define the smallest version, and create a restart plan for missed days.</w:t>
            </w:r>
          </w:p>
        </w:tc>
      </w:tr>
      <w:tr>
        <w:trPr>
          <w:cantSplit/>
        </w:trPr>
        <w:tc>
          <w:tcPr>
            <w:tcW w:type="dxa" w:w="430"/>
            <w:vAlign w:val="top"/>
          </w:tcPr>
          <w:p>
            <w:pPr>
              <w:spacing w:after="0" w:before="0"/>
              <w:jc w:val="center"/>
            </w:pPr>
            <w:r/>
            <w:r>
              <w:rPr>
                <w:rFonts w:ascii="Arial" w:hAnsi="Arial" w:eastAsia="Arial"/>
                <w:b w:val="0"/>
                <w:sz w:val="18"/>
              </w:rPr>
              <w:t>93</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Self-Kindness Reminder</w:t>
            </w:r>
          </w:p>
        </w:tc>
        <w:tc>
          <w:tcPr>
            <w:tcW w:type="dxa" w:w="4160"/>
            <w:vAlign w:val="top"/>
          </w:tcPr>
          <w:p>
            <w:pPr>
              <w:spacing w:after="0" w:before="0"/>
              <w:jc w:val="left"/>
            </w:pPr>
            <w:r/>
            <w:r>
              <w:rPr>
                <w:rFonts w:ascii="Arial" w:hAnsi="Arial" w:eastAsia="Arial"/>
                <w:b w:val="0"/>
                <w:sz w:val="17"/>
              </w:rPr>
              <w:t>Write a short reminder I can save for moments when clutter makes me feel ashamed. It should separate my worth from the condition of my home, encourage one small action, and give permission to rest.</w:t>
            </w:r>
          </w:p>
        </w:tc>
      </w:tr>
      <w:tr>
        <w:trPr>
          <w:cantSplit/>
        </w:trPr>
        <w:tc>
          <w:tcPr>
            <w:tcW w:type="dxa" w:w="430"/>
            <w:vAlign w:val="top"/>
          </w:tcPr>
          <w:p>
            <w:pPr>
              <w:spacing w:after="0" w:before="0"/>
              <w:jc w:val="center"/>
            </w:pPr>
            <w:r/>
            <w:r>
              <w:rPr>
                <w:rFonts w:ascii="Arial" w:hAnsi="Arial" w:eastAsia="Arial"/>
                <w:b w:val="0"/>
                <w:sz w:val="18"/>
              </w:rPr>
              <w:t>94</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Celebrate Today's Progress</w:t>
            </w:r>
          </w:p>
        </w:tc>
        <w:tc>
          <w:tcPr>
            <w:tcW w:type="dxa" w:w="4160"/>
            <w:vAlign w:val="top"/>
          </w:tcPr>
          <w:p>
            <w:pPr>
              <w:spacing w:after="0" w:before="0"/>
              <w:jc w:val="left"/>
            </w:pPr>
            <w:r/>
            <w:r>
              <w:rPr>
                <w:rFonts w:ascii="Arial" w:hAnsi="Arial" w:eastAsia="Arial"/>
                <w:b w:val="0"/>
                <w:sz w:val="17"/>
              </w:rPr>
              <w:t>Help me review today for progress. Ask what I started, completed, improved, decided, discarded, or scheduled. Then write a short summary of my wins without exaggeration.</w:t>
            </w:r>
          </w:p>
        </w:tc>
      </w:tr>
      <w:tr>
        <w:trPr>
          <w:cantSplit/>
        </w:trPr>
        <w:tc>
          <w:tcPr>
            <w:tcW w:type="dxa" w:w="430"/>
            <w:vAlign w:val="top"/>
          </w:tcPr>
          <w:p>
            <w:pPr>
              <w:spacing w:after="0" w:before="0"/>
              <w:jc w:val="center"/>
            </w:pPr>
            <w:r/>
            <w:r>
              <w:rPr>
                <w:rFonts w:ascii="Arial" w:hAnsi="Arial" w:eastAsia="Arial"/>
                <w:b w:val="0"/>
                <w:sz w:val="18"/>
              </w:rPr>
              <w:t>95</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One Question to Move Forward</w:t>
            </w:r>
          </w:p>
        </w:tc>
        <w:tc>
          <w:tcPr>
            <w:tcW w:type="dxa" w:w="4160"/>
            <w:vAlign w:val="top"/>
          </w:tcPr>
          <w:p>
            <w:pPr>
              <w:spacing w:after="0" w:before="0"/>
              <w:jc w:val="left"/>
            </w:pPr>
            <w:r/>
            <w:r>
              <w:rPr>
                <w:rFonts w:ascii="Arial" w:hAnsi="Arial" w:eastAsia="Arial"/>
                <w:b w:val="0"/>
                <w:sz w:val="17"/>
              </w:rPr>
              <w:t>Ask me one carefully chosen question that will help me move forward with my current clutter problem: [describe it]. After I answer, give me only one next action.</w:t>
            </w:r>
          </w:p>
        </w:tc>
      </w:tr>
      <w:tr>
        <w:trPr>
          <w:cantSplit/>
        </w:trPr>
        <w:tc>
          <w:tcPr>
            <w:tcW w:type="dxa" w:w="430"/>
            <w:vAlign w:val="top"/>
          </w:tcPr>
          <w:p>
            <w:pPr>
              <w:spacing w:after="0" w:before="0"/>
              <w:jc w:val="center"/>
            </w:pPr>
            <w:r/>
            <w:r>
              <w:rPr>
                <w:rFonts w:ascii="Arial" w:hAnsi="Arial" w:eastAsia="Arial"/>
                <w:b w:val="0"/>
                <w:sz w:val="18"/>
              </w:rPr>
              <w:t>96</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Recover After Missing Days</w:t>
            </w:r>
          </w:p>
        </w:tc>
        <w:tc>
          <w:tcPr>
            <w:tcW w:type="dxa" w:w="4160"/>
            <w:vAlign w:val="top"/>
          </w:tcPr>
          <w:p>
            <w:pPr>
              <w:spacing w:after="0" w:before="0"/>
              <w:jc w:val="left"/>
            </w:pPr>
            <w:r/>
            <w:r>
              <w:rPr>
                <w:rFonts w:ascii="Arial" w:hAnsi="Arial" w:eastAsia="Arial"/>
                <w:b w:val="0"/>
                <w:sz w:val="17"/>
              </w:rPr>
              <w:t>I have not followed my cleaning routine for [number] days. Help me restart without catching up on everything. Create a 5-minute re-entry task, a normal task for tomorrow, and a kind statement that prevents all-or-nothing thinking.</w:t>
            </w:r>
          </w:p>
        </w:tc>
      </w:tr>
      <w:tr>
        <w:trPr>
          <w:cantSplit/>
        </w:trPr>
        <w:tc>
          <w:tcPr>
            <w:tcW w:type="dxa" w:w="430"/>
            <w:vAlign w:val="top"/>
          </w:tcPr>
          <w:p>
            <w:pPr>
              <w:spacing w:after="0" w:before="0"/>
              <w:jc w:val="center"/>
            </w:pPr>
            <w:r/>
            <w:r>
              <w:rPr>
                <w:rFonts w:ascii="Arial" w:hAnsi="Arial" w:eastAsia="Arial"/>
                <w:b w:val="0"/>
                <w:sz w:val="18"/>
              </w:rPr>
              <w:t>97</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Routine That Fits My Life</w:t>
            </w:r>
          </w:p>
        </w:tc>
        <w:tc>
          <w:tcPr>
            <w:tcW w:type="dxa" w:w="4160"/>
            <w:vAlign w:val="top"/>
          </w:tcPr>
          <w:p>
            <w:pPr>
              <w:spacing w:after="0" w:before="0"/>
              <w:jc w:val="left"/>
            </w:pPr>
            <w:r/>
            <w:r>
              <w:rPr>
                <w:rFonts w:ascii="Arial" w:hAnsi="Arial" w:eastAsia="Arial"/>
                <w:b w:val="0"/>
                <w:sz w:val="17"/>
              </w:rPr>
              <w:t>Design a decluttering and home-reset routine around my actual lifestyle. Ask about work hours, family, health, energy, peak focus times, and biggest clutter zones. Then create a flexible plan with daily, weekly, and restart versions.</w:t>
            </w:r>
          </w:p>
        </w:tc>
      </w:tr>
      <w:tr>
        <w:trPr>
          <w:cantSplit/>
        </w:trPr>
        <w:tc>
          <w:tcPr>
            <w:tcW w:type="dxa" w:w="430"/>
            <w:vAlign w:val="top"/>
          </w:tcPr>
          <w:p>
            <w:pPr>
              <w:spacing w:after="0" w:before="0"/>
              <w:jc w:val="center"/>
            </w:pPr>
            <w:r/>
            <w:r>
              <w:rPr>
                <w:rFonts w:ascii="Arial" w:hAnsi="Arial" w:eastAsia="Arial"/>
                <w:b w:val="0"/>
                <w:sz w:val="18"/>
              </w:rPr>
              <w:t>98</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Reduce Decision Fatigue</w:t>
            </w:r>
          </w:p>
        </w:tc>
        <w:tc>
          <w:tcPr>
            <w:tcW w:type="dxa" w:w="4160"/>
            <w:vAlign w:val="top"/>
          </w:tcPr>
          <w:p>
            <w:pPr>
              <w:spacing w:after="0" w:before="0"/>
              <w:jc w:val="left"/>
            </w:pPr>
            <w:r/>
            <w:r>
              <w:rPr>
                <w:rFonts w:ascii="Arial" w:hAnsi="Arial" w:eastAsia="Arial"/>
                <w:b w:val="0"/>
                <w:sz w:val="17"/>
              </w:rPr>
              <w:t>Identify the repeated home decisions that drain me based on this description: [describe]. Suggest simple defaults, labels, zones, limits, and routines that reduce how often I must decide what to do or where something belongs.</w:t>
            </w:r>
          </w:p>
        </w:tc>
      </w:tr>
      <w:tr>
        <w:trPr>
          <w:cantSplit/>
        </w:trPr>
        <w:tc>
          <w:tcPr>
            <w:tcW w:type="dxa" w:w="430"/>
            <w:vAlign w:val="top"/>
          </w:tcPr>
          <w:p>
            <w:pPr>
              <w:spacing w:after="0" w:before="0"/>
              <w:jc w:val="center"/>
            </w:pPr>
            <w:r/>
            <w:r>
              <w:rPr>
                <w:rFonts w:ascii="Arial" w:hAnsi="Arial" w:eastAsia="Arial"/>
                <w:b w:val="0"/>
                <w:sz w:val="18"/>
              </w:rPr>
              <w:t>99</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Personalized Decluttering Plan</w:t>
            </w:r>
          </w:p>
        </w:tc>
        <w:tc>
          <w:tcPr>
            <w:tcW w:type="dxa" w:w="4160"/>
            <w:vAlign w:val="top"/>
          </w:tcPr>
          <w:p>
            <w:pPr>
              <w:spacing w:after="0" w:before="0"/>
              <w:jc w:val="left"/>
            </w:pPr>
            <w:r/>
            <w:r>
              <w:rPr>
                <w:rFonts w:ascii="Arial" w:hAnsi="Arial" w:eastAsia="Arial"/>
                <w:b w:val="0"/>
                <w:sz w:val="17"/>
              </w:rPr>
              <w:t>Create a personalized decluttering plan for my home. Ask about the number of rooms, household members, main clutter types, available time, energy, and urgent problem areas. Build a four-week plan using short sessions and visible milestones.</w:t>
            </w:r>
          </w:p>
        </w:tc>
      </w:tr>
      <w:tr>
        <w:trPr>
          <w:cantSplit/>
        </w:trPr>
        <w:tc>
          <w:tcPr>
            <w:tcW w:type="dxa" w:w="430"/>
            <w:vAlign w:val="top"/>
          </w:tcPr>
          <w:p>
            <w:pPr>
              <w:spacing w:after="0" w:before="0"/>
              <w:jc w:val="center"/>
            </w:pPr>
            <w:r/>
            <w:r>
              <w:rPr>
                <w:rFonts w:ascii="Arial" w:hAnsi="Arial" w:eastAsia="Arial"/>
                <w:b w:val="0"/>
                <w:sz w:val="18"/>
              </w:rPr>
              <w:t>100</w:t>
            </w:r>
          </w:p>
        </w:tc>
        <w:tc>
          <w:tcPr>
            <w:tcW w:type="dxa" w:w="1300"/>
            <w:vAlign w:val="top"/>
          </w:tcPr>
          <w:p>
            <w:pPr>
              <w:spacing w:after="0" w:before="0"/>
              <w:jc w:val="left"/>
            </w:pPr>
            <w:r/>
            <w:r>
              <w:rPr>
                <w:rFonts w:ascii="Arial" w:hAnsi="Arial" w:eastAsia="Arial"/>
                <w:b w:val="0"/>
                <w:sz w:val="18"/>
              </w:rPr>
              <w:t>AI Coach &amp; Habit Building</w:t>
            </w:r>
          </w:p>
        </w:tc>
        <w:tc>
          <w:tcPr>
            <w:tcW w:type="dxa" w:w="1250"/>
            <w:vAlign w:val="top"/>
          </w:tcPr>
          <w:p>
            <w:pPr>
              <w:spacing w:after="0" w:before="0"/>
              <w:jc w:val="left"/>
            </w:pPr>
            <w:r/>
            <w:r>
              <w:rPr>
                <w:rFonts w:ascii="Arial" w:hAnsi="Arial" w:eastAsia="Arial"/>
                <w:b w:val="0"/>
                <w:sz w:val="18"/>
              </w:rPr>
              <w:t>ChatGPT / Claude</w:t>
            </w:r>
          </w:p>
        </w:tc>
        <w:tc>
          <w:tcPr>
            <w:tcW w:type="dxa" w:w="1500"/>
            <w:vAlign w:val="top"/>
          </w:tcPr>
          <w:p>
            <w:pPr>
              <w:spacing w:after="0" w:before="0"/>
              <w:jc w:val="left"/>
            </w:pPr>
            <w:r/>
            <w:r>
              <w:rPr>
                <w:rFonts w:ascii="Arial" w:hAnsi="Arial" w:eastAsia="Arial"/>
                <w:b w:val="0"/>
                <w:sz w:val="18"/>
              </w:rPr>
              <w:t>Evening Win and Tomorrow Prompt</w:t>
            </w:r>
          </w:p>
        </w:tc>
        <w:tc>
          <w:tcPr>
            <w:tcW w:type="dxa" w:w="4160"/>
            <w:vAlign w:val="top"/>
          </w:tcPr>
          <w:p>
            <w:pPr>
              <w:spacing w:after="0" w:before="0"/>
              <w:jc w:val="left"/>
            </w:pPr>
            <w:r/>
            <w:r>
              <w:rPr>
                <w:rFonts w:ascii="Arial" w:hAnsi="Arial" w:eastAsia="Arial"/>
                <w:b w:val="0"/>
                <w:sz w:val="17"/>
              </w:rPr>
              <w:t>At the end of this chat, ask me what I accomplished today, help me record one small win, and help me choose one task for tomorrow that takes less than 10 minutes. Keep the tone warm, practical, and free of guilt.</w:t>
            </w:r>
          </w:p>
        </w:tc>
      </w:tr>
    </w:tbl>
    <w:p w14:paraId="30306AFC" w14:textId="77777777" w:rsidR="00D72A36" w:rsidRPr="009156CB" w:rsidRDefault="00D72A36">
      <w:pPr>
        <w:spacing w:after="120"/>
        <w:rPr>
          <w:rFonts w:ascii="Arial" w:hAnsi="Arial" w:cs="Arial"/>
        </w:rPr>
      </w:pPr>
    </w:p>
    <w:sectPr w:rsidR="00D72A36" w:rsidRPr="009156CB" w:rsidSect="00034616">
      <w:footerReference w:type="default" r:id="rId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rial" w:hAnsi="Arial"/>
        <w:sz w:val="16"/>
      </w:rPr>
      <w:t xml:space="preserve">Declutter with AI - 100 Prompt Library    |    </w:t>
      <w:fldChar w:fldCharType="begin"/>
      <w:instrText xml:space="preserve">PAGE</w:instrText>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3074932">
    <w:abstractNumId w:val="8"/>
  </w:num>
  <w:num w:numId="2" w16cid:durableId="1278296056">
    <w:abstractNumId w:val="6"/>
  </w:num>
  <w:num w:numId="3" w16cid:durableId="1073433524">
    <w:abstractNumId w:val="5"/>
  </w:num>
  <w:num w:numId="4" w16cid:durableId="2001541427">
    <w:abstractNumId w:val="4"/>
  </w:num>
  <w:num w:numId="5" w16cid:durableId="491607026">
    <w:abstractNumId w:val="7"/>
  </w:num>
  <w:num w:numId="6" w16cid:durableId="294067858">
    <w:abstractNumId w:val="3"/>
  </w:num>
  <w:num w:numId="7" w16cid:durableId="872886838">
    <w:abstractNumId w:val="2"/>
  </w:num>
  <w:num w:numId="8" w16cid:durableId="2065324641">
    <w:abstractNumId w:val="1"/>
  </w:num>
  <w:num w:numId="9" w16cid:durableId="436826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7AA7"/>
    <w:rsid w:val="0015074B"/>
    <w:rsid w:val="0029639D"/>
    <w:rsid w:val="00326F90"/>
    <w:rsid w:val="005D793B"/>
    <w:rsid w:val="008D6BF6"/>
    <w:rsid w:val="009156CB"/>
    <w:rsid w:val="00A3245A"/>
    <w:rsid w:val="00AA1D8D"/>
    <w:rsid w:val="00B47730"/>
    <w:rsid w:val="00CB0664"/>
    <w:rsid w:val="00D72A3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40052E6-F943-45CB-96F0-06B868105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9156CB"/>
    <w:pPr>
      <w:keepNext/>
      <w:keepLines/>
      <w:spacing w:before="480" w:after="0"/>
      <w:outlineLvl w:val="0"/>
    </w:pPr>
    <w:rPr>
      <w:rFonts w:ascii="Arial" w:eastAsiaTheme="majorEastAsia" w:hAnsi="Arial" w:cstheme="majorBidi"/>
      <w:b/>
      <w:bCs/>
      <w:color w:val="000000" w:themeColor="text1"/>
      <w:sz w:val="72"/>
      <w:szCs w:val="28"/>
    </w:rPr>
  </w:style>
  <w:style w:type="paragraph" w:styleId="Heading2">
    <w:name w:val="heading 2"/>
    <w:basedOn w:val="Normal"/>
    <w:next w:val="Normal"/>
    <w:link w:val="Heading2Char"/>
    <w:uiPriority w:val="9"/>
    <w:unhideWhenUsed/>
    <w:qFormat/>
    <w:rsid w:val="008D6BF6"/>
    <w:pPr>
      <w:keepNext/>
      <w:keepLines/>
      <w:spacing w:before="200" w:after="0"/>
      <w:outlineLvl w:val="1"/>
    </w:pPr>
    <w:rPr>
      <w:rFonts w:ascii="Arial" w:eastAsiaTheme="majorEastAsia" w:hAnsi="Arial" w:cstheme="majorBidi"/>
      <w:b/>
      <w:bCs/>
      <w:color w:val="000000" w:themeColor="text1"/>
      <w:sz w:val="4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156CB"/>
    <w:rPr>
      <w:rFonts w:ascii="Arial" w:eastAsiaTheme="majorEastAsia" w:hAnsi="Arial" w:cstheme="majorBidi"/>
      <w:b/>
      <w:bCs/>
      <w:color w:val="000000" w:themeColor="text1"/>
      <w:sz w:val="72"/>
      <w:szCs w:val="28"/>
    </w:rPr>
  </w:style>
  <w:style w:type="character" w:customStyle="1" w:styleId="Heading2Char">
    <w:name w:val="Heading 2 Char"/>
    <w:basedOn w:val="DefaultParagraphFont"/>
    <w:link w:val="Heading2"/>
    <w:uiPriority w:val="9"/>
    <w:rsid w:val="008D6BF6"/>
    <w:rPr>
      <w:rFonts w:ascii="Arial" w:eastAsiaTheme="majorEastAsia" w:hAnsi="Arial" w:cstheme="majorBidi"/>
      <w:b/>
      <w:bCs/>
      <w:color w:val="000000" w:themeColor="text1"/>
      <w:sz w:val="48"/>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9233</Words>
  <Characters>49215</Characters>
  <Application>Microsoft Office Word</Application>
  <DocSecurity>0</DocSecurity>
  <Lines>1892</Lines>
  <Paragraphs>1168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57280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Declutter with AI - 100 Ready-to-Use Prompt Library</dc:title>
  <dc:subject>ADHD-friendly prompts for decluttering, home organization, routines, and motivation</dc:subject>
  <dc:creator>Jordan Keene</dc:creator>
  <cp:keywords>AI prompts, decluttering, ADHD, home organization, ChatGPT, routines, productivity</cp:keywords>
  <dc:description>generated by python-docx</dc:description>
  <cp:lastModifiedBy>Bjorn Anderson</cp:lastModifiedBy>
  <cp:revision>4</cp:revision>
  <dcterms:created xsi:type="dcterms:W3CDTF">2013-12-23T23:15:00Z</dcterms:created>
  <dcterms:modified xsi:type="dcterms:W3CDTF">2026-07-17T06:55:00Z</dcterms:modified>
  <cp:category/>
</cp:coreProperties>
</file>