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AI Scam Shield for Beginners — 100 Safe, Tool-Agnostic Prompts</w:t>
      </w:r>
    </w:p>
    <w:p>
      <w:pPr>
        <w:jc w:val="center"/>
      </w:pPr>
      <w:r>
        <w:rPr>
          <w:i/>
        </w:rPr>
        <w:t>Tip: Replace bracketed placeholders (e.g., [paste], [describe]) with sanitized information only. Never include passwords, codes, full account numbers, or full SSNs.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76"/>
          </w:tcPr>
          <w:p>
            <w:r>
              <w:rPr>
                <w:b/>
              </w:rPr>
              <w:t>#</w:t>
            </w:r>
          </w:p>
        </w:tc>
        <w:tc>
          <w:tcPr>
            <w:tcW w:type="dxa" w:w="6192"/>
          </w:tcPr>
          <w:p>
            <w:r>
              <w:rPr>
                <w:b/>
              </w:rPr>
              <w:t>Prompt (Copy/Paste)</w:t>
            </w:r>
          </w:p>
        </w:tc>
        <w:tc>
          <w:tcPr>
            <w:tcW w:type="dxa" w:w="2448"/>
          </w:tcPr>
          <w:p>
            <w:r>
              <w:rPr>
                <w:b/>
              </w:rPr>
              <w:t>What it’s good for</w:t>
            </w:r>
          </w:p>
        </w:tc>
        <w:tc>
          <w:tcPr>
            <w:tcW w:type="dxa" w:w="1728"/>
          </w:tcPr>
          <w:p>
            <w:r>
              <w:rPr>
                <w:b/>
              </w:rPr>
              <w:t>Suggested AI tool</w:t>
            </w:r>
          </w:p>
        </w:tc>
      </w:tr>
      <w:tr>
        <w:tc>
          <w:tcPr>
            <w:tcW w:type="dxa" w:w="576"/>
          </w:tcPr>
          <w:p>
            <w:r>
              <w:t>1</w:t>
            </w:r>
          </w:p>
        </w:tc>
        <w:tc>
          <w:tcPr>
            <w:tcW w:type="dxa" w:w="6192"/>
          </w:tcPr>
          <w:p>
            <w:r>
              <w:t>Help me identify what this situation is trying to take from me: money, accounts, identity, or access. Situation (no private info): [describe briefly].</w:t>
            </w:r>
          </w:p>
        </w:tc>
        <w:tc>
          <w:tcPr>
            <w:tcW w:type="dxa" w:w="2448"/>
          </w:tcPr>
          <w:p>
            <w:r>
              <w:t>Clarify scammer goal and reduce panic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2</w:t>
            </w:r>
          </w:p>
        </w:tc>
        <w:tc>
          <w:tcPr>
            <w:tcW w:type="dxa" w:w="6192"/>
          </w:tcPr>
          <w:p>
            <w:r>
              <w:t>List the emotional triggers in this message (urgency, fear, authority, confusion, shame). Message (sanitized): [paste].</w:t>
            </w:r>
          </w:p>
        </w:tc>
        <w:tc>
          <w:tcPr>
            <w:tcW w:type="dxa" w:w="2448"/>
          </w:tcPr>
          <w:p>
            <w:r>
              <w:t>Spot the 'emotion hack'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</w:t>
            </w:r>
          </w:p>
        </w:tc>
        <w:tc>
          <w:tcPr>
            <w:tcW w:type="dxa" w:w="6192"/>
          </w:tcPr>
          <w:p>
            <w:r>
              <w:t>Rewrite this scary message in neutral language so I can think clearly. Message (sanitized): [paste].</w:t>
            </w:r>
          </w:p>
        </w:tc>
        <w:tc>
          <w:tcPr>
            <w:tcW w:type="dxa" w:w="2448"/>
          </w:tcPr>
          <w:p>
            <w:r>
              <w:t>Defuse urgency and fear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4</w:t>
            </w:r>
          </w:p>
        </w:tc>
        <w:tc>
          <w:tcPr>
            <w:tcW w:type="dxa" w:w="6192"/>
          </w:tcPr>
          <w:p>
            <w:r>
              <w:t>Create a 3-step 'Pause–Verify–Decide' plan for this situation. No links. Situation: [describe].</w:t>
            </w:r>
          </w:p>
        </w:tc>
        <w:tc>
          <w:tcPr>
            <w:tcW w:type="dxa" w:w="2448"/>
          </w:tcPr>
          <w:p>
            <w:r>
              <w:t>Turn stress into a routine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5</w:t>
            </w:r>
          </w:p>
        </w:tc>
        <w:tc>
          <w:tcPr>
            <w:tcW w:type="dxa" w:w="6192"/>
          </w:tcPr>
          <w:p>
            <w:r>
              <w:t>Give me a 10-minute rule script I can tell myself when I feel rushed by a message or call.</w:t>
            </w:r>
          </w:p>
        </w:tc>
        <w:tc>
          <w:tcPr>
            <w:tcW w:type="dxa" w:w="2448"/>
          </w:tcPr>
          <w:p>
            <w:r>
              <w:t>Build a habit against urgency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</w:t>
            </w:r>
          </w:p>
        </w:tc>
        <w:tc>
          <w:tcPr>
            <w:tcW w:type="dxa" w:w="6192"/>
          </w:tcPr>
          <w:p>
            <w:r>
              <w:t>Check my text for sensitive info I should redact before sharing with an AI assistant. Text: [paste].</w:t>
            </w:r>
          </w:p>
        </w:tc>
        <w:tc>
          <w:tcPr>
            <w:tcW w:type="dxa" w:w="2448"/>
          </w:tcPr>
          <w:p>
            <w:r>
              <w:t>Redaction guidance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7</w:t>
            </w:r>
          </w:p>
        </w:tc>
        <w:tc>
          <w:tcPr>
            <w:tcW w:type="dxa" w:w="6192"/>
          </w:tcPr>
          <w:p>
            <w:r>
              <w:t>Redact this message by replacing personal info with placeholders like [NAME], [BANK], [LINK_REMOVED]. Text: [paste].</w:t>
            </w:r>
          </w:p>
        </w:tc>
        <w:tc>
          <w:tcPr>
            <w:tcW w:type="dxa" w:w="2448"/>
          </w:tcPr>
          <w:p>
            <w:r>
              <w:t>Quick sanitization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8</w:t>
            </w:r>
          </w:p>
        </w:tc>
        <w:tc>
          <w:tcPr>
            <w:tcW w:type="dxa" w:w="6192"/>
          </w:tcPr>
          <w:p>
            <w:r>
              <w:t>Create a reusable 'Safe Prompt Header' I can paste above any request, telling the AI not to ask for passwords/codes/account numbers.</w:t>
            </w:r>
          </w:p>
        </w:tc>
        <w:tc>
          <w:tcPr>
            <w:tcW w:type="dxa" w:w="2448"/>
          </w:tcPr>
          <w:p>
            <w:r>
              <w:t>Safety guardrails template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9</w:t>
            </w:r>
          </w:p>
        </w:tc>
        <w:tc>
          <w:tcPr>
            <w:tcW w:type="dxa" w:w="6192"/>
          </w:tcPr>
          <w:p>
            <w:r>
              <w:t>Turn this situation into a safe summary for AI analysis without revealing private info. Situation: [describe].</w:t>
            </w:r>
          </w:p>
        </w:tc>
        <w:tc>
          <w:tcPr>
            <w:tcW w:type="dxa" w:w="2448"/>
          </w:tcPr>
          <w:p>
            <w:r>
              <w:t>Safe summarization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10</w:t>
            </w:r>
          </w:p>
        </w:tc>
        <w:tc>
          <w:tcPr>
            <w:tcW w:type="dxa" w:w="6192"/>
          </w:tcPr>
          <w:p>
            <w:r>
              <w:t>Give me a list of 10 items I should never paste into any AI tool, in plain English.</w:t>
            </w:r>
          </w:p>
        </w:tc>
        <w:tc>
          <w:tcPr>
            <w:tcW w:type="dxa" w:w="2448"/>
          </w:tcPr>
          <w:p>
            <w:r>
              <w:t>Privacy rules refresher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11</w:t>
            </w:r>
          </w:p>
        </w:tc>
        <w:tc>
          <w:tcPr>
            <w:tcW w:type="dxa" w:w="6192"/>
          </w:tcPr>
          <w:p>
            <w:r>
              <w:t>Help me list my 'Top 5' accounts and why each matters, based on my life: [email/banking/carrier/password manager/social].</w:t>
            </w:r>
          </w:p>
        </w:tc>
        <w:tc>
          <w:tcPr>
            <w:tcW w:type="dxa" w:w="2448"/>
          </w:tcPr>
          <w:p>
            <w:r>
              <w:t>Prioritize protections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12</w:t>
            </w:r>
          </w:p>
        </w:tc>
        <w:tc>
          <w:tcPr>
            <w:tcW w:type="dxa" w:w="6192"/>
          </w:tcPr>
          <w:p>
            <w:r>
              <w:t>Create a 15-minute plan to secure my email account today (MFA, recovery, sessions, rules).</w:t>
            </w:r>
          </w:p>
        </w:tc>
        <w:tc>
          <w:tcPr>
            <w:tcW w:type="dxa" w:w="2448"/>
          </w:tcPr>
          <w:p>
            <w:r>
              <w:t>Email lockdown plan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13</w:t>
            </w:r>
          </w:p>
        </w:tc>
        <w:tc>
          <w:tcPr>
            <w:tcW w:type="dxa" w:w="6192"/>
          </w:tcPr>
          <w:p>
            <w:r>
              <w:t>Explain MFA like I'm brand new, then tell me the best option order (passkeys/auth app/SMS).</w:t>
            </w:r>
          </w:p>
        </w:tc>
        <w:tc>
          <w:tcPr>
            <w:tcW w:type="dxa" w:w="2448"/>
          </w:tcPr>
          <w:p>
            <w:r>
              <w:t>Beginner MFA clarity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14</w:t>
            </w:r>
          </w:p>
        </w:tc>
        <w:tc>
          <w:tcPr>
            <w:tcW w:type="dxa" w:w="6192"/>
          </w:tcPr>
          <w:p>
            <w:r>
              <w:t>I received an unexpected MFA prompt. Give me immediate steps in priority order.</w:t>
            </w:r>
          </w:p>
        </w:tc>
        <w:tc>
          <w:tcPr>
            <w:tcW w:type="dxa" w:w="2448"/>
          </w:tcPr>
          <w:p>
            <w:r>
              <w:t>Respond to takeover attempt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15</w:t>
            </w:r>
          </w:p>
        </w:tc>
        <w:tc>
          <w:tcPr>
            <w:tcW w:type="dxa" w:w="6192"/>
          </w:tcPr>
          <w:p>
            <w:r>
              <w:t>Create a weekly 10-minute routine for security: alerts → transactions → one improvement. Make it simple.</w:t>
            </w:r>
          </w:p>
        </w:tc>
        <w:tc>
          <w:tcPr>
            <w:tcW w:type="dxa" w:w="2448"/>
          </w:tcPr>
          <w:p>
            <w:r>
              <w:t>Sustainable habit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16</w:t>
            </w:r>
          </w:p>
        </w:tc>
        <w:tc>
          <w:tcPr>
            <w:tcW w:type="dxa" w:w="6192"/>
          </w:tcPr>
          <w:p>
            <w:r>
              <w:t>Analyze this sanitized text/email for scam red flags and give a risk rating (Low/Med/High). Text: [paste].</w:t>
            </w:r>
          </w:p>
        </w:tc>
        <w:tc>
          <w:tcPr>
            <w:tcW w:type="dxa" w:w="2448"/>
          </w:tcPr>
          <w:p>
            <w:r>
              <w:t>Scam check risk rating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17</w:t>
            </w:r>
          </w:p>
        </w:tc>
        <w:tc>
          <w:tcPr>
            <w:tcW w:type="dxa" w:w="6192"/>
          </w:tcPr>
          <w:p>
            <w:r>
              <w:t>List which 'universal scam signals' appear in this message and why they matter. Message: [paste].</w:t>
            </w:r>
          </w:p>
        </w:tc>
        <w:tc>
          <w:tcPr>
            <w:tcW w:type="dxa" w:w="2448"/>
          </w:tcPr>
          <w:p>
            <w:r>
              <w:t>Learn patterns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18</w:t>
            </w:r>
          </w:p>
        </w:tc>
        <w:tc>
          <w:tcPr>
            <w:tcW w:type="dxa" w:w="6192"/>
          </w:tcPr>
          <w:p>
            <w:r>
              <w:t>Give me 3 safe verification steps that do NOT use links or numbers in the message. Context: [describe].</w:t>
            </w:r>
          </w:p>
        </w:tc>
        <w:tc>
          <w:tcPr>
            <w:tcW w:type="dxa" w:w="2448"/>
          </w:tcPr>
          <w:p>
            <w:r>
              <w:t>Verify safely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19</w:t>
            </w:r>
          </w:p>
        </w:tc>
        <w:tc>
          <w:tcPr>
            <w:tcW w:type="dxa" w:w="6192"/>
          </w:tcPr>
          <w:p>
            <w:r>
              <w:t>Draft a short, calm reply that refuses to click links and says I will verify through official channels.</w:t>
            </w:r>
          </w:p>
        </w:tc>
        <w:tc>
          <w:tcPr>
            <w:tcW w:type="dxa" w:w="2448"/>
          </w:tcPr>
          <w:p>
            <w:r>
              <w:t>Safe reply script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20</w:t>
            </w:r>
          </w:p>
        </w:tc>
        <w:tc>
          <w:tcPr>
            <w:tcW w:type="dxa" w:w="6192"/>
          </w:tcPr>
          <w:p>
            <w:r>
              <w:t>Create a decision tree: if verified in official app → do X; if not found → do Y. Situation: [describe].</w:t>
            </w:r>
          </w:p>
        </w:tc>
        <w:tc>
          <w:tcPr>
            <w:tcW w:type="dxa" w:w="2448"/>
          </w:tcPr>
          <w:p>
            <w:r>
              <w:t>Clear next steps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21</w:t>
            </w:r>
          </w:p>
        </w:tc>
        <w:tc>
          <w:tcPr>
            <w:tcW w:type="dxa" w:w="6192"/>
          </w:tcPr>
          <w:p>
            <w:r>
              <w:t>Create a call script to say: 'I will hang up and call back using the official number.' Keep it polite and firm.</w:t>
            </w:r>
          </w:p>
        </w:tc>
        <w:tc>
          <w:tcPr>
            <w:tcW w:type="dxa" w:w="2448"/>
          </w:tcPr>
          <w:p>
            <w:r>
              <w:t>Hang-up + call-back script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22</w:t>
            </w:r>
          </w:p>
        </w:tc>
        <w:tc>
          <w:tcPr>
            <w:tcW w:type="dxa" w:w="6192"/>
          </w:tcPr>
          <w:p>
            <w:r>
              <w:t>List questions I can ask to verify a caller who claims to be my bank/government/tech support.</w:t>
            </w:r>
          </w:p>
        </w:tc>
        <w:tc>
          <w:tcPr>
            <w:tcW w:type="dxa" w:w="2448"/>
          </w:tcPr>
          <w:p>
            <w:r>
              <w:t>Verification questions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23</w:t>
            </w:r>
          </w:p>
        </w:tc>
        <w:tc>
          <w:tcPr>
            <w:tcW w:type="dxa" w:w="6192"/>
          </w:tcPr>
          <w:p>
            <w:r>
              <w:t>Explain caller ID spoofing in simple terms and give me the safest rule to follow.</w:t>
            </w:r>
          </w:p>
        </w:tc>
        <w:tc>
          <w:tcPr>
            <w:tcW w:type="dxa" w:w="2448"/>
          </w:tcPr>
          <w:p>
            <w:r>
              <w:t>Understand spoofing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24</w:t>
            </w:r>
          </w:p>
        </w:tc>
        <w:tc>
          <w:tcPr>
            <w:tcW w:type="dxa" w:w="6192"/>
          </w:tcPr>
          <w:p>
            <w:r>
              <w:t>Create a family code word plan and call-back rules for urgent money requests.</w:t>
            </w:r>
          </w:p>
        </w:tc>
        <w:tc>
          <w:tcPr>
            <w:tcW w:type="dxa" w:w="2448"/>
          </w:tcPr>
          <w:p>
            <w:r>
              <w:t>Family protection setup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25</w:t>
            </w:r>
          </w:p>
        </w:tc>
        <w:tc>
          <w:tcPr>
            <w:tcW w:type="dxa" w:w="6192"/>
          </w:tcPr>
          <w:p>
            <w:r>
              <w:t>I may have shared info on a call. Give me the first 15 minutes steps to contain damage.</w:t>
            </w:r>
          </w:p>
        </w:tc>
        <w:tc>
          <w:tcPr>
            <w:tcW w:type="dxa" w:w="2448"/>
          </w:tcPr>
          <w:p>
            <w:r>
              <w:t>Immediate containment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26</w:t>
            </w:r>
          </w:p>
        </w:tc>
        <w:tc>
          <w:tcPr>
            <w:tcW w:type="dxa" w:w="6192"/>
          </w:tcPr>
          <w:p>
            <w:r>
              <w:t>Analyze this DM conversation for manipulation patterns (pressure, secrecy, moving off-platform). Conversation (sanitized): [paste].</w:t>
            </w:r>
          </w:p>
        </w:tc>
        <w:tc>
          <w:tcPr>
            <w:tcW w:type="dxa" w:w="2448"/>
          </w:tcPr>
          <w:p>
            <w:r>
              <w:t>Spot social engineering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27</w:t>
            </w:r>
          </w:p>
        </w:tc>
        <w:tc>
          <w:tcPr>
            <w:tcW w:type="dxa" w:w="6192"/>
          </w:tcPr>
          <w:p>
            <w:r>
              <w:t>Write a boundary message: I don't share codes, I don't click login links, I verify in-app. Keep under 50 words.</w:t>
            </w:r>
          </w:p>
        </w:tc>
        <w:tc>
          <w:tcPr>
            <w:tcW w:type="dxa" w:w="2448"/>
          </w:tcPr>
          <w:p>
            <w:r>
              <w:t>DM boundary script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28</w:t>
            </w:r>
          </w:p>
        </w:tc>
        <w:tc>
          <w:tcPr>
            <w:tcW w:type="dxa" w:w="6192"/>
          </w:tcPr>
          <w:p>
            <w:r>
              <w:t>Create a safe buyer/seller checklist for marketplace transactions (platform-only payments, proof of funds).</w:t>
            </w:r>
          </w:p>
        </w:tc>
        <w:tc>
          <w:tcPr>
            <w:tcW w:type="dxa" w:w="2448"/>
          </w:tcPr>
          <w:p>
            <w:r>
              <w:t>Marketplace safety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29</w:t>
            </w:r>
          </w:p>
        </w:tc>
        <w:tc>
          <w:tcPr>
            <w:tcW w:type="dxa" w:w="6192"/>
          </w:tcPr>
          <w:p>
            <w:r>
              <w:t>Draft a message to friends/family warning them not to click links or send money if my account was compromised.</w:t>
            </w:r>
          </w:p>
        </w:tc>
        <w:tc>
          <w:tcPr>
            <w:tcW w:type="dxa" w:w="2448"/>
          </w:tcPr>
          <w:p>
            <w:r>
              <w:t>Impersonation warning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30</w:t>
            </w:r>
          </w:p>
        </w:tc>
        <w:tc>
          <w:tcPr>
            <w:tcW w:type="dxa" w:w="6192"/>
          </w:tcPr>
          <w:p>
            <w:r>
              <w:t>Give me a step-by-step recovery plan if I clicked a login link in a DM.</w:t>
            </w:r>
          </w:p>
        </w:tc>
        <w:tc>
          <w:tcPr>
            <w:tcW w:type="dxa" w:w="2448"/>
          </w:tcPr>
          <w:p>
            <w:r>
              <w:t>Account takeover recovery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31</w:t>
            </w:r>
          </w:p>
        </w:tc>
        <w:tc>
          <w:tcPr>
            <w:tcW w:type="dxa" w:w="6192"/>
          </w:tcPr>
          <w:p>
            <w:r>
              <w:t>Give me a checklist to review email forwarding, filters, and rules for suspicious entries.</w:t>
            </w:r>
          </w:p>
        </w:tc>
        <w:tc>
          <w:tcPr>
            <w:tcW w:type="dxa" w:w="2448"/>
          </w:tcPr>
          <w:p>
            <w:r>
              <w:t>Detect hidden email rules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32</w:t>
            </w:r>
          </w:p>
        </w:tc>
        <w:tc>
          <w:tcPr>
            <w:tcW w:type="dxa" w:w="6192"/>
          </w:tcPr>
          <w:p>
            <w:r>
              <w:t>Help me audit my email recovery settings (old phone/email, security questions). Provide steps.</w:t>
            </w:r>
          </w:p>
        </w:tc>
        <w:tc>
          <w:tcPr>
            <w:tcW w:type="dxa" w:w="2448"/>
          </w:tcPr>
          <w:p>
            <w:r>
              <w:t>Recovery audit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33</w:t>
            </w:r>
          </w:p>
        </w:tc>
        <w:tc>
          <w:tcPr>
            <w:tcW w:type="dxa" w:w="6192"/>
          </w:tcPr>
          <w:p>
            <w:r>
              <w:t>List what third-party apps can access my email and how to decide what to revoke (general guidance).</w:t>
            </w:r>
          </w:p>
        </w:tc>
        <w:tc>
          <w:tcPr>
            <w:tcW w:type="dxa" w:w="2448"/>
          </w:tcPr>
          <w:p>
            <w:r>
              <w:t>Third-party access cleanup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34</w:t>
            </w:r>
          </w:p>
        </w:tc>
        <w:tc>
          <w:tcPr>
            <w:tcW w:type="dxa" w:w="6192"/>
          </w:tcPr>
          <w:p>
            <w:r>
              <w:t>Create a 'sign out everywhere' plan for my email and top accounts, including what to do after.</w:t>
            </w:r>
          </w:p>
        </w:tc>
        <w:tc>
          <w:tcPr>
            <w:tcW w:type="dxa" w:w="2448"/>
          </w:tcPr>
          <w:p>
            <w:r>
              <w:t>Kick intruders out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35</w:t>
            </w:r>
          </w:p>
        </w:tc>
        <w:tc>
          <w:tcPr>
            <w:tcW w:type="dxa" w:w="6192"/>
          </w:tcPr>
          <w:p>
            <w:r>
              <w:t>Write a short reminder I can put on my desk: 'Unexpected MFA prompt = change password now.'</w:t>
            </w:r>
          </w:p>
        </w:tc>
        <w:tc>
          <w:tcPr>
            <w:tcW w:type="dxa" w:w="2448"/>
          </w:tcPr>
          <w:p>
            <w:r>
              <w:t>Sticky-note habit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36</w:t>
            </w:r>
          </w:p>
        </w:tc>
        <w:tc>
          <w:tcPr>
            <w:tcW w:type="dxa" w:w="6192"/>
          </w:tcPr>
          <w:p>
            <w:r>
              <w:t>Give me a phone hardening checklist for [iPhone/Android] focusing on updates, lock screen, and permissions.</w:t>
            </w:r>
          </w:p>
        </w:tc>
        <w:tc>
          <w:tcPr>
            <w:tcW w:type="dxa" w:w="2448"/>
          </w:tcPr>
          <w:p>
            <w:r>
              <w:t>Phone security setup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37</w:t>
            </w:r>
          </w:p>
        </w:tc>
        <w:tc>
          <w:tcPr>
            <w:tcW w:type="dxa" w:w="6192"/>
          </w:tcPr>
          <w:p>
            <w:r>
              <w:t>Write a script to call my carrier to add a PIN and enable port-out/SIM-change lock.</w:t>
            </w:r>
          </w:p>
        </w:tc>
        <w:tc>
          <w:tcPr>
            <w:tcW w:type="dxa" w:w="2448"/>
          </w:tcPr>
          <w:p>
            <w:r>
              <w:t>SIM-swap prevention call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38</w:t>
            </w:r>
          </w:p>
        </w:tc>
        <w:tc>
          <w:tcPr>
            <w:tcW w:type="dxa" w:w="6192"/>
          </w:tcPr>
          <w:p>
            <w:r>
              <w:t>My phone suddenly lost service. Give me a SIM-swap triage plan in the first 10 minutes.</w:t>
            </w:r>
          </w:p>
        </w:tc>
        <w:tc>
          <w:tcPr>
            <w:tcW w:type="dxa" w:w="2448"/>
          </w:tcPr>
          <w:p>
            <w:r>
              <w:t>SIM-swap response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39</w:t>
            </w:r>
          </w:p>
        </w:tc>
        <w:tc>
          <w:tcPr>
            <w:tcW w:type="dxa" w:w="6192"/>
          </w:tcPr>
          <w:p>
            <w:r>
              <w:t>A scary popup says I have viruses and to call a number. Give me safe steps to handle it.</w:t>
            </w:r>
          </w:p>
        </w:tc>
        <w:tc>
          <w:tcPr>
            <w:tcW w:type="dxa" w:w="2448"/>
          </w:tcPr>
          <w:p>
            <w:r>
              <w:t>Fake popup handling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40</w:t>
            </w:r>
          </w:p>
        </w:tc>
        <w:tc>
          <w:tcPr>
            <w:tcW w:type="dxa" w:w="6192"/>
          </w:tcPr>
          <w:p>
            <w:r>
              <w:t>Create simple public Wi-Fi rules for beginners (what to avoid, what to do instead).</w:t>
            </w:r>
          </w:p>
        </w:tc>
        <w:tc>
          <w:tcPr>
            <w:tcW w:type="dxa" w:w="2448"/>
          </w:tcPr>
          <w:p>
            <w:r>
              <w:t>Safer browsing on the go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41</w:t>
            </w:r>
          </w:p>
        </w:tc>
        <w:tc>
          <w:tcPr>
            <w:tcW w:type="dxa" w:w="6192"/>
          </w:tcPr>
          <w:p>
            <w:r>
              <w:t>Help me set up bank/card alerts: which alerts matter most and what thresholds to choose.</w:t>
            </w:r>
          </w:p>
        </w:tc>
        <w:tc>
          <w:tcPr>
            <w:tcW w:type="dxa" w:w="2448"/>
          </w:tcPr>
          <w:p>
            <w:r>
              <w:t>Fraud early warning setup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42</w:t>
            </w:r>
          </w:p>
        </w:tc>
        <w:tc>
          <w:tcPr>
            <w:tcW w:type="dxa" w:w="6192"/>
          </w:tcPr>
          <w:p>
            <w:r>
              <w:t>Explain the safer payment ladder and tell me which rung fits these purchases: [list].</w:t>
            </w:r>
          </w:p>
        </w:tc>
        <w:tc>
          <w:tcPr>
            <w:tcW w:type="dxa" w:w="2448"/>
          </w:tcPr>
          <w:p>
            <w:r>
              <w:t>Choose safer payments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43</w:t>
            </w:r>
          </w:p>
        </w:tc>
        <w:tc>
          <w:tcPr>
            <w:tcW w:type="dxa" w:w="6192"/>
          </w:tcPr>
          <w:p>
            <w:r>
              <w:t>Draft a dispute call script for an unauthorized charge (include placeholders for date/amount/merchant).</w:t>
            </w:r>
          </w:p>
        </w:tc>
        <w:tc>
          <w:tcPr>
            <w:tcW w:type="dxa" w:w="2448"/>
          </w:tcPr>
          <w:p>
            <w:r>
              <w:t>Dispute script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44</w:t>
            </w:r>
          </w:p>
        </w:tc>
        <w:tc>
          <w:tcPr>
            <w:tcW w:type="dxa" w:w="6192"/>
          </w:tcPr>
          <w:p>
            <w:r>
              <w:t>Create a 'dispute folder' checklist: what screenshots and notes to save during a fraud event.</w:t>
            </w:r>
          </w:p>
        </w:tc>
        <w:tc>
          <w:tcPr>
            <w:tcW w:type="dxa" w:w="2448"/>
          </w:tcPr>
          <w:p>
            <w:r>
              <w:t>Documentation setup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45</w:t>
            </w:r>
          </w:p>
        </w:tc>
        <w:tc>
          <w:tcPr>
            <w:tcW w:type="dxa" w:w="6192"/>
          </w:tcPr>
          <w:p>
            <w:r>
              <w:t>Analyze this invoice/subscription email for scam signs and give safe verification steps. Email (sanitized): [paste].</w:t>
            </w:r>
          </w:p>
        </w:tc>
        <w:tc>
          <w:tcPr>
            <w:tcW w:type="dxa" w:w="2448"/>
          </w:tcPr>
          <w:p>
            <w:r>
              <w:t>Invoice scam detection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46</w:t>
            </w:r>
          </w:p>
        </w:tc>
        <w:tc>
          <w:tcPr>
            <w:tcW w:type="dxa" w:w="6192"/>
          </w:tcPr>
          <w:p>
            <w:r>
              <w:t>Explain the difference between credit monitoring and a credit freeze, in plain English.</w:t>
            </w:r>
          </w:p>
        </w:tc>
        <w:tc>
          <w:tcPr>
            <w:tcW w:type="dxa" w:w="2448"/>
          </w:tcPr>
          <w:p>
            <w:r>
              <w:t>Understand options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47</w:t>
            </w:r>
          </w:p>
        </w:tc>
        <w:tc>
          <w:tcPr>
            <w:tcW w:type="dxa" w:w="6192"/>
          </w:tcPr>
          <w:p>
            <w:r>
              <w:t>I got an alert about a new credit inquiry. Give me prioritized steps for the next 24 hours.</w:t>
            </w:r>
          </w:p>
        </w:tc>
        <w:tc>
          <w:tcPr>
            <w:tcW w:type="dxa" w:w="2448"/>
          </w:tcPr>
          <w:p>
            <w:r>
              <w:t>Respond to inquiry alert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48</w:t>
            </w:r>
          </w:p>
        </w:tc>
        <w:tc>
          <w:tcPr>
            <w:tcW w:type="dxa" w:w="6192"/>
          </w:tcPr>
          <w:p>
            <w:r>
              <w:t>Create an 'Identity Defense Folder' checklist (what to collect + where to store securely).</w:t>
            </w:r>
          </w:p>
        </w:tc>
        <w:tc>
          <w:tcPr>
            <w:tcW w:type="dxa" w:w="2448"/>
          </w:tcPr>
          <w:p>
            <w:r>
              <w:t>Preparedness organization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49</w:t>
            </w:r>
          </w:p>
        </w:tc>
        <w:tc>
          <w:tcPr>
            <w:tcW w:type="dxa" w:w="6192"/>
          </w:tcPr>
          <w:p>
            <w:r>
              <w:t>Make a simple log template for identity issues: date, bureau, lender, action, case #.</w:t>
            </w:r>
          </w:p>
        </w:tc>
        <w:tc>
          <w:tcPr>
            <w:tcW w:type="dxa" w:w="2448"/>
          </w:tcPr>
          <w:p>
            <w:r>
              <w:t>Track actions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50</w:t>
            </w:r>
          </w:p>
        </w:tc>
        <w:tc>
          <w:tcPr>
            <w:tcW w:type="dxa" w:w="6192"/>
          </w:tcPr>
          <w:p>
            <w:r>
              <w:t>Help me decide: should I freeze credit now? Ask me 5 questions first, then recommend.</w:t>
            </w:r>
          </w:p>
        </w:tc>
        <w:tc>
          <w:tcPr>
            <w:tcW w:type="dxa" w:w="2448"/>
          </w:tcPr>
          <w:p>
            <w:r>
              <w:t>Decision support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51</w:t>
            </w:r>
          </w:p>
        </w:tc>
        <w:tc>
          <w:tcPr>
            <w:tcW w:type="dxa" w:w="6192"/>
          </w:tcPr>
          <w:p>
            <w:r>
              <w:t>Build a 'first 15 minutes' plan for suspected compromise: bank → email → carrier → passwords → socials.</w:t>
            </w:r>
          </w:p>
        </w:tc>
        <w:tc>
          <w:tcPr>
            <w:tcW w:type="dxa" w:w="2448"/>
          </w:tcPr>
          <w:p>
            <w:r>
              <w:t>Emergency triage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52</w:t>
            </w:r>
          </w:p>
        </w:tc>
        <w:tc>
          <w:tcPr>
            <w:tcW w:type="dxa" w:w="6192"/>
          </w:tcPr>
          <w:p>
            <w:r>
              <w:t>Create a 'first 24 hours' stabilization checklist after suspected fraud or takeover.</w:t>
            </w:r>
          </w:p>
        </w:tc>
        <w:tc>
          <w:tcPr>
            <w:tcW w:type="dxa" w:w="2448"/>
          </w:tcPr>
          <w:p>
            <w:r>
              <w:t>Stabilize after incident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53</w:t>
            </w:r>
          </w:p>
        </w:tc>
        <w:tc>
          <w:tcPr>
            <w:tcW w:type="dxa" w:w="6192"/>
          </w:tcPr>
          <w:p>
            <w:r>
              <w:t>Draft a short message to my bank: I suspect fraud, here are the details (placeholders).</w:t>
            </w:r>
          </w:p>
        </w:tc>
        <w:tc>
          <w:tcPr>
            <w:tcW w:type="dxa" w:w="2448"/>
          </w:tcPr>
          <w:p>
            <w:r>
              <w:t>Written follow-up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54</w:t>
            </w:r>
          </w:p>
        </w:tc>
        <w:tc>
          <w:tcPr>
            <w:tcW w:type="dxa" w:w="6192"/>
          </w:tcPr>
          <w:p>
            <w:r>
              <w:t>Create a timeline template for a security incident that I can fill in as events happen.</w:t>
            </w:r>
          </w:p>
        </w:tc>
        <w:tc>
          <w:tcPr>
            <w:tcW w:type="dxa" w:w="2448"/>
          </w:tcPr>
          <w:p>
            <w:r>
              <w:t>Incident timeline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55</w:t>
            </w:r>
          </w:p>
        </w:tc>
        <w:tc>
          <w:tcPr>
            <w:tcW w:type="dxa" w:w="6192"/>
          </w:tcPr>
          <w:p>
            <w:r>
              <w:t>List common 'second scam' recovery traps and what to do instead.</w:t>
            </w:r>
          </w:p>
        </w:tc>
        <w:tc>
          <w:tcPr>
            <w:tcW w:type="dxa" w:w="2448"/>
          </w:tcPr>
          <w:p>
            <w:r>
              <w:t>Avoid recovery scammers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56</w:t>
            </w:r>
          </w:p>
        </w:tc>
        <w:tc>
          <w:tcPr>
            <w:tcW w:type="dxa" w:w="6192"/>
          </w:tcPr>
          <w:p>
            <w:r>
              <w:t>Create a 30-day micro-task plan for my life: I have [X] minutes/day. Focus on Week 1–4 goals.</w:t>
            </w:r>
          </w:p>
        </w:tc>
        <w:tc>
          <w:tcPr>
            <w:tcW w:type="dxa" w:w="2448"/>
          </w:tcPr>
          <w:p>
            <w:r>
              <w:t>Personalized 30-day plan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57</w:t>
            </w:r>
          </w:p>
        </w:tc>
        <w:tc>
          <w:tcPr>
            <w:tcW w:type="dxa" w:w="6192"/>
          </w:tcPr>
          <w:p>
            <w:r>
              <w:t>Turn these goals into a weekly checklist with checkboxes: [goals].</w:t>
            </w:r>
          </w:p>
        </w:tc>
        <w:tc>
          <w:tcPr>
            <w:tcW w:type="dxa" w:w="2448"/>
          </w:tcPr>
          <w:p>
            <w:r>
              <w:t>Simple tracking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58</w:t>
            </w:r>
          </w:p>
        </w:tc>
        <w:tc>
          <w:tcPr>
            <w:tcW w:type="dxa" w:w="6192"/>
          </w:tcPr>
          <w:p>
            <w:r>
              <w:t>Suggest one 'upgrade one thing' task for this month based on my current setup: [describe].</w:t>
            </w:r>
          </w:p>
        </w:tc>
        <w:tc>
          <w:tcPr>
            <w:tcW w:type="dxa" w:w="2448"/>
          </w:tcPr>
          <w:p>
            <w:r>
              <w:t>Continuous improvement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59</w:t>
            </w:r>
          </w:p>
        </w:tc>
        <w:tc>
          <w:tcPr>
            <w:tcW w:type="dxa" w:w="6192"/>
          </w:tcPr>
          <w:p>
            <w:r>
              <w:t>Create a monthly maintenance routine and a quarterly review routine (short and realistic).</w:t>
            </w:r>
          </w:p>
        </w:tc>
        <w:tc>
          <w:tcPr>
            <w:tcW w:type="dxa" w:w="2448"/>
          </w:tcPr>
          <w:p>
            <w:r>
              <w:t>Keep it going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60</w:t>
            </w:r>
          </w:p>
        </w:tc>
        <w:tc>
          <w:tcPr>
            <w:tcW w:type="dxa" w:w="6192"/>
          </w:tcPr>
          <w:p>
            <w:r>
              <w:t>Write a family message explaining our new scam rules (no codes, call-back rule) in a warm tone.</w:t>
            </w:r>
          </w:p>
        </w:tc>
        <w:tc>
          <w:tcPr>
            <w:tcW w:type="dxa" w:w="2448"/>
          </w:tcPr>
          <w:p>
            <w:r>
              <w:t>Family communication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61</w:t>
            </w:r>
          </w:p>
        </w:tc>
        <w:tc>
          <w:tcPr>
            <w:tcW w:type="dxa" w:w="6192"/>
          </w:tcPr>
          <w:p>
            <w:r>
              <w:t>Analyze this sanitized package delivery text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package delivery text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62</w:t>
            </w:r>
          </w:p>
        </w:tc>
        <w:tc>
          <w:tcPr>
            <w:tcW w:type="dxa" w:w="6192"/>
          </w:tcPr>
          <w:p>
            <w:r>
              <w:t>Analyze this sanitized toll notice text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toll notice text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63</w:t>
            </w:r>
          </w:p>
        </w:tc>
        <w:tc>
          <w:tcPr>
            <w:tcW w:type="dxa" w:w="6192"/>
          </w:tcPr>
          <w:p>
            <w:r>
              <w:t>Analyze this sanitized bank alert email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bank alert email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64</w:t>
            </w:r>
          </w:p>
        </w:tc>
        <w:tc>
          <w:tcPr>
            <w:tcW w:type="dxa" w:w="6192"/>
          </w:tcPr>
          <w:p>
            <w:r>
              <w:t>Analyze this sanitized password reset email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password reset email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65</w:t>
            </w:r>
          </w:p>
        </w:tc>
        <w:tc>
          <w:tcPr>
            <w:tcW w:type="dxa" w:w="6192"/>
          </w:tcPr>
          <w:p>
            <w:r>
              <w:t>Analyze this sanitized subscription renewal invoice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subscription renewal invoice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66</w:t>
            </w:r>
          </w:p>
        </w:tc>
        <w:tc>
          <w:tcPr>
            <w:tcW w:type="dxa" w:w="6192"/>
          </w:tcPr>
          <w:p>
            <w:r>
              <w:t>Analyze this sanitized job offer text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job offer text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67</w:t>
            </w:r>
          </w:p>
        </w:tc>
        <w:tc>
          <w:tcPr>
            <w:tcW w:type="dxa" w:w="6192"/>
          </w:tcPr>
          <w:p>
            <w:r>
              <w:t>Analyze this sanitized gift card request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gift card request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68</w:t>
            </w:r>
          </w:p>
        </w:tc>
        <w:tc>
          <w:tcPr>
            <w:tcW w:type="dxa" w:w="6192"/>
          </w:tcPr>
          <w:p>
            <w:r>
              <w:t>Analyze this sanitized crypto investment DM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crypto investment DM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69</w:t>
            </w:r>
          </w:p>
        </w:tc>
        <w:tc>
          <w:tcPr>
            <w:tcW w:type="dxa" w:w="6192"/>
          </w:tcPr>
          <w:p>
            <w:r>
              <w:t>Analyze this sanitized fake tech support popup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fake tech support popup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70</w:t>
            </w:r>
          </w:p>
        </w:tc>
        <w:tc>
          <w:tcPr>
            <w:tcW w:type="dxa" w:w="6192"/>
          </w:tcPr>
          <w:p>
            <w:r>
              <w:t>Analyze this sanitized government agency threat for red flags. Give risk rating + 3 safe verification steps. Text: [paste].</w:t>
            </w:r>
          </w:p>
        </w:tc>
        <w:tc>
          <w:tcPr>
            <w:tcW w:type="dxa" w:w="2448"/>
          </w:tcPr>
          <w:p>
            <w:r>
              <w:t>Detect government agency threat scams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71</w:t>
            </w:r>
          </w:p>
        </w:tc>
        <w:tc>
          <w:tcPr>
            <w:tcW w:type="dxa" w:w="6192"/>
          </w:tcPr>
          <w:p>
            <w:r>
              <w:t>Write a short reply: I do not share verification codes and will verify through official support. Keep it under 40 words.</w:t>
            </w:r>
          </w:p>
        </w:tc>
        <w:tc>
          <w:tcPr>
            <w:tcW w:type="dxa" w:w="2448"/>
          </w:tcPr>
          <w:p>
            <w:r>
              <w:t>Ready-to-use script: refuse to share codes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72</w:t>
            </w:r>
          </w:p>
        </w:tc>
        <w:tc>
          <w:tcPr>
            <w:tcW w:type="dxa" w:w="6192"/>
          </w:tcPr>
          <w:p>
            <w:r>
              <w:t>Write a message: I only pay through the platform’s official checkout; no off-platform payments. Keep it under 40 words.</w:t>
            </w:r>
          </w:p>
        </w:tc>
        <w:tc>
          <w:tcPr>
            <w:tcW w:type="dxa" w:w="2448"/>
          </w:tcPr>
          <w:p>
            <w:r>
              <w:t>Ready-to-use script: refuse off-platform payment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73</w:t>
            </w:r>
          </w:p>
        </w:tc>
        <w:tc>
          <w:tcPr>
            <w:tcW w:type="dxa" w:w="6192"/>
          </w:tcPr>
          <w:p>
            <w:r>
              <w:t>Write a phone script: I will hang up and call back using the official number; please give me a case ID. Keep it under 40 words.</w:t>
            </w:r>
          </w:p>
        </w:tc>
        <w:tc>
          <w:tcPr>
            <w:tcW w:type="dxa" w:w="2448"/>
          </w:tcPr>
          <w:p>
            <w:r>
              <w:t>Ready-to-use script: call-back rule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74</w:t>
            </w:r>
          </w:p>
        </w:tc>
        <w:tc>
          <w:tcPr>
            <w:tcW w:type="dxa" w:w="6192"/>
          </w:tcPr>
          <w:p>
            <w:r>
              <w:t>Write a reply: I will not send money back; I will verify any refund directly with my bank/company. Keep it under 40 words.</w:t>
            </w:r>
          </w:p>
        </w:tc>
        <w:tc>
          <w:tcPr>
            <w:tcW w:type="dxa" w:w="2448"/>
          </w:tcPr>
          <w:p>
            <w:r>
              <w:t>Ready-to-use script: refund scam refusal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75</w:t>
            </w:r>
          </w:p>
        </w:tc>
        <w:tc>
          <w:tcPr>
            <w:tcW w:type="dxa" w:w="6192"/>
          </w:tcPr>
          <w:p>
            <w:r>
              <w:t>Write a message: I do not install remote-access apps; I will contact official support directly. Keep it under 40 words.</w:t>
            </w:r>
          </w:p>
        </w:tc>
        <w:tc>
          <w:tcPr>
            <w:tcW w:type="dxa" w:w="2448"/>
          </w:tcPr>
          <w:p>
            <w:r>
              <w:t>Ready-to-use script: remote access refusal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76</w:t>
            </w:r>
          </w:p>
        </w:tc>
        <w:tc>
          <w:tcPr>
            <w:tcW w:type="dxa" w:w="6192"/>
          </w:tcPr>
          <w:p>
            <w:r>
              <w:t>Create a checklist to review 'where I'm signed in' across email, social, and bank accounts once a month.</w:t>
            </w:r>
          </w:p>
        </w:tc>
        <w:tc>
          <w:tcPr>
            <w:tcW w:type="dxa" w:w="2448"/>
          </w:tcPr>
          <w:p>
            <w:r>
              <w:t>Account session hygiene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77</w:t>
            </w:r>
          </w:p>
        </w:tc>
        <w:tc>
          <w:tcPr>
            <w:tcW w:type="dxa" w:w="6192"/>
          </w:tcPr>
          <w:p>
            <w:r>
              <w:t>Help me create strong passphrases. Give 10 examples and rules (no personal details).</w:t>
            </w:r>
          </w:p>
        </w:tc>
        <w:tc>
          <w:tcPr>
            <w:tcW w:type="dxa" w:w="2448"/>
          </w:tcPr>
          <w:p>
            <w:r>
              <w:t>Password strength help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78</w:t>
            </w:r>
          </w:p>
        </w:tc>
        <w:tc>
          <w:tcPr>
            <w:tcW w:type="dxa" w:w="6192"/>
          </w:tcPr>
          <w:p>
            <w:r>
              <w:t>Give me a step-by-step plan to move my first 10 accounts into a password manager.</w:t>
            </w:r>
          </w:p>
        </w:tc>
        <w:tc>
          <w:tcPr>
            <w:tcW w:type="dxa" w:w="2448"/>
          </w:tcPr>
          <w:p>
            <w:r>
              <w:t>Password manager migration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79</w:t>
            </w:r>
          </w:p>
        </w:tc>
        <w:tc>
          <w:tcPr>
            <w:tcW w:type="dxa" w:w="6192"/>
          </w:tcPr>
          <w:p>
            <w:r>
              <w:t>Create a checklist to audit connected apps (OAuth) and remove unused access safely.</w:t>
            </w:r>
          </w:p>
        </w:tc>
        <w:tc>
          <w:tcPr>
            <w:tcW w:type="dxa" w:w="2448"/>
          </w:tcPr>
          <w:p>
            <w:r>
              <w:t>Connected apps audit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80</w:t>
            </w:r>
          </w:p>
        </w:tc>
        <w:tc>
          <w:tcPr>
            <w:tcW w:type="dxa" w:w="6192"/>
          </w:tcPr>
          <w:p>
            <w:r>
              <w:t>Write a simple guide to explain passkeys to my family and why they're safer than passwords.</w:t>
            </w:r>
          </w:p>
        </w:tc>
        <w:tc>
          <w:tcPr>
            <w:tcW w:type="dxa" w:w="2448"/>
          </w:tcPr>
          <w:p>
            <w:r>
              <w:t>Passkeys explanation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81</w:t>
            </w:r>
          </w:p>
        </w:tc>
        <w:tc>
          <w:tcPr>
            <w:tcW w:type="dxa" w:w="6192"/>
          </w:tcPr>
          <w:p>
            <w:r>
              <w:t>Give a home Wi-Fi hardening checklist: router admin password, firmware updates, guest network, device list.</w:t>
            </w:r>
          </w:p>
        </w:tc>
        <w:tc>
          <w:tcPr>
            <w:tcW w:type="dxa" w:w="2448"/>
          </w:tcPr>
          <w:p>
            <w:r>
              <w:t>Home network security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82</w:t>
            </w:r>
          </w:p>
        </w:tc>
        <w:tc>
          <w:tcPr>
            <w:tcW w:type="dxa" w:w="6192"/>
          </w:tcPr>
          <w:p>
            <w:r>
              <w:t>Create a 'lost phone' action plan: lock/wipe, carrier call, account changes, evidence.</w:t>
            </w:r>
          </w:p>
        </w:tc>
        <w:tc>
          <w:tcPr>
            <w:tcW w:type="dxa" w:w="2448"/>
          </w:tcPr>
          <w:p>
            <w:r>
              <w:t>Lost device response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83</w:t>
            </w:r>
          </w:p>
        </w:tc>
        <w:tc>
          <w:tcPr>
            <w:tcW w:type="dxa" w:w="6192"/>
          </w:tcPr>
          <w:p>
            <w:r>
              <w:t>Help me review app permissions. Give a step-by-step method and what permissions are most risky.</w:t>
            </w:r>
          </w:p>
        </w:tc>
        <w:tc>
          <w:tcPr>
            <w:tcW w:type="dxa" w:w="2448"/>
          </w:tcPr>
          <w:p>
            <w:r>
              <w:t>Permission hygiene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84</w:t>
            </w:r>
          </w:p>
        </w:tc>
        <w:tc>
          <w:tcPr>
            <w:tcW w:type="dxa" w:w="6192"/>
          </w:tcPr>
          <w:p>
            <w:r>
              <w:t>Create a browser safety checklist: updates, extensions to review, what to disable.</w:t>
            </w:r>
          </w:p>
        </w:tc>
        <w:tc>
          <w:tcPr>
            <w:tcW w:type="dxa" w:w="2448"/>
          </w:tcPr>
          <w:p>
            <w:r>
              <w:t>Browser safety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85</w:t>
            </w:r>
          </w:p>
        </w:tc>
        <w:tc>
          <w:tcPr>
            <w:tcW w:type="dxa" w:w="6192"/>
          </w:tcPr>
          <w:p>
            <w:r>
              <w:t>Write steps to recognize fake 'sponsored' support numbers in search results and how to find official support instead.</w:t>
            </w:r>
          </w:p>
        </w:tc>
        <w:tc>
          <w:tcPr>
            <w:tcW w:type="dxa" w:w="2448"/>
          </w:tcPr>
          <w:p>
            <w:r>
              <w:t>Avoid fake support ads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86</w:t>
            </w:r>
          </w:p>
        </w:tc>
        <w:tc>
          <w:tcPr>
            <w:tcW w:type="dxa" w:w="6192"/>
          </w:tcPr>
          <w:p>
            <w:r>
              <w:t>Create a weekly 10-minute money safety routine: transactions, new payees, subscriptions, alerts check.</w:t>
            </w:r>
          </w:p>
        </w:tc>
        <w:tc>
          <w:tcPr>
            <w:tcW w:type="dxa" w:w="2448"/>
          </w:tcPr>
          <w:p>
            <w:r>
              <w:t>Money check habit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87</w:t>
            </w:r>
          </w:p>
        </w:tc>
        <w:tc>
          <w:tcPr>
            <w:tcW w:type="dxa" w:w="6192"/>
          </w:tcPr>
          <w:p>
            <w:r>
              <w:t>Draft a template email to dispute a charge with a merchant (placeholders).</w:t>
            </w:r>
          </w:p>
        </w:tc>
        <w:tc>
          <w:tcPr>
            <w:tcW w:type="dxa" w:w="2448"/>
          </w:tcPr>
          <w:p>
            <w:r>
              <w:t>Merchant dispute template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88</w:t>
            </w:r>
          </w:p>
        </w:tc>
        <w:tc>
          <w:tcPr>
            <w:tcW w:type="dxa" w:w="6192"/>
          </w:tcPr>
          <w:p>
            <w:r>
              <w:t>Create a script to call a credit bureau about an inquiry I don’t recognize (placeholders).</w:t>
            </w:r>
          </w:p>
        </w:tc>
        <w:tc>
          <w:tcPr>
            <w:tcW w:type="dxa" w:w="2448"/>
          </w:tcPr>
          <w:p>
            <w:r>
              <w:t>Bureau call script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89</w:t>
            </w:r>
          </w:p>
        </w:tc>
        <w:tc>
          <w:tcPr>
            <w:tcW w:type="dxa" w:w="6192"/>
          </w:tcPr>
          <w:p>
            <w:r>
              <w:t>Make a checklist: what to do if my tax return is rejected because one was already filed.</w:t>
            </w:r>
          </w:p>
        </w:tc>
        <w:tc>
          <w:tcPr>
            <w:tcW w:type="dxa" w:w="2448"/>
          </w:tcPr>
          <w:p>
            <w:r>
              <w:t>Tax identity theft first steps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90</w:t>
            </w:r>
          </w:p>
        </w:tc>
        <w:tc>
          <w:tcPr>
            <w:tcW w:type="dxa" w:w="6192"/>
          </w:tcPr>
          <w:p>
            <w:r>
              <w:t>Help me set up a simple binder/digital folder structure for identity defense and recovery logs.</w:t>
            </w:r>
          </w:p>
        </w:tc>
        <w:tc>
          <w:tcPr>
            <w:tcW w:type="dxa" w:w="2448"/>
          </w:tcPr>
          <w:p>
            <w:r>
              <w:t>Organize documents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91</w:t>
            </w:r>
          </w:p>
        </w:tc>
        <w:tc>
          <w:tcPr>
            <w:tcW w:type="dxa" w:w="6192"/>
          </w:tcPr>
          <w:p>
            <w:r>
              <w:t>Turn this long message into a sanitized summary with placeholders, then list what I should verify externally.</w:t>
            </w:r>
          </w:p>
        </w:tc>
        <w:tc>
          <w:tcPr>
            <w:tcW w:type="dxa" w:w="2448"/>
          </w:tcPr>
          <w:p>
            <w:r>
              <w:t>Safe summarization + verify list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92</w:t>
            </w:r>
          </w:p>
        </w:tc>
        <w:tc>
          <w:tcPr>
            <w:tcW w:type="dxa" w:w="6192"/>
          </w:tcPr>
          <w:p>
            <w:r>
              <w:t>Before answering, ask me 5 clarification questions that do not require sensitive info. Situation: [describe].</w:t>
            </w:r>
          </w:p>
        </w:tc>
        <w:tc>
          <w:tcPr>
            <w:tcW w:type="dxa" w:w="2448"/>
          </w:tcPr>
          <w:p>
            <w:r>
              <w:t>Structured help without oversharing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93</w:t>
            </w:r>
          </w:p>
        </w:tc>
        <w:tc>
          <w:tcPr>
            <w:tcW w:type="dxa" w:w="6192"/>
          </w:tcPr>
          <w:p>
            <w:r>
              <w:t>Generate a 'Do/Don't' list for using AI assistants for security tasks (beginner-friendly).</w:t>
            </w:r>
          </w:p>
        </w:tc>
        <w:tc>
          <w:tcPr>
            <w:tcW w:type="dxa" w:w="2448"/>
          </w:tcPr>
          <w:p>
            <w:r>
              <w:t>AI use guidelines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94</w:t>
            </w:r>
          </w:p>
        </w:tc>
        <w:tc>
          <w:tcPr>
            <w:tcW w:type="dxa" w:w="6192"/>
          </w:tcPr>
          <w:p>
            <w:r>
              <w:t>Create a checklist of what to remove from screenshots before sharing (names, addresses, account IDs).</w:t>
            </w:r>
          </w:p>
        </w:tc>
        <w:tc>
          <w:tcPr>
            <w:tcW w:type="dxa" w:w="2448"/>
          </w:tcPr>
          <w:p>
            <w:r>
              <w:t>Screenshot redaction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95</w:t>
            </w:r>
          </w:p>
        </w:tc>
        <w:tc>
          <w:tcPr>
            <w:tcW w:type="dxa" w:w="6192"/>
          </w:tcPr>
          <w:p>
            <w:r>
              <w:t>Give me a safe prompt to ask AI for a plan without including private data. Topic: [topic].</w:t>
            </w:r>
          </w:p>
        </w:tc>
        <w:tc>
          <w:tcPr>
            <w:tcW w:type="dxa" w:w="2448"/>
          </w:tcPr>
          <w:p>
            <w:r>
              <w:t>Reusable safe prompt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96</w:t>
            </w:r>
          </w:p>
        </w:tc>
        <w:tc>
          <w:tcPr>
            <w:tcW w:type="dxa" w:w="6192"/>
          </w:tcPr>
          <w:p>
            <w:r>
              <w:t>Create a checklist to secure a shared family tablet/computer used by multiple people.</w:t>
            </w:r>
          </w:p>
        </w:tc>
        <w:tc>
          <w:tcPr>
            <w:tcW w:type="dxa" w:w="2448"/>
          </w:tcPr>
          <w:p>
            <w:r>
              <w:t>Shared device safety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97</w:t>
            </w:r>
          </w:p>
        </w:tc>
        <w:tc>
          <w:tcPr>
            <w:tcW w:type="dxa" w:w="6192"/>
          </w:tcPr>
          <w:p>
            <w:r>
              <w:t>Write a short 'stop the bleeding' reminder I can keep in my wallet or notes app.</w:t>
            </w:r>
          </w:p>
        </w:tc>
        <w:tc>
          <w:tcPr>
            <w:tcW w:type="dxa" w:w="2448"/>
          </w:tcPr>
          <w:p>
            <w:r>
              <w:t>Emergency reminder</w:t>
            </w:r>
          </w:p>
        </w:tc>
        <w:tc>
          <w:tcPr>
            <w:tcW w:type="dxa" w:w="1728"/>
          </w:tcPr>
          <w:p>
            <w:r>
              <w:t>Any AI assistant</w:t>
            </w:r>
          </w:p>
        </w:tc>
      </w:tr>
      <w:tr>
        <w:tc>
          <w:tcPr>
            <w:tcW w:type="dxa" w:w="576"/>
          </w:tcPr>
          <w:p>
            <w:r>
              <w:t>98</w:t>
            </w:r>
          </w:p>
        </w:tc>
        <w:tc>
          <w:tcPr>
            <w:tcW w:type="dxa" w:w="6192"/>
          </w:tcPr>
          <w:p>
            <w:r>
              <w:t>Help me write a calm message to my employer/IT if my work account might be compromised (no sensitive data).</w:t>
            </w:r>
          </w:p>
        </w:tc>
        <w:tc>
          <w:tcPr>
            <w:tcW w:type="dxa" w:w="2448"/>
          </w:tcPr>
          <w:p>
            <w:r>
              <w:t>Work notification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  <w:tr>
        <w:tc>
          <w:tcPr>
            <w:tcW w:type="dxa" w:w="576"/>
          </w:tcPr>
          <w:p>
            <w:r>
              <w:t>99</w:t>
            </w:r>
          </w:p>
        </w:tc>
        <w:tc>
          <w:tcPr>
            <w:tcW w:type="dxa" w:w="6192"/>
          </w:tcPr>
          <w:p>
            <w:r>
              <w:t>Create a checklist to review subscriptions and remove saved payment methods from unused services.</w:t>
            </w:r>
          </w:p>
        </w:tc>
        <w:tc>
          <w:tcPr>
            <w:tcW w:type="dxa" w:w="2448"/>
          </w:tcPr>
          <w:p>
            <w:r>
              <w:t>Subscription cleanup</w:t>
            </w:r>
          </w:p>
        </w:tc>
        <w:tc>
          <w:tcPr>
            <w:tcW w:type="dxa" w:w="1728"/>
          </w:tcPr>
          <w:p>
            <w:r>
              <w:t>ChatGPT or Copilot</w:t>
            </w:r>
          </w:p>
        </w:tc>
      </w:tr>
      <w:tr>
        <w:tc>
          <w:tcPr>
            <w:tcW w:type="dxa" w:w="576"/>
          </w:tcPr>
          <w:p>
            <w:r>
              <w:t>100</w:t>
            </w:r>
          </w:p>
        </w:tc>
        <w:tc>
          <w:tcPr>
            <w:tcW w:type="dxa" w:w="6192"/>
          </w:tcPr>
          <w:p>
            <w:r>
              <w:t>Draft a short script to ask a customer service rep for a case number and next steps.</w:t>
            </w:r>
          </w:p>
        </w:tc>
        <w:tc>
          <w:tcPr>
            <w:tcW w:type="dxa" w:w="2448"/>
          </w:tcPr>
          <w:p>
            <w:r>
              <w:t>Case number script</w:t>
            </w:r>
          </w:p>
        </w:tc>
        <w:tc>
          <w:tcPr>
            <w:tcW w:type="dxa" w:w="1728"/>
          </w:tcPr>
          <w:p>
            <w:r>
              <w:t>ChatGPT or Claude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