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42165" w14:textId="77777777" w:rsidR="00292CB6" w:rsidRPr="00292CB6" w:rsidRDefault="00292CB6" w:rsidP="00292CB6">
      <w:pPr>
        <w:jc w:val="center"/>
        <w:rPr>
          <w:rFonts w:ascii="Garamond" w:hAnsi="Garamond"/>
          <w:sz w:val="72"/>
          <w:szCs w:val="72"/>
        </w:rPr>
      </w:pPr>
      <w:r w:rsidRPr="00292CB6">
        <w:rPr>
          <w:rFonts w:ascii="Garamond" w:hAnsi="Garamond"/>
          <w:sz w:val="72"/>
          <w:szCs w:val="72"/>
        </w:rPr>
        <w:t>AI for Investing Prompt Library</w:t>
      </w:r>
    </w:p>
    <w:p w14:paraId="2548618F" w14:textId="77777777" w:rsidR="00292CB6" w:rsidRDefault="00292CB6">
      <w:pPr>
        <w:rPr>
          <w:rFonts w:ascii="Garamond" w:hAnsi="Garamond"/>
          <w:sz w:val="28"/>
          <w:szCs w:val="28"/>
        </w:rPr>
      </w:pPr>
    </w:p>
    <w:p w14:paraId="1CB7A350" w14:textId="77777777" w:rsidR="00292CB6" w:rsidRDefault="00292CB6">
      <w:pPr>
        <w:rPr>
          <w:rFonts w:ascii="Garamond" w:hAnsi="Garamond"/>
          <w:sz w:val="28"/>
          <w:szCs w:val="28"/>
        </w:rPr>
      </w:pPr>
    </w:p>
    <w:p w14:paraId="773FE6B9" w14:textId="64D36431" w:rsidR="00245F1D" w:rsidRDefault="00245F1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0DC66DB1" w14:textId="77777777" w:rsidR="00245F1D" w:rsidRPr="00C740DD" w:rsidRDefault="00245F1D" w:rsidP="00245F1D">
      <w:pPr>
        <w:pStyle w:val="Heading1"/>
        <w:rPr>
          <w:rFonts w:ascii="Garamond" w:hAnsi="Garamond"/>
        </w:rPr>
      </w:pPr>
      <w:r w:rsidRPr="00C740DD">
        <w:rPr>
          <w:rFonts w:ascii="Garamond" w:hAnsi="Garamond"/>
        </w:rPr>
        <w:lastRenderedPageBreak/>
        <w:t>10 AI Prompts – Automation &amp; Time-Saving Workflows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45F1D" w:rsidRPr="00C740DD" w14:paraId="25C54C8D" w14:textId="77777777" w:rsidTr="00D81BB1">
        <w:tc>
          <w:tcPr>
            <w:tcW w:w="2160" w:type="dxa"/>
          </w:tcPr>
          <w:p w14:paraId="106ADF1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What the Prompt Is Used For</w:t>
            </w:r>
          </w:p>
        </w:tc>
        <w:tc>
          <w:tcPr>
            <w:tcW w:w="2160" w:type="dxa"/>
          </w:tcPr>
          <w:p w14:paraId="6EFC58C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Recommended AI Tool</w:t>
            </w:r>
          </w:p>
        </w:tc>
        <w:tc>
          <w:tcPr>
            <w:tcW w:w="2160" w:type="dxa"/>
          </w:tcPr>
          <w:p w14:paraId="61E5CC30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The AI Prompt</w:t>
            </w:r>
          </w:p>
        </w:tc>
        <w:tc>
          <w:tcPr>
            <w:tcW w:w="2160" w:type="dxa"/>
          </w:tcPr>
          <w:p w14:paraId="47D732D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What to Expect</w:t>
            </w:r>
          </w:p>
        </w:tc>
      </w:tr>
      <w:tr w:rsidR="00245F1D" w:rsidRPr="00C740DD" w14:paraId="061E25F8" w14:textId="77777777" w:rsidTr="00D81BB1">
        <w:tc>
          <w:tcPr>
            <w:tcW w:w="2160" w:type="dxa"/>
          </w:tcPr>
          <w:p w14:paraId="1D1681C9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Creating a simple weekly investing routine</w:t>
            </w:r>
          </w:p>
        </w:tc>
        <w:tc>
          <w:tcPr>
            <w:tcW w:w="2160" w:type="dxa"/>
          </w:tcPr>
          <w:p w14:paraId="037DB73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08EA7F7E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Create a simple weekly AI investing routine I can complete in under 30 minutes. Assume I am a beginner.</w:t>
            </w:r>
          </w:p>
        </w:tc>
        <w:tc>
          <w:tcPr>
            <w:tcW w:w="2160" w:type="dxa"/>
          </w:tcPr>
          <w:p w14:paraId="2729B554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clear, step-by-step weekly checklist that removes guesswork.</w:t>
            </w:r>
          </w:p>
        </w:tc>
      </w:tr>
      <w:tr w:rsidR="00245F1D" w:rsidRPr="00C740DD" w14:paraId="5DB0C078" w14:textId="77777777" w:rsidTr="00D81BB1">
        <w:tc>
          <w:tcPr>
            <w:tcW w:w="2160" w:type="dxa"/>
          </w:tcPr>
          <w:p w14:paraId="4DA35563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Designing a monthly portfolio check-in</w:t>
            </w:r>
          </w:p>
        </w:tc>
        <w:tc>
          <w:tcPr>
            <w:tcW w:w="2160" w:type="dxa"/>
          </w:tcPr>
          <w:p w14:paraId="0E0F9CF2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0804AB90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Create a beginner-friendly monthly investing review routine using AI tools.</w:t>
            </w:r>
          </w:p>
        </w:tc>
        <w:tc>
          <w:tcPr>
            <w:tcW w:w="2160" w:type="dxa"/>
          </w:tcPr>
          <w:p w14:paraId="363656E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repeatable monthly process that focuses on risk, balance, and progress.</w:t>
            </w:r>
          </w:p>
        </w:tc>
      </w:tr>
      <w:tr w:rsidR="00245F1D" w:rsidRPr="00C740DD" w14:paraId="1C6A1161" w14:textId="77777777" w:rsidTr="00D81BB1">
        <w:tc>
          <w:tcPr>
            <w:tcW w:w="2160" w:type="dxa"/>
          </w:tcPr>
          <w:p w14:paraId="60D4B2A7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Automating research summaries</w:t>
            </w:r>
          </w:p>
        </w:tc>
        <w:tc>
          <w:tcPr>
            <w:tcW w:w="2160" w:type="dxa"/>
          </w:tcPr>
          <w:p w14:paraId="5AD6A28F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 / Copilot</w:t>
            </w:r>
          </w:p>
        </w:tc>
        <w:tc>
          <w:tcPr>
            <w:tcW w:w="2160" w:type="dxa"/>
          </w:tcPr>
          <w:p w14:paraId="77272562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Show me how to automate weekly market research summaries using AI.</w:t>
            </w:r>
          </w:p>
        </w:tc>
        <w:tc>
          <w:tcPr>
            <w:tcW w:w="2160" w:type="dxa"/>
          </w:tcPr>
          <w:p w14:paraId="33D20DD9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time-saving system for staying informed without information overload.</w:t>
            </w:r>
          </w:p>
        </w:tc>
      </w:tr>
      <w:tr w:rsidR="00245F1D" w:rsidRPr="00C740DD" w14:paraId="16503B1A" w14:textId="77777777" w:rsidTr="00D81BB1">
        <w:tc>
          <w:tcPr>
            <w:tcW w:w="2160" w:type="dxa"/>
          </w:tcPr>
          <w:p w14:paraId="2C297E05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Setting up AI alerts</w:t>
            </w:r>
          </w:p>
        </w:tc>
        <w:tc>
          <w:tcPr>
            <w:tcW w:w="2160" w:type="dxa"/>
          </w:tcPr>
          <w:p w14:paraId="4ED4601B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Brokerage AI Tools</w:t>
            </w:r>
          </w:p>
        </w:tc>
        <w:tc>
          <w:tcPr>
            <w:tcW w:w="2160" w:type="dxa"/>
          </w:tcPr>
          <w:p w14:paraId="4477C0ED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Explain how to set up AI alerts to notify me of major portfolio changes.</w:t>
            </w:r>
          </w:p>
        </w:tc>
        <w:tc>
          <w:tcPr>
            <w:tcW w:w="2160" w:type="dxa"/>
          </w:tcPr>
          <w:p w14:paraId="41312B20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Clear guidance on alerts that matter and which ones to ignore.</w:t>
            </w:r>
          </w:p>
        </w:tc>
      </w:tr>
      <w:tr w:rsidR="00245F1D" w:rsidRPr="00C740DD" w14:paraId="5DE60FDE" w14:textId="77777777" w:rsidTr="00D81BB1">
        <w:tc>
          <w:tcPr>
            <w:tcW w:w="2160" w:type="dxa"/>
          </w:tcPr>
          <w:p w14:paraId="1EF80B12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Reducing decision fatigue</w:t>
            </w:r>
          </w:p>
        </w:tc>
        <w:tc>
          <w:tcPr>
            <w:tcW w:w="2160" w:type="dxa"/>
          </w:tcPr>
          <w:p w14:paraId="2CCD74FA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610D6094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Help me create rules so I only review my investments when necessary.</w:t>
            </w:r>
          </w:p>
        </w:tc>
        <w:tc>
          <w:tcPr>
            <w:tcW w:w="2160" w:type="dxa"/>
          </w:tcPr>
          <w:p w14:paraId="593EEBB9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Simple rules that limit emotional or unnecessary decisions.</w:t>
            </w:r>
          </w:p>
        </w:tc>
      </w:tr>
      <w:tr w:rsidR="00245F1D" w:rsidRPr="00C740DD" w14:paraId="4821DEE1" w14:textId="77777777" w:rsidTr="00D81BB1">
        <w:tc>
          <w:tcPr>
            <w:tcW w:w="2160" w:type="dxa"/>
          </w:tcPr>
          <w:p w14:paraId="5DFB948F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lastRenderedPageBreak/>
              <w:t>Creating a passive investing workflow</w:t>
            </w:r>
          </w:p>
        </w:tc>
        <w:tc>
          <w:tcPr>
            <w:tcW w:w="2160" w:type="dxa"/>
          </w:tcPr>
          <w:p w14:paraId="177F14C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Robo-Advisors</w:t>
            </w:r>
          </w:p>
        </w:tc>
        <w:tc>
          <w:tcPr>
            <w:tcW w:w="2160" w:type="dxa"/>
          </w:tcPr>
          <w:p w14:paraId="014D068A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Design a mostly hands-off AI investing workflow for long-term growth.</w:t>
            </w:r>
          </w:p>
        </w:tc>
        <w:tc>
          <w:tcPr>
            <w:tcW w:w="2160" w:type="dxa"/>
          </w:tcPr>
          <w:p w14:paraId="0300935C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low-effort strategy using automation and periodic check-ins.</w:t>
            </w:r>
          </w:p>
        </w:tc>
      </w:tr>
      <w:tr w:rsidR="00245F1D" w:rsidRPr="00C740DD" w14:paraId="283C7333" w14:textId="77777777" w:rsidTr="00D81BB1">
        <w:tc>
          <w:tcPr>
            <w:tcW w:w="2160" w:type="dxa"/>
          </w:tcPr>
          <w:p w14:paraId="56703464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Weekly news filtering</w:t>
            </w:r>
          </w:p>
        </w:tc>
        <w:tc>
          <w:tcPr>
            <w:tcW w:w="2160" w:type="dxa"/>
          </w:tcPr>
          <w:p w14:paraId="2996B8F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1642D75D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Summarize only the most important investing news I should know this week.</w:t>
            </w:r>
          </w:p>
        </w:tc>
        <w:tc>
          <w:tcPr>
            <w:tcW w:w="2160" w:type="dxa"/>
          </w:tcPr>
          <w:p w14:paraId="1D4CD963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short, relevant summary instead of endless headlines.</w:t>
            </w:r>
          </w:p>
        </w:tc>
      </w:tr>
      <w:tr w:rsidR="00245F1D" w:rsidRPr="00C740DD" w14:paraId="2B11A4A6" w14:textId="77777777" w:rsidTr="00D81BB1">
        <w:tc>
          <w:tcPr>
            <w:tcW w:w="2160" w:type="dxa"/>
          </w:tcPr>
          <w:p w14:paraId="321C22E7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Tracking habits instead of returns</w:t>
            </w:r>
          </w:p>
        </w:tc>
        <w:tc>
          <w:tcPr>
            <w:tcW w:w="2160" w:type="dxa"/>
          </w:tcPr>
          <w:p w14:paraId="7C73B44F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7DD923F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Help me track good investing habits weekly instead of focusing on returns.</w:t>
            </w:r>
          </w:p>
        </w:tc>
        <w:tc>
          <w:tcPr>
            <w:tcW w:w="2160" w:type="dxa"/>
          </w:tcPr>
          <w:p w14:paraId="0E45E93E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mindset shift toward consistency and discipline.</w:t>
            </w:r>
          </w:p>
        </w:tc>
      </w:tr>
      <w:tr w:rsidR="00245F1D" w:rsidRPr="00C740DD" w14:paraId="332D9BF3" w14:textId="77777777" w:rsidTr="00D81BB1">
        <w:tc>
          <w:tcPr>
            <w:tcW w:w="2160" w:type="dxa"/>
          </w:tcPr>
          <w:p w14:paraId="5EE645D3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Automating rebalancing reminders</w:t>
            </w:r>
          </w:p>
        </w:tc>
        <w:tc>
          <w:tcPr>
            <w:tcW w:w="2160" w:type="dxa"/>
          </w:tcPr>
          <w:p w14:paraId="4311A178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 / Robo-Advisors</w:t>
            </w:r>
          </w:p>
        </w:tc>
        <w:tc>
          <w:tcPr>
            <w:tcW w:w="2160" w:type="dxa"/>
          </w:tcPr>
          <w:p w14:paraId="166C4F10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Explain when and how AI can remind me to rebalance my portfolio.</w:t>
            </w:r>
          </w:p>
        </w:tc>
        <w:tc>
          <w:tcPr>
            <w:tcW w:w="2160" w:type="dxa"/>
          </w:tcPr>
          <w:p w14:paraId="5421E3D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Understanding when rebalancing matters and how to automate it.</w:t>
            </w:r>
          </w:p>
        </w:tc>
      </w:tr>
      <w:tr w:rsidR="00245F1D" w:rsidRPr="00C740DD" w14:paraId="478E9FC1" w14:textId="77777777" w:rsidTr="00D81BB1">
        <w:tc>
          <w:tcPr>
            <w:tcW w:w="2160" w:type="dxa"/>
          </w:tcPr>
          <w:p w14:paraId="77C476A4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Building a long-term routine</w:t>
            </w:r>
          </w:p>
        </w:tc>
        <w:tc>
          <w:tcPr>
            <w:tcW w:w="2160" w:type="dxa"/>
          </w:tcPr>
          <w:p w14:paraId="470868B7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ChatGPT</w:t>
            </w:r>
          </w:p>
        </w:tc>
        <w:tc>
          <w:tcPr>
            <w:tcW w:w="2160" w:type="dxa"/>
          </w:tcPr>
          <w:p w14:paraId="28A6072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Create a simple long-term AI investing routine I can stick with year after year.</w:t>
            </w:r>
          </w:p>
        </w:tc>
        <w:tc>
          <w:tcPr>
            <w:tcW w:w="2160" w:type="dxa"/>
          </w:tcPr>
          <w:p w14:paraId="046C3DE1" w14:textId="77777777" w:rsidR="00245F1D" w:rsidRPr="00C740DD" w:rsidRDefault="00245F1D" w:rsidP="00D81BB1">
            <w:pPr>
              <w:rPr>
                <w:rFonts w:ascii="Garamond" w:hAnsi="Garamond"/>
                <w:sz w:val="28"/>
                <w:szCs w:val="28"/>
              </w:rPr>
            </w:pPr>
            <w:r w:rsidRPr="00C740DD">
              <w:rPr>
                <w:rFonts w:ascii="Garamond" w:hAnsi="Garamond"/>
                <w:sz w:val="28"/>
                <w:szCs w:val="28"/>
              </w:rPr>
              <w:t>A sustainable system that grows with experience and confidence.</w:t>
            </w:r>
          </w:p>
        </w:tc>
      </w:tr>
    </w:tbl>
    <w:p w14:paraId="45937FBC" w14:textId="77777777" w:rsidR="00245F1D" w:rsidRPr="00C740DD" w:rsidRDefault="00245F1D" w:rsidP="00245F1D">
      <w:pPr>
        <w:rPr>
          <w:rFonts w:ascii="Garamond" w:hAnsi="Garamond"/>
          <w:sz w:val="28"/>
          <w:szCs w:val="28"/>
        </w:rPr>
      </w:pPr>
    </w:p>
    <w:p w14:paraId="6CD5D333" w14:textId="57333588" w:rsidR="00245F1D" w:rsidRDefault="00245F1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001BB4D2" w14:textId="77777777" w:rsidR="00245F1D" w:rsidRDefault="00245F1D" w:rsidP="00245F1D">
      <w:pPr>
        <w:pStyle w:val="Heading1"/>
      </w:pPr>
      <w:r>
        <w:lastRenderedPageBreak/>
        <w:t>10 AI Prompts – Dividend &amp; Income Investing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45F1D" w14:paraId="71C9F8F4" w14:textId="77777777" w:rsidTr="00D81BB1">
        <w:tc>
          <w:tcPr>
            <w:tcW w:w="2160" w:type="dxa"/>
          </w:tcPr>
          <w:p w14:paraId="41F49310" w14:textId="77777777" w:rsidR="00245F1D" w:rsidRDefault="00245F1D" w:rsidP="00D81BB1">
            <w:r>
              <w:t>What the Prompt Is Used For</w:t>
            </w:r>
          </w:p>
        </w:tc>
        <w:tc>
          <w:tcPr>
            <w:tcW w:w="2160" w:type="dxa"/>
          </w:tcPr>
          <w:p w14:paraId="5EBA9E2F" w14:textId="77777777" w:rsidR="00245F1D" w:rsidRDefault="00245F1D" w:rsidP="00D81BB1">
            <w:r>
              <w:t>Recommended AI Tool</w:t>
            </w:r>
          </w:p>
        </w:tc>
        <w:tc>
          <w:tcPr>
            <w:tcW w:w="2160" w:type="dxa"/>
          </w:tcPr>
          <w:p w14:paraId="38536357" w14:textId="77777777" w:rsidR="00245F1D" w:rsidRDefault="00245F1D" w:rsidP="00D81BB1">
            <w:r>
              <w:t>AI Prompt</w:t>
            </w:r>
          </w:p>
        </w:tc>
        <w:tc>
          <w:tcPr>
            <w:tcW w:w="2160" w:type="dxa"/>
          </w:tcPr>
          <w:p w14:paraId="7216DA84" w14:textId="77777777" w:rsidR="00245F1D" w:rsidRDefault="00245F1D" w:rsidP="00D81BB1">
            <w:r>
              <w:t xml:space="preserve">What to Expect </w:t>
            </w:r>
            <w:proofErr w:type="gramStart"/>
            <w:r>
              <w:t>From</w:t>
            </w:r>
            <w:proofErr w:type="gramEnd"/>
            <w:r>
              <w:t xml:space="preserve"> Using This Prompt</w:t>
            </w:r>
          </w:p>
        </w:tc>
      </w:tr>
      <w:tr w:rsidR="00245F1D" w14:paraId="2A0D4EFF" w14:textId="77777777" w:rsidTr="00D81BB1">
        <w:tc>
          <w:tcPr>
            <w:tcW w:w="2160" w:type="dxa"/>
          </w:tcPr>
          <w:p w14:paraId="6C60A458" w14:textId="77777777" w:rsidR="00245F1D" w:rsidRDefault="00245F1D" w:rsidP="00D81BB1">
            <w:r>
              <w:t>Finding stable dividend stocks</w:t>
            </w:r>
          </w:p>
        </w:tc>
        <w:tc>
          <w:tcPr>
            <w:tcW w:w="2160" w:type="dxa"/>
          </w:tcPr>
          <w:p w14:paraId="528DBFF9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230AA4FA" w14:textId="77777777" w:rsidR="00245F1D" w:rsidRDefault="00245F1D" w:rsidP="00D81BB1">
            <w:r>
              <w:t>Identify beginner-friendly dividend stocks with a long history of steady payouts. Explain why each one is considered stable.</w:t>
            </w:r>
          </w:p>
        </w:tc>
        <w:tc>
          <w:tcPr>
            <w:tcW w:w="2160" w:type="dxa"/>
          </w:tcPr>
          <w:p w14:paraId="6A67C569" w14:textId="77777777" w:rsidR="00245F1D" w:rsidRDefault="00245F1D" w:rsidP="00D81BB1">
            <w:r>
              <w:t>A short list of dividend stocks explained in simple terms, focusing on reliability rather than hype.</w:t>
            </w:r>
          </w:p>
        </w:tc>
      </w:tr>
      <w:tr w:rsidR="00245F1D" w14:paraId="74C1AC57" w14:textId="77777777" w:rsidTr="00D81BB1">
        <w:tc>
          <w:tcPr>
            <w:tcW w:w="2160" w:type="dxa"/>
          </w:tcPr>
          <w:p w14:paraId="5B9C5E28" w14:textId="77777777" w:rsidR="00245F1D" w:rsidRDefault="00245F1D" w:rsidP="00D81BB1">
            <w:r>
              <w:t>Checking dividend safety</w:t>
            </w:r>
          </w:p>
        </w:tc>
        <w:tc>
          <w:tcPr>
            <w:tcW w:w="2160" w:type="dxa"/>
          </w:tcPr>
          <w:p w14:paraId="18D5165A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41C72ACD" w14:textId="77777777" w:rsidR="00245F1D" w:rsidRDefault="00245F1D" w:rsidP="00D81BB1">
            <w:r>
              <w:t>Evaluate whether this company’s dividend looks safe for a beginner investor. Explain payout ratio and cash flow in plain language.</w:t>
            </w:r>
          </w:p>
        </w:tc>
        <w:tc>
          <w:tcPr>
            <w:tcW w:w="2160" w:type="dxa"/>
          </w:tcPr>
          <w:p w14:paraId="10C1C57B" w14:textId="77777777" w:rsidR="00245F1D" w:rsidRDefault="00245F1D" w:rsidP="00D81BB1">
            <w:r>
              <w:t>A clear explanation of dividend safety without complex financial jargon.</w:t>
            </w:r>
          </w:p>
        </w:tc>
      </w:tr>
      <w:tr w:rsidR="00245F1D" w14:paraId="2A1175AE" w14:textId="77777777" w:rsidTr="00D81BB1">
        <w:tc>
          <w:tcPr>
            <w:tcW w:w="2160" w:type="dxa"/>
          </w:tcPr>
          <w:p w14:paraId="44FD6956" w14:textId="77777777" w:rsidR="00245F1D" w:rsidRDefault="00245F1D" w:rsidP="00D81BB1">
            <w:r>
              <w:t>Understanding payout ratios</w:t>
            </w:r>
          </w:p>
        </w:tc>
        <w:tc>
          <w:tcPr>
            <w:tcW w:w="2160" w:type="dxa"/>
          </w:tcPr>
          <w:p w14:paraId="48BED917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5C9B20D2" w14:textId="77777777" w:rsidR="00245F1D" w:rsidRDefault="00245F1D" w:rsidP="00D81BB1">
            <w:r>
              <w:t>Explain what a payout ratio is and whether a payout ratio of [X]% is healthy for a dividend stock.</w:t>
            </w:r>
          </w:p>
        </w:tc>
        <w:tc>
          <w:tcPr>
            <w:tcW w:w="2160" w:type="dxa"/>
          </w:tcPr>
          <w:p w14:paraId="4646ED7C" w14:textId="77777777" w:rsidR="00245F1D" w:rsidRDefault="00245F1D" w:rsidP="00D81BB1">
            <w:r>
              <w:t>An easy-to-understand explanation of payout ratios and warning signs.</w:t>
            </w:r>
          </w:p>
        </w:tc>
      </w:tr>
      <w:tr w:rsidR="00245F1D" w14:paraId="5229A78B" w14:textId="77777777" w:rsidTr="00D81BB1">
        <w:tc>
          <w:tcPr>
            <w:tcW w:w="2160" w:type="dxa"/>
          </w:tcPr>
          <w:p w14:paraId="7ADC608F" w14:textId="77777777" w:rsidR="00245F1D" w:rsidRDefault="00245F1D" w:rsidP="00D81BB1">
            <w:r>
              <w:t>Comparing dividend stocks</w:t>
            </w:r>
          </w:p>
        </w:tc>
        <w:tc>
          <w:tcPr>
            <w:tcW w:w="2160" w:type="dxa"/>
          </w:tcPr>
          <w:p w14:paraId="737151AC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5D5719E9" w14:textId="77777777" w:rsidR="00245F1D" w:rsidRDefault="00245F1D" w:rsidP="00D81BB1">
            <w:r>
              <w:t>Compare these two dividend stocks for long-term income investing. Focus on stability, yield, and risk.</w:t>
            </w:r>
          </w:p>
        </w:tc>
        <w:tc>
          <w:tcPr>
            <w:tcW w:w="2160" w:type="dxa"/>
          </w:tcPr>
          <w:p w14:paraId="7189E52B" w14:textId="77777777" w:rsidR="00245F1D" w:rsidRDefault="00245F1D" w:rsidP="00D81BB1">
            <w:r>
              <w:t>A side-by-side comparison highlighting strengths and trade-offs.</w:t>
            </w:r>
          </w:p>
        </w:tc>
      </w:tr>
      <w:tr w:rsidR="00245F1D" w14:paraId="1E50CC31" w14:textId="77777777" w:rsidTr="00D81BB1">
        <w:tc>
          <w:tcPr>
            <w:tcW w:w="2160" w:type="dxa"/>
          </w:tcPr>
          <w:p w14:paraId="230D6254" w14:textId="77777777" w:rsidR="00245F1D" w:rsidRDefault="00245F1D" w:rsidP="00D81BB1">
            <w:r>
              <w:t>Dividend growth analysis</w:t>
            </w:r>
          </w:p>
        </w:tc>
        <w:tc>
          <w:tcPr>
            <w:tcW w:w="2160" w:type="dxa"/>
          </w:tcPr>
          <w:p w14:paraId="5381FA65" w14:textId="77777777" w:rsidR="00245F1D" w:rsidRDefault="00245F1D" w:rsidP="00D81BB1"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3C6FD247" w14:textId="77777777" w:rsidR="00245F1D" w:rsidRDefault="00245F1D" w:rsidP="00D81BB1">
            <w:r>
              <w:t>Analyze this company’s dividend growth history and explain what it signals about long-term income reliability.</w:t>
            </w:r>
          </w:p>
        </w:tc>
        <w:tc>
          <w:tcPr>
            <w:tcW w:w="2160" w:type="dxa"/>
          </w:tcPr>
          <w:p w14:paraId="28E2C29D" w14:textId="77777777" w:rsidR="00245F1D" w:rsidRDefault="00245F1D" w:rsidP="00D81BB1">
            <w:r>
              <w:t>Insights into whether dividends are growing steadily or showing warning signs.</w:t>
            </w:r>
          </w:p>
        </w:tc>
      </w:tr>
      <w:tr w:rsidR="00245F1D" w14:paraId="04E7DCCC" w14:textId="77777777" w:rsidTr="00D81BB1">
        <w:tc>
          <w:tcPr>
            <w:tcW w:w="2160" w:type="dxa"/>
          </w:tcPr>
          <w:p w14:paraId="1CB62E66" w14:textId="77777777" w:rsidR="00245F1D" w:rsidRDefault="00245F1D" w:rsidP="00D81BB1">
            <w:r>
              <w:lastRenderedPageBreak/>
              <w:t>Reinvestment strategy planning</w:t>
            </w:r>
          </w:p>
        </w:tc>
        <w:tc>
          <w:tcPr>
            <w:tcW w:w="2160" w:type="dxa"/>
          </w:tcPr>
          <w:p w14:paraId="141EB42F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78F31A3B" w14:textId="77777777" w:rsidR="00245F1D" w:rsidRDefault="00245F1D" w:rsidP="00D81BB1">
            <w:r>
              <w:t xml:space="preserve">Explain how dividend reinvestment works and whether it makes sense for a beginner investor with a </w:t>
            </w:r>
            <w:proofErr w:type="gramStart"/>
            <w:r>
              <w:t>long time</w:t>
            </w:r>
            <w:proofErr w:type="gramEnd"/>
            <w:r>
              <w:t xml:space="preserve"> horizon.</w:t>
            </w:r>
          </w:p>
        </w:tc>
        <w:tc>
          <w:tcPr>
            <w:tcW w:w="2160" w:type="dxa"/>
          </w:tcPr>
          <w:p w14:paraId="21423B40" w14:textId="77777777" w:rsidR="00245F1D" w:rsidRDefault="00245F1D" w:rsidP="00D81BB1">
            <w:r>
              <w:t>A clear explanation of compounding and reinvestment benefits.</w:t>
            </w:r>
          </w:p>
        </w:tc>
      </w:tr>
      <w:tr w:rsidR="00245F1D" w14:paraId="65A5CE6A" w14:textId="77777777" w:rsidTr="00D81BB1">
        <w:tc>
          <w:tcPr>
            <w:tcW w:w="2160" w:type="dxa"/>
          </w:tcPr>
          <w:p w14:paraId="4E0E29B8" w14:textId="77777777" w:rsidR="00245F1D" w:rsidRDefault="00245F1D" w:rsidP="00D81BB1">
            <w:r>
              <w:t>Monthly income planning</w:t>
            </w:r>
          </w:p>
        </w:tc>
        <w:tc>
          <w:tcPr>
            <w:tcW w:w="2160" w:type="dxa"/>
          </w:tcPr>
          <w:p w14:paraId="106346BF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4B9DCB21" w14:textId="77777777" w:rsidR="00245F1D" w:rsidRDefault="00245F1D" w:rsidP="00D81BB1">
            <w:r>
              <w:t>Help me estimate how much monthly income I could earn from dividend investing with $[amount] invested conservatively.</w:t>
            </w:r>
          </w:p>
        </w:tc>
        <w:tc>
          <w:tcPr>
            <w:tcW w:w="2160" w:type="dxa"/>
          </w:tcPr>
          <w:p w14:paraId="7F867E3C" w14:textId="77777777" w:rsidR="00245F1D" w:rsidRDefault="00245F1D" w:rsidP="00D81BB1">
            <w:r>
              <w:t>A realistic income estimate and expectations.</w:t>
            </w:r>
          </w:p>
        </w:tc>
      </w:tr>
      <w:tr w:rsidR="00245F1D" w14:paraId="488A6BBD" w14:textId="77777777" w:rsidTr="00D81BB1">
        <w:tc>
          <w:tcPr>
            <w:tcW w:w="2160" w:type="dxa"/>
          </w:tcPr>
          <w:p w14:paraId="24EC93D9" w14:textId="77777777" w:rsidR="00245F1D" w:rsidRDefault="00245F1D" w:rsidP="00D81BB1">
            <w:r>
              <w:t>Identifying red flags</w:t>
            </w:r>
          </w:p>
        </w:tc>
        <w:tc>
          <w:tcPr>
            <w:tcW w:w="2160" w:type="dxa"/>
          </w:tcPr>
          <w:p w14:paraId="22F0AF6B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06866F92" w14:textId="77777777" w:rsidR="00245F1D" w:rsidRDefault="00245F1D" w:rsidP="00D81BB1">
            <w:r>
              <w:t>List common red flags that suggest a dividend may be at risk of being cut.</w:t>
            </w:r>
          </w:p>
        </w:tc>
        <w:tc>
          <w:tcPr>
            <w:tcW w:w="2160" w:type="dxa"/>
          </w:tcPr>
          <w:p w14:paraId="6E72E364" w14:textId="77777777" w:rsidR="00245F1D" w:rsidRDefault="00245F1D" w:rsidP="00D81BB1">
            <w:r>
              <w:t>A checklist-style warning guide for avoiding unstable dividends.</w:t>
            </w:r>
          </w:p>
        </w:tc>
      </w:tr>
      <w:tr w:rsidR="00245F1D" w14:paraId="5F9FAF28" w14:textId="77777777" w:rsidTr="00D81BB1">
        <w:tc>
          <w:tcPr>
            <w:tcW w:w="2160" w:type="dxa"/>
          </w:tcPr>
          <w:p w14:paraId="0154079B" w14:textId="77777777" w:rsidR="00245F1D" w:rsidRDefault="00245F1D" w:rsidP="00D81BB1">
            <w:r>
              <w:t>Sector diversification for dividends</w:t>
            </w:r>
          </w:p>
        </w:tc>
        <w:tc>
          <w:tcPr>
            <w:tcW w:w="2160" w:type="dxa"/>
          </w:tcPr>
          <w:p w14:paraId="0FB485E6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1B819210" w14:textId="77777777" w:rsidR="00245F1D" w:rsidRDefault="00245F1D" w:rsidP="00D81BB1">
            <w:r>
              <w:t>Build a diversified dividend portfolio across sectors for a beginner investor focused on income.</w:t>
            </w:r>
          </w:p>
        </w:tc>
        <w:tc>
          <w:tcPr>
            <w:tcW w:w="2160" w:type="dxa"/>
          </w:tcPr>
          <w:p w14:paraId="54CD360F" w14:textId="77777777" w:rsidR="00245F1D" w:rsidRDefault="00245F1D" w:rsidP="00D81BB1">
            <w:r>
              <w:t>A balanced sector mix to reduce income volatility.</w:t>
            </w:r>
          </w:p>
        </w:tc>
      </w:tr>
      <w:tr w:rsidR="00245F1D" w14:paraId="61180CD9" w14:textId="77777777" w:rsidTr="00D81BB1">
        <w:tc>
          <w:tcPr>
            <w:tcW w:w="2160" w:type="dxa"/>
          </w:tcPr>
          <w:p w14:paraId="0C0F81A1" w14:textId="77777777" w:rsidR="00245F1D" w:rsidRDefault="00245F1D" w:rsidP="00D81BB1">
            <w:r>
              <w:t>Dividend vs growth decision</w:t>
            </w:r>
          </w:p>
        </w:tc>
        <w:tc>
          <w:tcPr>
            <w:tcW w:w="2160" w:type="dxa"/>
          </w:tcPr>
          <w:p w14:paraId="49ECA6C6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16C6D6FE" w14:textId="77777777" w:rsidR="00245F1D" w:rsidRDefault="00245F1D" w:rsidP="00D81BB1">
            <w:r>
              <w:t>Help me decide whether dividend investing or growth investing fits my goals better at my life stage.</w:t>
            </w:r>
          </w:p>
        </w:tc>
        <w:tc>
          <w:tcPr>
            <w:tcW w:w="2160" w:type="dxa"/>
          </w:tcPr>
          <w:p w14:paraId="653298AD" w14:textId="77777777" w:rsidR="00245F1D" w:rsidRDefault="00245F1D" w:rsidP="00D81BB1">
            <w:r>
              <w:t>Guidance aligning income strategies with personal goals.</w:t>
            </w:r>
          </w:p>
        </w:tc>
      </w:tr>
    </w:tbl>
    <w:p w14:paraId="72B1BF2A" w14:textId="77777777" w:rsidR="00245F1D" w:rsidRDefault="00245F1D" w:rsidP="00245F1D"/>
    <w:p w14:paraId="62997EF1" w14:textId="6A2C341A" w:rsidR="00245F1D" w:rsidRDefault="00245F1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176AE564" w14:textId="77777777" w:rsidR="00245F1D" w:rsidRDefault="00245F1D" w:rsidP="00245F1D">
      <w:pPr>
        <w:pStyle w:val="Heading1"/>
      </w:pPr>
      <w:r>
        <w:lastRenderedPageBreak/>
        <w:t>10 AI Prompts – ETF &amp; Diversification Strategy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45F1D" w14:paraId="5FB0DB50" w14:textId="77777777" w:rsidTr="00D81BB1">
        <w:tc>
          <w:tcPr>
            <w:tcW w:w="2160" w:type="dxa"/>
          </w:tcPr>
          <w:p w14:paraId="7AEEF9AD" w14:textId="77777777" w:rsidR="00245F1D" w:rsidRDefault="00245F1D" w:rsidP="00D81BB1">
            <w:r>
              <w:t>What This Prompt Is Used For</w:t>
            </w:r>
          </w:p>
        </w:tc>
        <w:tc>
          <w:tcPr>
            <w:tcW w:w="2160" w:type="dxa"/>
          </w:tcPr>
          <w:p w14:paraId="3CED6592" w14:textId="77777777" w:rsidR="00245F1D" w:rsidRDefault="00245F1D" w:rsidP="00D81BB1">
            <w:r>
              <w:t>Recommended AI Tool</w:t>
            </w:r>
          </w:p>
        </w:tc>
        <w:tc>
          <w:tcPr>
            <w:tcW w:w="2160" w:type="dxa"/>
          </w:tcPr>
          <w:p w14:paraId="7A5E7876" w14:textId="77777777" w:rsidR="00245F1D" w:rsidRDefault="00245F1D" w:rsidP="00D81BB1">
            <w:r>
              <w:t>AI Prompt</w:t>
            </w:r>
          </w:p>
        </w:tc>
        <w:tc>
          <w:tcPr>
            <w:tcW w:w="2160" w:type="dxa"/>
          </w:tcPr>
          <w:p w14:paraId="154052B0" w14:textId="77777777" w:rsidR="00245F1D" w:rsidRDefault="00245F1D" w:rsidP="00D81BB1">
            <w:r>
              <w:t xml:space="preserve">What to Expect </w:t>
            </w:r>
            <w:proofErr w:type="gramStart"/>
            <w:r>
              <w:t>From</w:t>
            </w:r>
            <w:proofErr w:type="gramEnd"/>
            <w:r>
              <w:t xml:space="preserve"> the Output</w:t>
            </w:r>
          </w:p>
        </w:tc>
      </w:tr>
      <w:tr w:rsidR="00245F1D" w14:paraId="538F76D5" w14:textId="77777777" w:rsidTr="00D81BB1">
        <w:tc>
          <w:tcPr>
            <w:tcW w:w="2160" w:type="dxa"/>
          </w:tcPr>
          <w:p w14:paraId="1EDA80CE" w14:textId="77777777" w:rsidR="00245F1D" w:rsidRDefault="00245F1D" w:rsidP="00D81BB1">
            <w:r>
              <w:t>Comparing two ETFs for conservative investing</w:t>
            </w:r>
          </w:p>
        </w:tc>
        <w:tc>
          <w:tcPr>
            <w:tcW w:w="2160" w:type="dxa"/>
          </w:tcPr>
          <w:p w14:paraId="3F8C122A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7BA198FD" w14:textId="77777777" w:rsidR="00245F1D" w:rsidRDefault="00245F1D" w:rsidP="00D81BB1">
            <w:r>
              <w:t>Compare ETF A and ETF B. Explain the differences in fees, volatility, diversification, and which one is better for a conservative long-term investor.</w:t>
            </w:r>
          </w:p>
        </w:tc>
        <w:tc>
          <w:tcPr>
            <w:tcW w:w="2160" w:type="dxa"/>
          </w:tcPr>
          <w:p w14:paraId="017729E9" w14:textId="77777777" w:rsidR="00245F1D" w:rsidRDefault="00245F1D" w:rsidP="00D81BB1">
            <w:r>
              <w:t>A plain-English comparison highlighting risk, cost, and suitability.</w:t>
            </w:r>
          </w:p>
        </w:tc>
      </w:tr>
      <w:tr w:rsidR="00245F1D" w14:paraId="32AE2F13" w14:textId="77777777" w:rsidTr="00D81BB1">
        <w:tc>
          <w:tcPr>
            <w:tcW w:w="2160" w:type="dxa"/>
          </w:tcPr>
          <w:p w14:paraId="41CEA325" w14:textId="77777777" w:rsidR="00245F1D" w:rsidRDefault="00245F1D" w:rsidP="00D81BB1">
            <w:r>
              <w:t>Understanding broad market vs sector ETFs</w:t>
            </w:r>
          </w:p>
        </w:tc>
        <w:tc>
          <w:tcPr>
            <w:tcW w:w="2160" w:type="dxa"/>
          </w:tcPr>
          <w:p w14:paraId="2F55989C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01CC6E2B" w14:textId="77777777" w:rsidR="00245F1D" w:rsidRDefault="00245F1D" w:rsidP="00D81BB1">
            <w:r>
              <w:t>Explain the difference between a broad market ETF and a sector ETF using beginner-friendly examples.</w:t>
            </w:r>
          </w:p>
        </w:tc>
        <w:tc>
          <w:tcPr>
            <w:tcW w:w="2160" w:type="dxa"/>
          </w:tcPr>
          <w:p w14:paraId="1AAB24C4" w14:textId="77777777" w:rsidR="00245F1D" w:rsidRDefault="00245F1D" w:rsidP="00D81BB1">
            <w:r>
              <w:t xml:space="preserve">Clear explanation of </w:t>
            </w:r>
            <w:proofErr w:type="gramStart"/>
            <w:r>
              <w:t>diversification</w:t>
            </w:r>
            <w:proofErr w:type="gramEnd"/>
            <w:r>
              <w:t xml:space="preserve"> trade-offs.</w:t>
            </w:r>
          </w:p>
        </w:tc>
      </w:tr>
      <w:tr w:rsidR="00245F1D" w14:paraId="44E117E5" w14:textId="77777777" w:rsidTr="00D81BB1">
        <w:tc>
          <w:tcPr>
            <w:tcW w:w="2160" w:type="dxa"/>
          </w:tcPr>
          <w:p w14:paraId="5F50BB66" w14:textId="77777777" w:rsidR="00245F1D" w:rsidRDefault="00245F1D" w:rsidP="00D81BB1">
            <w:r>
              <w:t>Choosing ETFs based on risk tolerance</w:t>
            </w:r>
          </w:p>
        </w:tc>
        <w:tc>
          <w:tcPr>
            <w:tcW w:w="2160" w:type="dxa"/>
          </w:tcPr>
          <w:p w14:paraId="37322D8B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1B0A0025" w14:textId="77777777" w:rsidR="00245F1D" w:rsidRDefault="00245F1D" w:rsidP="00D81BB1">
            <w:r>
              <w:t xml:space="preserve">Based on a conservative risk profile, suggest 3 ETFs and explain why each </w:t>
            </w:r>
            <w:proofErr w:type="gramStart"/>
            <w:r>
              <w:t>fits</w:t>
            </w:r>
            <w:proofErr w:type="gramEnd"/>
            <w:r>
              <w:t xml:space="preserve"> that risk level.</w:t>
            </w:r>
          </w:p>
        </w:tc>
        <w:tc>
          <w:tcPr>
            <w:tcW w:w="2160" w:type="dxa"/>
          </w:tcPr>
          <w:p w14:paraId="69B44C54" w14:textId="77777777" w:rsidR="00245F1D" w:rsidRDefault="00245F1D" w:rsidP="00D81BB1">
            <w:r>
              <w:t>ETF suggestions aligned with lower volatility goals.</w:t>
            </w:r>
          </w:p>
        </w:tc>
      </w:tr>
      <w:tr w:rsidR="00245F1D" w14:paraId="752578EA" w14:textId="77777777" w:rsidTr="00D81BB1">
        <w:tc>
          <w:tcPr>
            <w:tcW w:w="2160" w:type="dxa"/>
          </w:tcPr>
          <w:p w14:paraId="0A5E7CD1" w14:textId="77777777" w:rsidR="00245F1D" w:rsidRDefault="00245F1D" w:rsidP="00D81BB1">
            <w:r>
              <w:t>Evaluating ETF fees</w:t>
            </w:r>
          </w:p>
        </w:tc>
        <w:tc>
          <w:tcPr>
            <w:tcW w:w="2160" w:type="dxa"/>
          </w:tcPr>
          <w:p w14:paraId="65E7227C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6F22D09A" w14:textId="77777777" w:rsidR="00245F1D" w:rsidRDefault="00245F1D" w:rsidP="00D81BB1">
            <w:r>
              <w:t>Explain how expense ratios affect long-term ETF returns using simple math and examples.</w:t>
            </w:r>
          </w:p>
        </w:tc>
        <w:tc>
          <w:tcPr>
            <w:tcW w:w="2160" w:type="dxa"/>
          </w:tcPr>
          <w:p w14:paraId="25A990D1" w14:textId="77777777" w:rsidR="00245F1D" w:rsidRDefault="00245F1D" w:rsidP="00D81BB1">
            <w:r>
              <w:t>Understanding how fees impact wealth over time.</w:t>
            </w:r>
          </w:p>
        </w:tc>
      </w:tr>
      <w:tr w:rsidR="00245F1D" w14:paraId="7BFD8B02" w14:textId="77777777" w:rsidTr="00D81BB1">
        <w:tc>
          <w:tcPr>
            <w:tcW w:w="2160" w:type="dxa"/>
          </w:tcPr>
          <w:p w14:paraId="399CA4CA" w14:textId="77777777" w:rsidR="00245F1D" w:rsidRDefault="00245F1D" w:rsidP="00D81BB1">
            <w:r>
              <w:t>Building a simple diversified ETF portfolio</w:t>
            </w:r>
          </w:p>
        </w:tc>
        <w:tc>
          <w:tcPr>
            <w:tcW w:w="2160" w:type="dxa"/>
          </w:tcPr>
          <w:p w14:paraId="496AB5EB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1DD1DEBA" w14:textId="77777777" w:rsidR="00245F1D" w:rsidRDefault="00245F1D" w:rsidP="00D81BB1">
            <w:r>
              <w:t>Create a simple 3–4 ETF portfolio for a beginner investor focused on long-term growth and stability.</w:t>
            </w:r>
          </w:p>
        </w:tc>
        <w:tc>
          <w:tcPr>
            <w:tcW w:w="2160" w:type="dxa"/>
          </w:tcPr>
          <w:p w14:paraId="175A3DB2" w14:textId="77777777" w:rsidR="00245F1D" w:rsidRDefault="00245F1D" w:rsidP="00D81BB1">
            <w:r>
              <w:t>A sample diversified ETF allocation.</w:t>
            </w:r>
          </w:p>
        </w:tc>
      </w:tr>
      <w:tr w:rsidR="00245F1D" w14:paraId="478B3432" w14:textId="77777777" w:rsidTr="00D81BB1">
        <w:tc>
          <w:tcPr>
            <w:tcW w:w="2160" w:type="dxa"/>
          </w:tcPr>
          <w:p w14:paraId="48CAD884" w14:textId="77777777" w:rsidR="00245F1D" w:rsidRDefault="00245F1D" w:rsidP="00D81BB1">
            <w:r>
              <w:t>Understanding volatility differences between ETFs</w:t>
            </w:r>
          </w:p>
        </w:tc>
        <w:tc>
          <w:tcPr>
            <w:tcW w:w="2160" w:type="dxa"/>
          </w:tcPr>
          <w:p w14:paraId="28E1257C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6067BE3E" w14:textId="77777777" w:rsidR="00245F1D" w:rsidRDefault="00245F1D" w:rsidP="00D81BB1">
            <w:r>
              <w:t xml:space="preserve">Compare a growth-focused ETF and a dividend ETF in terms of volatility and investor </w:t>
            </w:r>
            <w:r>
              <w:lastRenderedPageBreak/>
              <w:t>experience.</w:t>
            </w:r>
          </w:p>
        </w:tc>
        <w:tc>
          <w:tcPr>
            <w:tcW w:w="2160" w:type="dxa"/>
          </w:tcPr>
          <w:p w14:paraId="06FA3335" w14:textId="77777777" w:rsidR="00245F1D" w:rsidRDefault="00245F1D" w:rsidP="00D81BB1">
            <w:r>
              <w:lastRenderedPageBreak/>
              <w:t>Insight into emotional and risk differences.</w:t>
            </w:r>
          </w:p>
        </w:tc>
      </w:tr>
      <w:tr w:rsidR="00245F1D" w14:paraId="768E4D8D" w14:textId="77777777" w:rsidTr="00D81BB1">
        <w:tc>
          <w:tcPr>
            <w:tcW w:w="2160" w:type="dxa"/>
          </w:tcPr>
          <w:p w14:paraId="425E47FE" w14:textId="77777777" w:rsidR="00245F1D" w:rsidRDefault="00245F1D" w:rsidP="00D81BB1">
            <w:r>
              <w:t>ETF overlap analysis</w:t>
            </w:r>
          </w:p>
        </w:tc>
        <w:tc>
          <w:tcPr>
            <w:tcW w:w="2160" w:type="dxa"/>
          </w:tcPr>
          <w:p w14:paraId="35FCAF58" w14:textId="77777777" w:rsidR="00245F1D" w:rsidRDefault="00245F1D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39DF952A" w14:textId="77777777" w:rsidR="00245F1D" w:rsidRDefault="00245F1D" w:rsidP="00D81BB1">
            <w:r>
              <w:t>Check for overlap between these ETFs and explain if holding all of them still provides diversification.</w:t>
            </w:r>
          </w:p>
        </w:tc>
        <w:tc>
          <w:tcPr>
            <w:tcW w:w="2160" w:type="dxa"/>
          </w:tcPr>
          <w:p w14:paraId="516A5010" w14:textId="77777777" w:rsidR="00245F1D" w:rsidRDefault="00245F1D" w:rsidP="00D81BB1">
            <w:r>
              <w:t>Clarity on redundancy vs diversification.</w:t>
            </w:r>
          </w:p>
        </w:tc>
      </w:tr>
      <w:tr w:rsidR="00245F1D" w14:paraId="4785A5B6" w14:textId="77777777" w:rsidTr="00D81BB1">
        <w:tc>
          <w:tcPr>
            <w:tcW w:w="2160" w:type="dxa"/>
          </w:tcPr>
          <w:p w14:paraId="4C420EF6" w14:textId="77777777" w:rsidR="00245F1D" w:rsidRDefault="00245F1D" w:rsidP="00D81BB1">
            <w:r>
              <w:t>Matching ETFs to time horizon</w:t>
            </w:r>
          </w:p>
        </w:tc>
        <w:tc>
          <w:tcPr>
            <w:tcW w:w="2160" w:type="dxa"/>
          </w:tcPr>
          <w:p w14:paraId="1D44CD35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73813BEC" w14:textId="77777777" w:rsidR="00245F1D" w:rsidRDefault="00245F1D" w:rsidP="00D81BB1">
            <w:r>
              <w:t>Recommend ETF types based on short-term, medium-term, and long-term investing goals.</w:t>
            </w:r>
          </w:p>
        </w:tc>
        <w:tc>
          <w:tcPr>
            <w:tcW w:w="2160" w:type="dxa"/>
          </w:tcPr>
          <w:p w14:paraId="3FE4CC7D" w14:textId="77777777" w:rsidR="00245F1D" w:rsidRDefault="00245F1D" w:rsidP="00D81BB1">
            <w:r>
              <w:t>Guidance aligned with time horizon planning.</w:t>
            </w:r>
          </w:p>
        </w:tc>
      </w:tr>
      <w:tr w:rsidR="00245F1D" w14:paraId="5C8E378D" w14:textId="77777777" w:rsidTr="00D81BB1">
        <w:tc>
          <w:tcPr>
            <w:tcW w:w="2160" w:type="dxa"/>
          </w:tcPr>
          <w:p w14:paraId="6D3309D6" w14:textId="77777777" w:rsidR="00245F1D" w:rsidRDefault="00245F1D" w:rsidP="00D81BB1">
            <w:r>
              <w:t>Understanding asset allocation basics</w:t>
            </w:r>
          </w:p>
        </w:tc>
        <w:tc>
          <w:tcPr>
            <w:tcW w:w="2160" w:type="dxa"/>
          </w:tcPr>
          <w:p w14:paraId="5A0D44F6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4A1B72B3" w14:textId="77777777" w:rsidR="00245F1D" w:rsidRDefault="00245F1D" w:rsidP="00D81BB1">
            <w:r>
              <w:t>Explain asset allocation using ETFs for a beginner with no finance background.</w:t>
            </w:r>
          </w:p>
        </w:tc>
        <w:tc>
          <w:tcPr>
            <w:tcW w:w="2160" w:type="dxa"/>
          </w:tcPr>
          <w:p w14:paraId="1A0C14FF" w14:textId="77777777" w:rsidR="00245F1D" w:rsidRDefault="00245F1D" w:rsidP="00D81BB1">
            <w:r>
              <w:t>Foundational understanding of allocation strategy.</w:t>
            </w:r>
          </w:p>
        </w:tc>
      </w:tr>
      <w:tr w:rsidR="00245F1D" w14:paraId="4DE4E010" w14:textId="77777777" w:rsidTr="00D81BB1">
        <w:tc>
          <w:tcPr>
            <w:tcW w:w="2160" w:type="dxa"/>
          </w:tcPr>
          <w:p w14:paraId="56F60FE9" w14:textId="77777777" w:rsidR="00245F1D" w:rsidRDefault="00245F1D" w:rsidP="00D81BB1">
            <w:r>
              <w:t>Reducing decision fatigue with ETFs</w:t>
            </w:r>
          </w:p>
        </w:tc>
        <w:tc>
          <w:tcPr>
            <w:tcW w:w="2160" w:type="dxa"/>
          </w:tcPr>
          <w:p w14:paraId="38CD48DE" w14:textId="77777777" w:rsidR="00245F1D" w:rsidRDefault="00245F1D" w:rsidP="00D81BB1">
            <w:r>
              <w:t>ChatGPT</w:t>
            </w:r>
          </w:p>
        </w:tc>
        <w:tc>
          <w:tcPr>
            <w:tcW w:w="2160" w:type="dxa"/>
          </w:tcPr>
          <w:p w14:paraId="367143B7" w14:textId="77777777" w:rsidR="00245F1D" w:rsidRDefault="00245F1D" w:rsidP="00D81BB1">
            <w:r>
              <w:t>Show how ETFs reduce complexity compared to picking individual stocks.</w:t>
            </w:r>
          </w:p>
        </w:tc>
        <w:tc>
          <w:tcPr>
            <w:tcW w:w="2160" w:type="dxa"/>
          </w:tcPr>
          <w:p w14:paraId="323F9FDE" w14:textId="77777777" w:rsidR="00245F1D" w:rsidRDefault="00245F1D" w:rsidP="00D81BB1">
            <w:r>
              <w:t>Confidence in using ETFs for simplicity.</w:t>
            </w:r>
          </w:p>
        </w:tc>
      </w:tr>
    </w:tbl>
    <w:p w14:paraId="6074AC8A" w14:textId="77777777" w:rsidR="00245F1D" w:rsidRDefault="00245F1D" w:rsidP="00245F1D"/>
    <w:p w14:paraId="3CD7C8C0" w14:textId="66844474" w:rsidR="00245F1D" w:rsidRDefault="00245F1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1331398A" w14:textId="77777777" w:rsidR="008D785F" w:rsidRDefault="008D785F" w:rsidP="008D785F">
      <w:pPr>
        <w:pStyle w:val="Heading1"/>
      </w:pPr>
      <w:r>
        <w:lastRenderedPageBreak/>
        <w:t>10 AI Prompts for Goal Setting &amp; Financial Clarity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4391C123" w14:textId="77777777" w:rsidTr="00D81BB1">
        <w:tc>
          <w:tcPr>
            <w:tcW w:w="2160" w:type="dxa"/>
          </w:tcPr>
          <w:p w14:paraId="62791A47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5AF20A01" w14:textId="77777777" w:rsidR="008D785F" w:rsidRDefault="008D785F" w:rsidP="00D81BB1">
            <w:r>
              <w:t>AI Tool to Use</w:t>
            </w:r>
          </w:p>
        </w:tc>
        <w:tc>
          <w:tcPr>
            <w:tcW w:w="2160" w:type="dxa"/>
          </w:tcPr>
          <w:p w14:paraId="1276BE01" w14:textId="77777777" w:rsidR="008D785F" w:rsidRDefault="008D785F" w:rsidP="00D81BB1">
            <w:r>
              <w:t>The Prompt</w:t>
            </w:r>
          </w:p>
        </w:tc>
        <w:tc>
          <w:tcPr>
            <w:tcW w:w="2160" w:type="dxa"/>
          </w:tcPr>
          <w:p w14:paraId="7063E694" w14:textId="77777777" w:rsidR="008D785F" w:rsidRDefault="008D785F" w:rsidP="00D81BB1">
            <w:r>
              <w:t>What to Expect</w:t>
            </w:r>
          </w:p>
        </w:tc>
      </w:tr>
      <w:tr w:rsidR="008D785F" w14:paraId="2F712225" w14:textId="77777777" w:rsidTr="00D81BB1">
        <w:tc>
          <w:tcPr>
            <w:tcW w:w="2160" w:type="dxa"/>
          </w:tcPr>
          <w:p w14:paraId="49AB41D8" w14:textId="77777777" w:rsidR="008D785F" w:rsidRDefault="008D785F" w:rsidP="00D81BB1">
            <w:r>
              <w:t>Clarifying overall investing goals</w:t>
            </w:r>
          </w:p>
        </w:tc>
        <w:tc>
          <w:tcPr>
            <w:tcW w:w="2160" w:type="dxa"/>
          </w:tcPr>
          <w:p w14:paraId="4A09C50C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3D9456F" w14:textId="77777777" w:rsidR="008D785F" w:rsidRDefault="008D785F" w:rsidP="00D81BB1">
            <w:r>
              <w:t>I am new to investing. Based on my age, income, and financial situation, help me define clear short-, medium-, and long-term investing goals in simple language.</w:t>
            </w:r>
          </w:p>
        </w:tc>
        <w:tc>
          <w:tcPr>
            <w:tcW w:w="2160" w:type="dxa"/>
          </w:tcPr>
          <w:p w14:paraId="714998A0" w14:textId="77777777" w:rsidR="008D785F" w:rsidRDefault="008D785F" w:rsidP="00D81BB1">
            <w:r>
              <w:t xml:space="preserve">Clear, realistic investing goals </w:t>
            </w:r>
            <w:proofErr w:type="gramStart"/>
            <w:r>
              <w:t>broken</w:t>
            </w:r>
            <w:proofErr w:type="gramEnd"/>
            <w:r>
              <w:t xml:space="preserve"> into time horizons.</w:t>
            </w:r>
          </w:p>
        </w:tc>
      </w:tr>
      <w:tr w:rsidR="008D785F" w14:paraId="638DA059" w14:textId="77777777" w:rsidTr="00D81BB1">
        <w:tc>
          <w:tcPr>
            <w:tcW w:w="2160" w:type="dxa"/>
          </w:tcPr>
          <w:p w14:paraId="2237AE33" w14:textId="77777777" w:rsidR="008D785F" w:rsidRDefault="008D785F" w:rsidP="00D81BB1">
            <w:r>
              <w:t>Identifying personal financial priorities</w:t>
            </w:r>
          </w:p>
        </w:tc>
        <w:tc>
          <w:tcPr>
            <w:tcW w:w="2160" w:type="dxa"/>
          </w:tcPr>
          <w:p w14:paraId="4D229C50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3D39555" w14:textId="77777777" w:rsidR="008D785F" w:rsidRDefault="008D785F" w:rsidP="00D81BB1">
            <w:r>
              <w:t>Help me list and prioritize my financial goals such as emergency savings, retirement, home purchase, or education funding.</w:t>
            </w:r>
          </w:p>
        </w:tc>
        <w:tc>
          <w:tcPr>
            <w:tcW w:w="2160" w:type="dxa"/>
          </w:tcPr>
          <w:p w14:paraId="2714C9C7" w14:textId="77777777" w:rsidR="008D785F" w:rsidRDefault="008D785F" w:rsidP="00D81BB1">
            <w:r>
              <w:t>A ranked list of financial priorities with explanations.</w:t>
            </w:r>
          </w:p>
        </w:tc>
      </w:tr>
      <w:tr w:rsidR="008D785F" w14:paraId="433F5E70" w14:textId="77777777" w:rsidTr="00D81BB1">
        <w:tc>
          <w:tcPr>
            <w:tcW w:w="2160" w:type="dxa"/>
          </w:tcPr>
          <w:p w14:paraId="4B4D53FE" w14:textId="77777777" w:rsidR="008D785F" w:rsidRDefault="008D785F" w:rsidP="00D81BB1">
            <w:r>
              <w:t>Understanding risk tolerance</w:t>
            </w:r>
          </w:p>
        </w:tc>
        <w:tc>
          <w:tcPr>
            <w:tcW w:w="2160" w:type="dxa"/>
          </w:tcPr>
          <w:p w14:paraId="709C130F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E9413D9" w14:textId="77777777" w:rsidR="008D785F" w:rsidRDefault="008D785F" w:rsidP="00D81BB1">
            <w:r>
              <w:t>Ask me simple questions to determine my risk tolerance and explain what my answers mean for investing.</w:t>
            </w:r>
          </w:p>
        </w:tc>
        <w:tc>
          <w:tcPr>
            <w:tcW w:w="2160" w:type="dxa"/>
          </w:tcPr>
          <w:p w14:paraId="01CA26CE" w14:textId="77777777" w:rsidR="008D785F" w:rsidRDefault="008D785F" w:rsidP="00D81BB1">
            <w:r>
              <w:t>A clear risk profile with beginner-friendly explanations.</w:t>
            </w:r>
          </w:p>
        </w:tc>
      </w:tr>
      <w:tr w:rsidR="008D785F" w14:paraId="40F0EEB2" w14:textId="77777777" w:rsidTr="00D81BB1">
        <w:tc>
          <w:tcPr>
            <w:tcW w:w="2160" w:type="dxa"/>
          </w:tcPr>
          <w:p w14:paraId="7116D1F8" w14:textId="77777777" w:rsidR="008D785F" w:rsidRDefault="008D785F" w:rsidP="00D81BB1">
            <w:r>
              <w:t>Matching goals to time horizon</w:t>
            </w:r>
          </w:p>
        </w:tc>
        <w:tc>
          <w:tcPr>
            <w:tcW w:w="2160" w:type="dxa"/>
          </w:tcPr>
          <w:p w14:paraId="1381FB6D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C974076" w14:textId="77777777" w:rsidR="008D785F" w:rsidRDefault="008D785F" w:rsidP="00D81BB1">
            <w:r>
              <w:t>Help me match my financial goals to appropriate investing time horizons and risk levels.</w:t>
            </w:r>
          </w:p>
        </w:tc>
        <w:tc>
          <w:tcPr>
            <w:tcW w:w="2160" w:type="dxa"/>
          </w:tcPr>
          <w:p w14:paraId="5190F417" w14:textId="77777777" w:rsidR="008D785F" w:rsidRDefault="008D785F" w:rsidP="00D81BB1">
            <w:r>
              <w:t>A structured plan showing which goals suit short-, medium-, or long-term investing.</w:t>
            </w:r>
          </w:p>
        </w:tc>
      </w:tr>
      <w:tr w:rsidR="008D785F" w14:paraId="27143B0F" w14:textId="77777777" w:rsidTr="00D81BB1">
        <w:tc>
          <w:tcPr>
            <w:tcW w:w="2160" w:type="dxa"/>
          </w:tcPr>
          <w:p w14:paraId="7602026B" w14:textId="77777777" w:rsidR="008D785F" w:rsidRDefault="008D785F" w:rsidP="00D81BB1">
            <w:r>
              <w:t>Avoiding unrealistic expectations</w:t>
            </w:r>
          </w:p>
        </w:tc>
        <w:tc>
          <w:tcPr>
            <w:tcW w:w="2160" w:type="dxa"/>
          </w:tcPr>
          <w:p w14:paraId="4623C851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5C8B898" w14:textId="77777777" w:rsidR="008D785F" w:rsidRDefault="008D785F" w:rsidP="00D81BB1">
            <w:r>
              <w:t>Explain what realistic investment growth expectations look like for someone with my goals and timeline.</w:t>
            </w:r>
          </w:p>
        </w:tc>
        <w:tc>
          <w:tcPr>
            <w:tcW w:w="2160" w:type="dxa"/>
          </w:tcPr>
          <w:p w14:paraId="605E9202" w14:textId="77777777" w:rsidR="008D785F" w:rsidRDefault="008D785F" w:rsidP="00D81BB1">
            <w:r>
              <w:t>More grounded expectations and reduced fear or hype.</w:t>
            </w:r>
          </w:p>
        </w:tc>
      </w:tr>
      <w:tr w:rsidR="008D785F" w14:paraId="4A31FE25" w14:textId="77777777" w:rsidTr="00D81BB1">
        <w:tc>
          <w:tcPr>
            <w:tcW w:w="2160" w:type="dxa"/>
          </w:tcPr>
          <w:p w14:paraId="4E2A6A3E" w14:textId="77777777" w:rsidR="008D785F" w:rsidRDefault="008D785F" w:rsidP="00D81BB1">
            <w:r>
              <w:lastRenderedPageBreak/>
              <w:t>Aligning investments with life stage</w:t>
            </w:r>
          </w:p>
        </w:tc>
        <w:tc>
          <w:tcPr>
            <w:tcW w:w="2160" w:type="dxa"/>
          </w:tcPr>
          <w:p w14:paraId="4C3AA46A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0C252D3" w14:textId="77777777" w:rsidR="008D785F" w:rsidRDefault="008D785F" w:rsidP="00D81BB1">
            <w:r>
              <w:t>Based on my age and life stage, explain what types of investment goals typically make sense right now.</w:t>
            </w:r>
          </w:p>
        </w:tc>
        <w:tc>
          <w:tcPr>
            <w:tcW w:w="2160" w:type="dxa"/>
          </w:tcPr>
          <w:p w14:paraId="39F013BD" w14:textId="77777777" w:rsidR="008D785F" w:rsidRDefault="008D785F" w:rsidP="00D81BB1">
            <w:r>
              <w:t>Context on how investing priorities change over time.</w:t>
            </w:r>
          </w:p>
        </w:tc>
      </w:tr>
      <w:tr w:rsidR="008D785F" w14:paraId="5F98A784" w14:textId="77777777" w:rsidTr="00D81BB1">
        <w:tc>
          <w:tcPr>
            <w:tcW w:w="2160" w:type="dxa"/>
          </w:tcPr>
          <w:p w14:paraId="7AEFB77E" w14:textId="77777777" w:rsidR="008D785F" w:rsidRDefault="008D785F" w:rsidP="00D81BB1">
            <w:r>
              <w:t>Separating needs vs wants</w:t>
            </w:r>
          </w:p>
        </w:tc>
        <w:tc>
          <w:tcPr>
            <w:tcW w:w="2160" w:type="dxa"/>
          </w:tcPr>
          <w:p w14:paraId="595F45BF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7039CA9" w14:textId="77777777" w:rsidR="008D785F" w:rsidRDefault="008D785F" w:rsidP="00D81BB1">
            <w:r>
              <w:t>Help me separate financial needs from wants when planning my investing goals.</w:t>
            </w:r>
          </w:p>
        </w:tc>
        <w:tc>
          <w:tcPr>
            <w:tcW w:w="2160" w:type="dxa"/>
          </w:tcPr>
          <w:p w14:paraId="209DC4EE" w14:textId="77777777" w:rsidR="008D785F" w:rsidRDefault="008D785F" w:rsidP="00D81BB1">
            <w:r>
              <w:t>Greater clarity on which goals are essential vs optional.</w:t>
            </w:r>
          </w:p>
        </w:tc>
      </w:tr>
      <w:tr w:rsidR="008D785F" w14:paraId="6B38FF23" w14:textId="77777777" w:rsidTr="00D81BB1">
        <w:tc>
          <w:tcPr>
            <w:tcW w:w="2160" w:type="dxa"/>
          </w:tcPr>
          <w:p w14:paraId="7E5F509C" w14:textId="77777777" w:rsidR="008D785F" w:rsidRDefault="008D785F" w:rsidP="00D81BB1">
            <w:r>
              <w:t>Stress-testing goals</w:t>
            </w:r>
          </w:p>
        </w:tc>
        <w:tc>
          <w:tcPr>
            <w:tcW w:w="2160" w:type="dxa"/>
          </w:tcPr>
          <w:p w14:paraId="29A472D3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4D5CFC3" w14:textId="77777777" w:rsidR="008D785F" w:rsidRDefault="008D785F" w:rsidP="00D81BB1">
            <w:r>
              <w:t>Help me stress-test my investing goals if my income changes or unexpected expenses occur.</w:t>
            </w:r>
          </w:p>
        </w:tc>
        <w:tc>
          <w:tcPr>
            <w:tcW w:w="2160" w:type="dxa"/>
          </w:tcPr>
          <w:p w14:paraId="39902DC7" w14:textId="77777777" w:rsidR="008D785F" w:rsidRDefault="008D785F" w:rsidP="00D81BB1">
            <w:r>
              <w:t>More resilient, flexible goal planning.</w:t>
            </w:r>
          </w:p>
        </w:tc>
      </w:tr>
      <w:tr w:rsidR="008D785F" w14:paraId="06AA6560" w14:textId="77777777" w:rsidTr="00D81BB1">
        <w:tc>
          <w:tcPr>
            <w:tcW w:w="2160" w:type="dxa"/>
          </w:tcPr>
          <w:p w14:paraId="04A0C560" w14:textId="77777777" w:rsidR="008D785F" w:rsidRDefault="008D785F" w:rsidP="00D81BB1">
            <w:r>
              <w:t>Creating a simple investing mission statement</w:t>
            </w:r>
          </w:p>
        </w:tc>
        <w:tc>
          <w:tcPr>
            <w:tcW w:w="2160" w:type="dxa"/>
          </w:tcPr>
          <w:p w14:paraId="26C09778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57F94C9" w14:textId="77777777" w:rsidR="008D785F" w:rsidRDefault="008D785F" w:rsidP="00D81BB1">
            <w:r>
              <w:t>Help me write a one-paragraph personal investing mission statement based on my goals and values.</w:t>
            </w:r>
          </w:p>
        </w:tc>
        <w:tc>
          <w:tcPr>
            <w:tcW w:w="2160" w:type="dxa"/>
          </w:tcPr>
          <w:p w14:paraId="4A7BB3B8" w14:textId="77777777" w:rsidR="008D785F" w:rsidRDefault="008D785F" w:rsidP="00D81BB1">
            <w:r>
              <w:t>A guiding statement to support consistent decisions.</w:t>
            </w:r>
          </w:p>
        </w:tc>
      </w:tr>
      <w:tr w:rsidR="008D785F" w14:paraId="41C3A6E3" w14:textId="77777777" w:rsidTr="00D81BB1">
        <w:tc>
          <w:tcPr>
            <w:tcW w:w="2160" w:type="dxa"/>
          </w:tcPr>
          <w:p w14:paraId="51FFCAF2" w14:textId="77777777" w:rsidR="008D785F" w:rsidRDefault="008D785F" w:rsidP="00D81BB1">
            <w:r>
              <w:t>Turning goals into action steps</w:t>
            </w:r>
          </w:p>
        </w:tc>
        <w:tc>
          <w:tcPr>
            <w:tcW w:w="2160" w:type="dxa"/>
          </w:tcPr>
          <w:p w14:paraId="5D199328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92F5F4A" w14:textId="77777777" w:rsidR="008D785F" w:rsidRDefault="008D785F" w:rsidP="00D81BB1">
            <w:r>
              <w:t>Turn my investing goals into simple monthly and yearly action steps I can realistically follow.</w:t>
            </w:r>
          </w:p>
        </w:tc>
        <w:tc>
          <w:tcPr>
            <w:tcW w:w="2160" w:type="dxa"/>
          </w:tcPr>
          <w:p w14:paraId="69677A17" w14:textId="77777777" w:rsidR="008D785F" w:rsidRDefault="008D785F" w:rsidP="00D81BB1">
            <w:r>
              <w:t xml:space="preserve">Clear next steps </w:t>
            </w:r>
            <w:proofErr w:type="gramStart"/>
            <w:r>
              <w:t>that reduce</w:t>
            </w:r>
            <w:proofErr w:type="gramEnd"/>
            <w:r>
              <w:t xml:space="preserve"> overwhelm.</w:t>
            </w:r>
          </w:p>
        </w:tc>
      </w:tr>
    </w:tbl>
    <w:p w14:paraId="09E626D6" w14:textId="77777777" w:rsidR="008D785F" w:rsidRDefault="008D785F" w:rsidP="008D785F"/>
    <w:p w14:paraId="7B430495" w14:textId="6E27684D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3B107997" w14:textId="77777777" w:rsidR="008D785F" w:rsidRDefault="008D785F" w:rsidP="008D785F">
      <w:pPr>
        <w:pStyle w:val="Heading1"/>
      </w:pPr>
      <w:r>
        <w:lastRenderedPageBreak/>
        <w:t>10 AI Prompts – Learning, Reflection &amp; Long-Term Discipline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70B7F8C6" w14:textId="77777777" w:rsidTr="00D81BB1">
        <w:tc>
          <w:tcPr>
            <w:tcW w:w="2160" w:type="dxa"/>
          </w:tcPr>
          <w:p w14:paraId="02157851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0CB56278" w14:textId="77777777" w:rsidR="008D785F" w:rsidRDefault="008D785F" w:rsidP="00D81BB1">
            <w:r>
              <w:t>Recommended AI Tool</w:t>
            </w:r>
          </w:p>
        </w:tc>
        <w:tc>
          <w:tcPr>
            <w:tcW w:w="2160" w:type="dxa"/>
          </w:tcPr>
          <w:p w14:paraId="258F3B10" w14:textId="77777777" w:rsidR="008D785F" w:rsidRDefault="008D785F" w:rsidP="00D81BB1">
            <w:r>
              <w:t>The AI Prompt</w:t>
            </w:r>
          </w:p>
        </w:tc>
        <w:tc>
          <w:tcPr>
            <w:tcW w:w="2160" w:type="dxa"/>
          </w:tcPr>
          <w:p w14:paraId="02D99864" w14:textId="77777777" w:rsidR="008D785F" w:rsidRDefault="008D785F" w:rsidP="00D81BB1">
            <w:r>
              <w:t>What to Expect</w:t>
            </w:r>
          </w:p>
        </w:tc>
      </w:tr>
      <w:tr w:rsidR="008D785F" w14:paraId="66815F5F" w14:textId="77777777" w:rsidTr="00D81BB1">
        <w:tc>
          <w:tcPr>
            <w:tcW w:w="2160" w:type="dxa"/>
          </w:tcPr>
          <w:p w14:paraId="5CCFAE37" w14:textId="77777777" w:rsidR="008D785F" w:rsidRDefault="008D785F" w:rsidP="00D81BB1">
            <w:r>
              <w:t>Reflecting on recent investment decisions</w:t>
            </w:r>
          </w:p>
        </w:tc>
        <w:tc>
          <w:tcPr>
            <w:tcW w:w="2160" w:type="dxa"/>
          </w:tcPr>
          <w:p w14:paraId="265B6AE5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1C2090C9" w14:textId="77777777" w:rsidR="008D785F" w:rsidRDefault="008D785F" w:rsidP="00D81BB1">
            <w:r>
              <w:t>Help me reflect on my recent investment decisions. What went well, what didn’t, and what I can improve next time?</w:t>
            </w:r>
          </w:p>
        </w:tc>
        <w:tc>
          <w:tcPr>
            <w:tcW w:w="2160" w:type="dxa"/>
          </w:tcPr>
          <w:p w14:paraId="285F2E56" w14:textId="77777777" w:rsidR="008D785F" w:rsidRDefault="008D785F" w:rsidP="00D81BB1">
            <w:r>
              <w:t>A calm, objective review that highlights lessons instead of blame.</w:t>
            </w:r>
          </w:p>
        </w:tc>
      </w:tr>
      <w:tr w:rsidR="008D785F" w14:paraId="7FEE2F0C" w14:textId="77777777" w:rsidTr="00D81BB1">
        <w:tc>
          <w:tcPr>
            <w:tcW w:w="2160" w:type="dxa"/>
          </w:tcPr>
          <w:p w14:paraId="0C34C051" w14:textId="77777777" w:rsidR="008D785F" w:rsidRDefault="008D785F" w:rsidP="00D81BB1">
            <w:r>
              <w:t>Learning from a losing investment</w:t>
            </w:r>
          </w:p>
        </w:tc>
        <w:tc>
          <w:tcPr>
            <w:tcW w:w="2160" w:type="dxa"/>
          </w:tcPr>
          <w:p w14:paraId="5EC2A01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B857DAE" w14:textId="77777777" w:rsidR="008D785F" w:rsidRDefault="008D785F" w:rsidP="00D81BB1">
            <w:r>
              <w:t>Analyze a losing investment and explain what I can learn from it as a beginner.</w:t>
            </w:r>
          </w:p>
        </w:tc>
        <w:tc>
          <w:tcPr>
            <w:tcW w:w="2160" w:type="dxa"/>
          </w:tcPr>
          <w:p w14:paraId="7B3373CB" w14:textId="77777777" w:rsidR="008D785F" w:rsidRDefault="008D785F" w:rsidP="00D81BB1">
            <w:r>
              <w:t>Clear lessons without judgment, helping build experience.</w:t>
            </w:r>
          </w:p>
        </w:tc>
      </w:tr>
      <w:tr w:rsidR="008D785F" w14:paraId="51E66E2B" w14:textId="77777777" w:rsidTr="00D81BB1">
        <w:tc>
          <w:tcPr>
            <w:tcW w:w="2160" w:type="dxa"/>
          </w:tcPr>
          <w:p w14:paraId="6F8FECBF" w14:textId="77777777" w:rsidR="008D785F" w:rsidRDefault="008D785F" w:rsidP="00D81BB1">
            <w:r>
              <w:t>Reinforcing good investing habits</w:t>
            </w:r>
          </w:p>
        </w:tc>
        <w:tc>
          <w:tcPr>
            <w:tcW w:w="2160" w:type="dxa"/>
          </w:tcPr>
          <w:p w14:paraId="7F7A524B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12B411A4" w14:textId="77777777" w:rsidR="008D785F" w:rsidRDefault="008D785F" w:rsidP="00D81BB1">
            <w:r>
              <w:t>Help me identify which investing habits I should keep, improve, or stop.</w:t>
            </w:r>
          </w:p>
        </w:tc>
        <w:tc>
          <w:tcPr>
            <w:tcW w:w="2160" w:type="dxa"/>
          </w:tcPr>
          <w:p w14:paraId="211586F0" w14:textId="77777777" w:rsidR="008D785F" w:rsidRDefault="008D785F" w:rsidP="00D81BB1">
            <w:r>
              <w:t>Actionable habit insights that support long-term success.</w:t>
            </w:r>
          </w:p>
        </w:tc>
      </w:tr>
      <w:tr w:rsidR="008D785F" w14:paraId="70E9E489" w14:textId="77777777" w:rsidTr="00D81BB1">
        <w:tc>
          <w:tcPr>
            <w:tcW w:w="2160" w:type="dxa"/>
          </w:tcPr>
          <w:p w14:paraId="101D3E51" w14:textId="77777777" w:rsidR="008D785F" w:rsidRDefault="008D785F" w:rsidP="00D81BB1">
            <w:r>
              <w:t>Building confidence after mistakes</w:t>
            </w:r>
          </w:p>
        </w:tc>
        <w:tc>
          <w:tcPr>
            <w:tcW w:w="2160" w:type="dxa"/>
          </w:tcPr>
          <w:p w14:paraId="4CEC62F8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39DB11E" w14:textId="77777777" w:rsidR="008D785F" w:rsidRDefault="008D785F" w:rsidP="00D81BB1">
            <w:r>
              <w:t xml:space="preserve">Help me rebuild confidence after </w:t>
            </w:r>
            <w:proofErr w:type="gramStart"/>
            <w:r>
              <w:t>an investing</w:t>
            </w:r>
            <w:proofErr w:type="gramEnd"/>
            <w:r>
              <w:t xml:space="preserve"> mistake using facts and perspective.</w:t>
            </w:r>
          </w:p>
        </w:tc>
        <w:tc>
          <w:tcPr>
            <w:tcW w:w="2160" w:type="dxa"/>
          </w:tcPr>
          <w:p w14:paraId="73A08A63" w14:textId="77777777" w:rsidR="008D785F" w:rsidRDefault="008D785F" w:rsidP="00D81BB1">
            <w:r>
              <w:t>Emotional clarity and reassurance grounded in logic.</w:t>
            </w:r>
          </w:p>
        </w:tc>
      </w:tr>
      <w:tr w:rsidR="008D785F" w14:paraId="41B4F6F9" w14:textId="77777777" w:rsidTr="00D81BB1">
        <w:tc>
          <w:tcPr>
            <w:tcW w:w="2160" w:type="dxa"/>
          </w:tcPr>
          <w:p w14:paraId="57F13D40" w14:textId="77777777" w:rsidR="008D785F" w:rsidRDefault="008D785F" w:rsidP="00D81BB1">
            <w:r>
              <w:t>Tracking decisions over time</w:t>
            </w:r>
          </w:p>
        </w:tc>
        <w:tc>
          <w:tcPr>
            <w:tcW w:w="2160" w:type="dxa"/>
          </w:tcPr>
          <w:p w14:paraId="5CC7A63A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240E113" w14:textId="77777777" w:rsidR="008D785F" w:rsidRDefault="008D785F" w:rsidP="00D81BB1">
            <w:r>
              <w:t>Create a simple system for tracking my investment decisions and outcomes.</w:t>
            </w:r>
          </w:p>
        </w:tc>
        <w:tc>
          <w:tcPr>
            <w:tcW w:w="2160" w:type="dxa"/>
          </w:tcPr>
          <w:p w14:paraId="3E078638" w14:textId="77777777" w:rsidR="008D785F" w:rsidRDefault="008D785F" w:rsidP="00D81BB1">
            <w:r>
              <w:t>A beginner-friendly reflection log template.</w:t>
            </w:r>
          </w:p>
        </w:tc>
      </w:tr>
      <w:tr w:rsidR="008D785F" w14:paraId="3FC4C30B" w14:textId="77777777" w:rsidTr="00D81BB1">
        <w:tc>
          <w:tcPr>
            <w:tcW w:w="2160" w:type="dxa"/>
          </w:tcPr>
          <w:p w14:paraId="5673861F" w14:textId="77777777" w:rsidR="008D785F" w:rsidRDefault="008D785F" w:rsidP="00D81BB1">
            <w:r>
              <w:t>Reducing emotional reactions</w:t>
            </w:r>
          </w:p>
        </w:tc>
        <w:tc>
          <w:tcPr>
            <w:tcW w:w="2160" w:type="dxa"/>
          </w:tcPr>
          <w:p w14:paraId="28ED4109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0E4ADB8" w14:textId="77777777" w:rsidR="008D785F" w:rsidRDefault="008D785F" w:rsidP="00D81BB1">
            <w:r>
              <w:t>Help me recognize emotional patterns that affect my investing decisions.</w:t>
            </w:r>
          </w:p>
        </w:tc>
        <w:tc>
          <w:tcPr>
            <w:tcW w:w="2160" w:type="dxa"/>
          </w:tcPr>
          <w:p w14:paraId="4FE92F34" w14:textId="77777777" w:rsidR="008D785F" w:rsidRDefault="008D785F" w:rsidP="00D81BB1">
            <w:r>
              <w:t>Awareness of fear, greed, and impulse triggers.</w:t>
            </w:r>
          </w:p>
        </w:tc>
      </w:tr>
      <w:tr w:rsidR="008D785F" w14:paraId="6DD2D7FF" w14:textId="77777777" w:rsidTr="00D81BB1">
        <w:tc>
          <w:tcPr>
            <w:tcW w:w="2160" w:type="dxa"/>
          </w:tcPr>
          <w:p w14:paraId="7A7B5F13" w14:textId="77777777" w:rsidR="008D785F" w:rsidRDefault="008D785F" w:rsidP="00D81BB1">
            <w:r>
              <w:t>Monthly learning review</w:t>
            </w:r>
          </w:p>
        </w:tc>
        <w:tc>
          <w:tcPr>
            <w:tcW w:w="2160" w:type="dxa"/>
          </w:tcPr>
          <w:p w14:paraId="69FB5330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9B338DE" w14:textId="77777777" w:rsidR="008D785F" w:rsidRDefault="008D785F" w:rsidP="00D81BB1">
            <w:r>
              <w:t xml:space="preserve">Create a simple monthly investing reflection routine I </w:t>
            </w:r>
            <w:r>
              <w:lastRenderedPageBreak/>
              <w:t>can follow.</w:t>
            </w:r>
          </w:p>
        </w:tc>
        <w:tc>
          <w:tcPr>
            <w:tcW w:w="2160" w:type="dxa"/>
          </w:tcPr>
          <w:p w14:paraId="1B999416" w14:textId="77777777" w:rsidR="008D785F" w:rsidRDefault="008D785F" w:rsidP="00D81BB1">
            <w:r>
              <w:lastRenderedPageBreak/>
              <w:t>A repeatable monthly learning process.</w:t>
            </w:r>
          </w:p>
        </w:tc>
      </w:tr>
      <w:tr w:rsidR="008D785F" w14:paraId="220AA777" w14:textId="77777777" w:rsidTr="00D81BB1">
        <w:tc>
          <w:tcPr>
            <w:tcW w:w="2160" w:type="dxa"/>
          </w:tcPr>
          <w:p w14:paraId="4CB540D4" w14:textId="77777777" w:rsidR="008D785F" w:rsidRDefault="008D785F" w:rsidP="00D81BB1">
            <w:r>
              <w:t>Comparing expectations vs outcomes</w:t>
            </w:r>
          </w:p>
        </w:tc>
        <w:tc>
          <w:tcPr>
            <w:tcW w:w="2160" w:type="dxa"/>
          </w:tcPr>
          <w:p w14:paraId="6084F422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796A480" w14:textId="77777777" w:rsidR="008D785F" w:rsidRDefault="008D785F" w:rsidP="00D81BB1">
            <w:r>
              <w:t xml:space="preserve">Help me compare what I expected from an investment versus what </w:t>
            </w:r>
            <w:proofErr w:type="gramStart"/>
            <w:r>
              <w:t>actually happened</w:t>
            </w:r>
            <w:proofErr w:type="gramEnd"/>
            <w:r>
              <w:t>.</w:t>
            </w:r>
          </w:p>
        </w:tc>
        <w:tc>
          <w:tcPr>
            <w:tcW w:w="2160" w:type="dxa"/>
          </w:tcPr>
          <w:p w14:paraId="1931AEC6" w14:textId="77777777" w:rsidR="008D785F" w:rsidRDefault="008D785F" w:rsidP="00D81BB1">
            <w:r>
              <w:t>Insight into expectation gaps and decision quality.</w:t>
            </w:r>
          </w:p>
        </w:tc>
      </w:tr>
      <w:tr w:rsidR="008D785F" w14:paraId="43D5A2BD" w14:textId="77777777" w:rsidTr="00D81BB1">
        <w:tc>
          <w:tcPr>
            <w:tcW w:w="2160" w:type="dxa"/>
          </w:tcPr>
          <w:p w14:paraId="0DC7494A" w14:textId="77777777" w:rsidR="008D785F" w:rsidRDefault="008D785F" w:rsidP="00D81BB1">
            <w:r>
              <w:t>Building long-term discipline</w:t>
            </w:r>
          </w:p>
        </w:tc>
        <w:tc>
          <w:tcPr>
            <w:tcW w:w="2160" w:type="dxa"/>
          </w:tcPr>
          <w:p w14:paraId="3153532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4AAE77F" w14:textId="77777777" w:rsidR="008D785F" w:rsidRDefault="008D785F" w:rsidP="00D81BB1">
            <w:r>
              <w:t>Help me build discipline so I stick to my investing plan long-term.</w:t>
            </w:r>
          </w:p>
        </w:tc>
        <w:tc>
          <w:tcPr>
            <w:tcW w:w="2160" w:type="dxa"/>
          </w:tcPr>
          <w:p w14:paraId="0B7FE089" w14:textId="77777777" w:rsidR="008D785F" w:rsidRDefault="008D785F" w:rsidP="00D81BB1">
            <w:r>
              <w:t>Motivational structure focused on consistency.</w:t>
            </w:r>
          </w:p>
        </w:tc>
      </w:tr>
      <w:tr w:rsidR="008D785F" w14:paraId="422C5EBC" w14:textId="77777777" w:rsidTr="00D81BB1">
        <w:tc>
          <w:tcPr>
            <w:tcW w:w="2160" w:type="dxa"/>
          </w:tcPr>
          <w:p w14:paraId="75D1049F" w14:textId="77777777" w:rsidR="008D785F" w:rsidRDefault="008D785F" w:rsidP="00D81BB1">
            <w:r>
              <w:t>Turning experience into growth</w:t>
            </w:r>
          </w:p>
        </w:tc>
        <w:tc>
          <w:tcPr>
            <w:tcW w:w="2160" w:type="dxa"/>
          </w:tcPr>
          <w:p w14:paraId="6EAB5167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D5ED02F" w14:textId="77777777" w:rsidR="008D785F" w:rsidRDefault="008D785F" w:rsidP="00D81BB1">
            <w:r>
              <w:t>Help me turn my investing experience into better decisions over time.</w:t>
            </w:r>
          </w:p>
        </w:tc>
        <w:tc>
          <w:tcPr>
            <w:tcW w:w="2160" w:type="dxa"/>
          </w:tcPr>
          <w:p w14:paraId="796566F9" w14:textId="77777777" w:rsidR="008D785F" w:rsidRDefault="008D785F" w:rsidP="00D81BB1">
            <w:r>
              <w:t>A growth-focused mindset and improvement plan.</w:t>
            </w:r>
          </w:p>
        </w:tc>
      </w:tr>
    </w:tbl>
    <w:p w14:paraId="3B3B2AF0" w14:textId="77777777" w:rsidR="008D785F" w:rsidRDefault="008D785F" w:rsidP="008D785F"/>
    <w:p w14:paraId="78D93F84" w14:textId="7033BDC9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6FA7D899" w14:textId="77777777" w:rsidR="008D785F" w:rsidRDefault="008D785F" w:rsidP="008D785F">
      <w:pPr>
        <w:pStyle w:val="Heading1"/>
      </w:pPr>
      <w:r>
        <w:lastRenderedPageBreak/>
        <w:t>10 AI Prompts – Market Research &amp; Trend Awareness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723DDC0B" w14:textId="77777777" w:rsidTr="00D81BB1">
        <w:tc>
          <w:tcPr>
            <w:tcW w:w="2160" w:type="dxa"/>
          </w:tcPr>
          <w:p w14:paraId="152D6530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098FA2CE" w14:textId="77777777" w:rsidR="008D785F" w:rsidRDefault="008D785F" w:rsidP="00D81BB1">
            <w:r>
              <w:t>Recommended AI Tool</w:t>
            </w:r>
          </w:p>
        </w:tc>
        <w:tc>
          <w:tcPr>
            <w:tcW w:w="2160" w:type="dxa"/>
          </w:tcPr>
          <w:p w14:paraId="66656D6F" w14:textId="77777777" w:rsidR="008D785F" w:rsidRDefault="008D785F" w:rsidP="00D81BB1">
            <w:r>
              <w:t>AI Prompt</w:t>
            </w:r>
          </w:p>
        </w:tc>
        <w:tc>
          <w:tcPr>
            <w:tcW w:w="2160" w:type="dxa"/>
          </w:tcPr>
          <w:p w14:paraId="5C2428CB" w14:textId="77777777" w:rsidR="008D785F" w:rsidRDefault="008D785F" w:rsidP="00D81BB1">
            <w:r>
              <w:t xml:space="preserve">What to Expect </w:t>
            </w:r>
            <w:proofErr w:type="gramStart"/>
            <w:r>
              <w:t>From</w:t>
            </w:r>
            <w:proofErr w:type="gramEnd"/>
            <w:r>
              <w:t xml:space="preserve"> Using This Prompt</w:t>
            </w:r>
          </w:p>
        </w:tc>
      </w:tr>
      <w:tr w:rsidR="008D785F" w14:paraId="6DE63204" w14:textId="77777777" w:rsidTr="00D81BB1">
        <w:tc>
          <w:tcPr>
            <w:tcW w:w="2160" w:type="dxa"/>
          </w:tcPr>
          <w:p w14:paraId="4A2F8C34" w14:textId="77777777" w:rsidR="008D785F" w:rsidRDefault="008D785F" w:rsidP="00D81BB1">
            <w:r>
              <w:t>Daily market awareness without overload</w:t>
            </w:r>
          </w:p>
        </w:tc>
        <w:tc>
          <w:tcPr>
            <w:tcW w:w="2160" w:type="dxa"/>
          </w:tcPr>
          <w:p w14:paraId="1D228A9F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12CC689" w14:textId="77777777" w:rsidR="008D785F" w:rsidRDefault="008D785F" w:rsidP="00D81BB1">
            <w:r>
              <w:t>Summarize today’s major market news in plain English and explain what matters most for long-term investors.</w:t>
            </w:r>
          </w:p>
        </w:tc>
        <w:tc>
          <w:tcPr>
            <w:tcW w:w="2160" w:type="dxa"/>
          </w:tcPr>
          <w:p w14:paraId="3DC94844" w14:textId="77777777" w:rsidR="008D785F" w:rsidRDefault="008D785F" w:rsidP="00D81BB1">
            <w:r>
              <w:t>A short, readable market summary focused on long-term relevance, not headlines.</w:t>
            </w:r>
          </w:p>
        </w:tc>
      </w:tr>
      <w:tr w:rsidR="008D785F" w14:paraId="56970F49" w14:textId="77777777" w:rsidTr="00D81BB1">
        <w:tc>
          <w:tcPr>
            <w:tcW w:w="2160" w:type="dxa"/>
          </w:tcPr>
          <w:p w14:paraId="3319B113" w14:textId="77777777" w:rsidR="008D785F" w:rsidRDefault="008D785F" w:rsidP="00D81BB1">
            <w:r>
              <w:t>Weekly trend check</w:t>
            </w:r>
          </w:p>
        </w:tc>
        <w:tc>
          <w:tcPr>
            <w:tcW w:w="2160" w:type="dxa"/>
          </w:tcPr>
          <w:p w14:paraId="7BAAF5D9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8A67EC4" w14:textId="77777777" w:rsidR="008D785F" w:rsidRDefault="008D785F" w:rsidP="00D81BB1">
            <w:r>
              <w:t>Summarize the biggest investing trends from the past week and explain which ones may matter over the next 6–12 months.</w:t>
            </w:r>
          </w:p>
        </w:tc>
        <w:tc>
          <w:tcPr>
            <w:tcW w:w="2160" w:type="dxa"/>
          </w:tcPr>
          <w:p w14:paraId="565A05A3" w14:textId="77777777" w:rsidR="008D785F" w:rsidRDefault="008D785F" w:rsidP="00D81BB1">
            <w:r>
              <w:t>A calm, trend-focused overview instead of daily noise.</w:t>
            </w:r>
          </w:p>
        </w:tc>
      </w:tr>
      <w:tr w:rsidR="008D785F" w14:paraId="4DAEEDE9" w14:textId="77777777" w:rsidTr="00D81BB1">
        <w:tc>
          <w:tcPr>
            <w:tcW w:w="2160" w:type="dxa"/>
          </w:tcPr>
          <w:p w14:paraId="7C3251E3" w14:textId="77777777" w:rsidR="008D785F" w:rsidRDefault="008D785F" w:rsidP="00D81BB1">
            <w:r>
              <w:t>Understanding market sentiment</w:t>
            </w:r>
          </w:p>
        </w:tc>
        <w:tc>
          <w:tcPr>
            <w:tcW w:w="2160" w:type="dxa"/>
          </w:tcPr>
          <w:p w14:paraId="317C60A9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B94FC27" w14:textId="77777777" w:rsidR="008D785F" w:rsidRDefault="008D785F" w:rsidP="00D81BB1">
            <w:r>
              <w:t>Analyze current market sentiment (fear, optimism, uncertainty) and explain how long-term investors should respond.</w:t>
            </w:r>
          </w:p>
        </w:tc>
        <w:tc>
          <w:tcPr>
            <w:tcW w:w="2160" w:type="dxa"/>
          </w:tcPr>
          <w:p w14:paraId="6D9A25F4" w14:textId="77777777" w:rsidR="008D785F" w:rsidRDefault="008D785F" w:rsidP="00D81BB1">
            <w:r>
              <w:t>Insight into emotional market tone and how to avoid panic decisions.</w:t>
            </w:r>
          </w:p>
        </w:tc>
      </w:tr>
      <w:tr w:rsidR="008D785F" w14:paraId="32EA9C3B" w14:textId="77777777" w:rsidTr="00D81BB1">
        <w:tc>
          <w:tcPr>
            <w:tcW w:w="2160" w:type="dxa"/>
          </w:tcPr>
          <w:p w14:paraId="4AE9EF9E" w14:textId="77777777" w:rsidR="008D785F" w:rsidRDefault="008D785F" w:rsidP="00D81BB1">
            <w:r>
              <w:t>Sector trend monitoring</w:t>
            </w:r>
          </w:p>
        </w:tc>
        <w:tc>
          <w:tcPr>
            <w:tcW w:w="2160" w:type="dxa"/>
          </w:tcPr>
          <w:p w14:paraId="0B9A506D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3A0C18C6" w14:textId="77777777" w:rsidR="008D785F" w:rsidRDefault="008D785F" w:rsidP="00D81BB1">
            <w:r>
              <w:t>Identify sectors currently gaining or losing momentum and explain why in simple terms.</w:t>
            </w:r>
          </w:p>
        </w:tc>
        <w:tc>
          <w:tcPr>
            <w:tcW w:w="2160" w:type="dxa"/>
          </w:tcPr>
          <w:p w14:paraId="7D1F4017" w14:textId="77777777" w:rsidR="008D785F" w:rsidRDefault="008D785F" w:rsidP="00D81BB1">
            <w:r>
              <w:t>A sector-level view of where money is flowing and why.</w:t>
            </w:r>
          </w:p>
        </w:tc>
      </w:tr>
      <w:tr w:rsidR="008D785F" w14:paraId="478D3CA4" w14:textId="77777777" w:rsidTr="00D81BB1">
        <w:tc>
          <w:tcPr>
            <w:tcW w:w="2160" w:type="dxa"/>
          </w:tcPr>
          <w:p w14:paraId="6D78503C" w14:textId="77777777" w:rsidR="008D785F" w:rsidRDefault="008D785F" w:rsidP="00D81BB1">
            <w:r>
              <w:t>Macro trend explanation</w:t>
            </w:r>
          </w:p>
        </w:tc>
        <w:tc>
          <w:tcPr>
            <w:tcW w:w="2160" w:type="dxa"/>
          </w:tcPr>
          <w:p w14:paraId="3BAAEE9B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7907DDC" w14:textId="77777777" w:rsidR="008D785F" w:rsidRDefault="008D785F" w:rsidP="00D81BB1">
            <w:r>
              <w:t>Explain how interest rates, inflation, and economic growth are currently affecting the market in beginner-friendly language.</w:t>
            </w:r>
          </w:p>
        </w:tc>
        <w:tc>
          <w:tcPr>
            <w:tcW w:w="2160" w:type="dxa"/>
          </w:tcPr>
          <w:p w14:paraId="6D393AAF" w14:textId="77777777" w:rsidR="008D785F" w:rsidRDefault="008D785F" w:rsidP="00D81BB1">
            <w:r>
              <w:t>Clear macro context without economic jargon.</w:t>
            </w:r>
          </w:p>
        </w:tc>
      </w:tr>
      <w:tr w:rsidR="008D785F" w14:paraId="4D034C81" w14:textId="77777777" w:rsidTr="00D81BB1">
        <w:tc>
          <w:tcPr>
            <w:tcW w:w="2160" w:type="dxa"/>
          </w:tcPr>
          <w:p w14:paraId="105C3D2B" w14:textId="77777777" w:rsidR="008D785F" w:rsidRDefault="008D785F" w:rsidP="00D81BB1">
            <w:r>
              <w:t>News filtering</w:t>
            </w:r>
          </w:p>
        </w:tc>
        <w:tc>
          <w:tcPr>
            <w:tcW w:w="2160" w:type="dxa"/>
          </w:tcPr>
          <w:p w14:paraId="3DA34914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C374F6B" w14:textId="77777777" w:rsidR="008D785F" w:rsidRDefault="008D785F" w:rsidP="00D81BB1">
            <w:r>
              <w:t xml:space="preserve">Filter today’s investing news into </w:t>
            </w:r>
            <w:r>
              <w:lastRenderedPageBreak/>
              <w:t>what is short-term noise versus what could matter long term.</w:t>
            </w:r>
          </w:p>
        </w:tc>
        <w:tc>
          <w:tcPr>
            <w:tcW w:w="2160" w:type="dxa"/>
          </w:tcPr>
          <w:p w14:paraId="30EE9CD4" w14:textId="77777777" w:rsidR="008D785F" w:rsidRDefault="008D785F" w:rsidP="00D81BB1">
            <w:r>
              <w:lastRenderedPageBreak/>
              <w:t>A clearer signal-to-</w:t>
            </w:r>
            <w:r>
              <w:lastRenderedPageBreak/>
              <w:t>noise breakdown.</w:t>
            </w:r>
          </w:p>
        </w:tc>
      </w:tr>
      <w:tr w:rsidR="008D785F" w14:paraId="4904D5B1" w14:textId="77777777" w:rsidTr="00D81BB1">
        <w:tc>
          <w:tcPr>
            <w:tcW w:w="2160" w:type="dxa"/>
          </w:tcPr>
          <w:p w14:paraId="129AC263" w14:textId="77777777" w:rsidR="008D785F" w:rsidRDefault="008D785F" w:rsidP="00D81BB1">
            <w:r>
              <w:lastRenderedPageBreak/>
              <w:t>Event impact analysis</w:t>
            </w:r>
          </w:p>
        </w:tc>
        <w:tc>
          <w:tcPr>
            <w:tcW w:w="2160" w:type="dxa"/>
          </w:tcPr>
          <w:p w14:paraId="56201B6B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28C8AE57" w14:textId="77777777" w:rsidR="008D785F" w:rsidRDefault="008D785F" w:rsidP="00D81BB1">
            <w:r>
              <w:t>Explain how today’s major economic or political event could impact markets over time.</w:t>
            </w:r>
          </w:p>
        </w:tc>
        <w:tc>
          <w:tcPr>
            <w:tcW w:w="2160" w:type="dxa"/>
          </w:tcPr>
          <w:p w14:paraId="35D50A9C" w14:textId="77777777" w:rsidR="008D785F" w:rsidRDefault="008D785F" w:rsidP="00D81BB1">
            <w:r>
              <w:t>Balanced context instead of emotional reactions.</w:t>
            </w:r>
          </w:p>
        </w:tc>
      </w:tr>
      <w:tr w:rsidR="008D785F" w14:paraId="707C85CB" w14:textId="77777777" w:rsidTr="00D81BB1">
        <w:tc>
          <w:tcPr>
            <w:tcW w:w="2160" w:type="dxa"/>
          </w:tcPr>
          <w:p w14:paraId="5986CB07" w14:textId="77777777" w:rsidR="008D785F" w:rsidRDefault="008D785F" w:rsidP="00D81BB1">
            <w:r>
              <w:t>Long-term trend spotting</w:t>
            </w:r>
          </w:p>
        </w:tc>
        <w:tc>
          <w:tcPr>
            <w:tcW w:w="2160" w:type="dxa"/>
          </w:tcPr>
          <w:p w14:paraId="2327C2A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7645FB5" w14:textId="77777777" w:rsidR="008D785F" w:rsidRDefault="008D785F" w:rsidP="00D81BB1">
            <w:r>
              <w:t>Identify long-term investing themes emerging from recent news and data.</w:t>
            </w:r>
          </w:p>
        </w:tc>
        <w:tc>
          <w:tcPr>
            <w:tcW w:w="2160" w:type="dxa"/>
          </w:tcPr>
          <w:p w14:paraId="70B87C11" w14:textId="77777777" w:rsidR="008D785F" w:rsidRDefault="008D785F" w:rsidP="00D81BB1">
            <w:r>
              <w:t>Theme-based insights rather than stock tips.</w:t>
            </w:r>
          </w:p>
        </w:tc>
      </w:tr>
      <w:tr w:rsidR="008D785F" w14:paraId="08AD0379" w14:textId="77777777" w:rsidTr="00D81BB1">
        <w:tc>
          <w:tcPr>
            <w:tcW w:w="2160" w:type="dxa"/>
          </w:tcPr>
          <w:p w14:paraId="7425B30E" w14:textId="77777777" w:rsidR="008D785F" w:rsidRDefault="008D785F" w:rsidP="00D81BB1">
            <w:r>
              <w:t>Avoiding headline-driven mistakes</w:t>
            </w:r>
          </w:p>
        </w:tc>
        <w:tc>
          <w:tcPr>
            <w:tcW w:w="2160" w:type="dxa"/>
          </w:tcPr>
          <w:p w14:paraId="65531918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FF6950C" w14:textId="77777777" w:rsidR="008D785F" w:rsidRDefault="008D785F" w:rsidP="00D81BB1">
            <w:r>
              <w:t>Explain why reacting to today’s headlines can hurt long-term investing and what a smarter response looks like.</w:t>
            </w:r>
          </w:p>
        </w:tc>
        <w:tc>
          <w:tcPr>
            <w:tcW w:w="2160" w:type="dxa"/>
          </w:tcPr>
          <w:p w14:paraId="71C0B357" w14:textId="77777777" w:rsidR="008D785F" w:rsidRDefault="008D785F" w:rsidP="00D81BB1">
            <w:r>
              <w:t>Behavioral guidance for staying disciplined.</w:t>
            </w:r>
          </w:p>
        </w:tc>
      </w:tr>
      <w:tr w:rsidR="008D785F" w14:paraId="2924DAAA" w14:textId="77777777" w:rsidTr="00D81BB1">
        <w:tc>
          <w:tcPr>
            <w:tcW w:w="2160" w:type="dxa"/>
          </w:tcPr>
          <w:p w14:paraId="706AFDF7" w14:textId="77777777" w:rsidR="008D785F" w:rsidRDefault="008D785F" w:rsidP="00D81BB1">
            <w:r>
              <w:t>Custom market digest creation</w:t>
            </w:r>
          </w:p>
        </w:tc>
        <w:tc>
          <w:tcPr>
            <w:tcW w:w="2160" w:type="dxa"/>
          </w:tcPr>
          <w:p w14:paraId="539DD1BC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883ED70" w14:textId="77777777" w:rsidR="008D785F" w:rsidRDefault="008D785F" w:rsidP="00D81BB1">
            <w:r>
              <w:t>Create a simple daily market digest I can read in under 5 minutes focused on long-term investing.</w:t>
            </w:r>
          </w:p>
        </w:tc>
        <w:tc>
          <w:tcPr>
            <w:tcW w:w="2160" w:type="dxa"/>
          </w:tcPr>
          <w:p w14:paraId="2838E138" w14:textId="77777777" w:rsidR="008D785F" w:rsidRDefault="008D785F" w:rsidP="00D81BB1">
            <w:r>
              <w:t>A repeatable, low-stress market update format.</w:t>
            </w:r>
          </w:p>
        </w:tc>
      </w:tr>
    </w:tbl>
    <w:p w14:paraId="05E583E1" w14:textId="77777777" w:rsidR="008D785F" w:rsidRDefault="008D785F" w:rsidP="008D785F"/>
    <w:p w14:paraId="0C04C1EE" w14:textId="24FDBF82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3A535AB0" w14:textId="77777777" w:rsidR="008D785F" w:rsidRDefault="008D785F" w:rsidP="008D785F">
      <w:pPr>
        <w:pStyle w:val="Heading1"/>
      </w:pPr>
      <w:r>
        <w:lastRenderedPageBreak/>
        <w:t>10 AI Prompts – Portfolio Review &amp; Optimization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1553683C" w14:textId="77777777" w:rsidTr="00D81BB1">
        <w:tc>
          <w:tcPr>
            <w:tcW w:w="2160" w:type="dxa"/>
          </w:tcPr>
          <w:p w14:paraId="2ACAE080" w14:textId="77777777" w:rsidR="008D785F" w:rsidRDefault="008D785F" w:rsidP="00D81BB1">
            <w:bookmarkStart w:id="0" w:name="_Hlk220583669"/>
            <w:r>
              <w:t>What the Prompt Is Used For</w:t>
            </w:r>
          </w:p>
        </w:tc>
        <w:tc>
          <w:tcPr>
            <w:tcW w:w="2160" w:type="dxa"/>
          </w:tcPr>
          <w:p w14:paraId="44136677" w14:textId="77777777" w:rsidR="008D785F" w:rsidRDefault="008D785F" w:rsidP="00D81BB1">
            <w:r>
              <w:t>Recommended AI Tool</w:t>
            </w:r>
          </w:p>
        </w:tc>
        <w:tc>
          <w:tcPr>
            <w:tcW w:w="2160" w:type="dxa"/>
          </w:tcPr>
          <w:p w14:paraId="374EC683" w14:textId="77777777" w:rsidR="008D785F" w:rsidRDefault="008D785F" w:rsidP="00D81BB1">
            <w:r>
              <w:t>AI Prompt</w:t>
            </w:r>
          </w:p>
        </w:tc>
        <w:tc>
          <w:tcPr>
            <w:tcW w:w="2160" w:type="dxa"/>
          </w:tcPr>
          <w:p w14:paraId="64225CEA" w14:textId="77777777" w:rsidR="008D785F" w:rsidRDefault="008D785F" w:rsidP="00D81BB1">
            <w:r>
              <w:t xml:space="preserve">What to Expect </w:t>
            </w:r>
            <w:proofErr w:type="gramStart"/>
            <w:r>
              <w:t>From</w:t>
            </w:r>
            <w:proofErr w:type="gramEnd"/>
            <w:r>
              <w:t xml:space="preserve"> Using This Prompt</w:t>
            </w:r>
          </w:p>
        </w:tc>
      </w:tr>
      <w:tr w:rsidR="008D785F" w14:paraId="0C755A32" w14:textId="77777777" w:rsidTr="00D81BB1">
        <w:tc>
          <w:tcPr>
            <w:tcW w:w="2160" w:type="dxa"/>
          </w:tcPr>
          <w:p w14:paraId="3BD27680" w14:textId="77777777" w:rsidR="008D785F" w:rsidRDefault="008D785F" w:rsidP="00D81BB1">
            <w:r>
              <w:t>Overall portfolio health check</w:t>
            </w:r>
          </w:p>
        </w:tc>
        <w:tc>
          <w:tcPr>
            <w:tcW w:w="2160" w:type="dxa"/>
          </w:tcPr>
          <w:p w14:paraId="1418E8E4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1AAB24E2" w14:textId="77777777" w:rsidR="008D785F" w:rsidRDefault="008D785F" w:rsidP="00D81BB1">
            <w:r>
              <w:t>Review my portfolio allocation below and explain if it looks balanced for a long-term investor. Use simple language.</w:t>
            </w:r>
          </w:p>
        </w:tc>
        <w:tc>
          <w:tcPr>
            <w:tcW w:w="2160" w:type="dxa"/>
          </w:tcPr>
          <w:p w14:paraId="32B2B277" w14:textId="77777777" w:rsidR="008D785F" w:rsidRDefault="008D785F" w:rsidP="00D81BB1">
            <w:r>
              <w:t>A high-level assessment of balance, diversification, and potential concerns.</w:t>
            </w:r>
          </w:p>
        </w:tc>
      </w:tr>
      <w:tr w:rsidR="008D785F" w14:paraId="6DA28E43" w14:textId="77777777" w:rsidTr="00D81BB1">
        <w:tc>
          <w:tcPr>
            <w:tcW w:w="2160" w:type="dxa"/>
          </w:tcPr>
          <w:p w14:paraId="0D11F746" w14:textId="77777777" w:rsidR="008D785F" w:rsidRDefault="008D785F" w:rsidP="00D81BB1">
            <w:r>
              <w:t>Detecting over-concentration</w:t>
            </w:r>
          </w:p>
        </w:tc>
        <w:tc>
          <w:tcPr>
            <w:tcW w:w="2160" w:type="dxa"/>
          </w:tcPr>
          <w:p w14:paraId="0547FA5F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355CBBFF" w14:textId="77777777" w:rsidR="008D785F" w:rsidRDefault="008D785F" w:rsidP="00D81BB1">
            <w:r>
              <w:t>Analyze my portfolio and identify any areas where I may be over-concentrated in one stock, sector, or asset class.</w:t>
            </w:r>
          </w:p>
        </w:tc>
        <w:tc>
          <w:tcPr>
            <w:tcW w:w="2160" w:type="dxa"/>
          </w:tcPr>
          <w:p w14:paraId="41A4E2EE" w14:textId="77777777" w:rsidR="008D785F" w:rsidRDefault="008D785F" w:rsidP="00D81BB1">
            <w:r>
              <w:t>Clear warnings about concentration risk explained plainly.</w:t>
            </w:r>
          </w:p>
        </w:tc>
      </w:tr>
      <w:tr w:rsidR="008D785F" w14:paraId="6903204F" w14:textId="77777777" w:rsidTr="00D81BB1">
        <w:tc>
          <w:tcPr>
            <w:tcW w:w="2160" w:type="dxa"/>
          </w:tcPr>
          <w:p w14:paraId="10389D53" w14:textId="77777777" w:rsidR="008D785F" w:rsidRDefault="008D785F" w:rsidP="00D81BB1">
            <w:r>
              <w:t>Risk level alignment</w:t>
            </w:r>
          </w:p>
        </w:tc>
        <w:tc>
          <w:tcPr>
            <w:tcW w:w="2160" w:type="dxa"/>
          </w:tcPr>
          <w:p w14:paraId="66F82BBA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9B26FB6" w14:textId="77777777" w:rsidR="008D785F" w:rsidRDefault="008D785F" w:rsidP="00D81BB1">
            <w:r>
              <w:t>Based on this portfolio, explain what risk level it represents and whether it matches a conservative, moderate, or aggressive investor.</w:t>
            </w:r>
          </w:p>
        </w:tc>
        <w:tc>
          <w:tcPr>
            <w:tcW w:w="2160" w:type="dxa"/>
          </w:tcPr>
          <w:p w14:paraId="2D747D99" w14:textId="77777777" w:rsidR="008D785F" w:rsidRDefault="008D785F" w:rsidP="00D81BB1">
            <w:r>
              <w:t>An easy-to-understand risk profile assessment.</w:t>
            </w:r>
          </w:p>
        </w:tc>
      </w:tr>
      <w:tr w:rsidR="008D785F" w14:paraId="7464E81A" w14:textId="77777777" w:rsidTr="00D81BB1">
        <w:tc>
          <w:tcPr>
            <w:tcW w:w="2160" w:type="dxa"/>
          </w:tcPr>
          <w:p w14:paraId="37FB6CB6" w14:textId="77777777" w:rsidR="008D785F" w:rsidRDefault="008D785F" w:rsidP="00D81BB1">
            <w:r>
              <w:t>Rebalancing guidance</w:t>
            </w:r>
          </w:p>
        </w:tc>
        <w:tc>
          <w:tcPr>
            <w:tcW w:w="2160" w:type="dxa"/>
          </w:tcPr>
          <w:p w14:paraId="43865F2E" w14:textId="77777777" w:rsidR="008D785F" w:rsidRDefault="008D785F" w:rsidP="00D81BB1">
            <w:r>
              <w:t>ChatGPT / Robo-advisor</w:t>
            </w:r>
          </w:p>
        </w:tc>
        <w:tc>
          <w:tcPr>
            <w:tcW w:w="2160" w:type="dxa"/>
          </w:tcPr>
          <w:p w14:paraId="14FE321E" w14:textId="77777777" w:rsidR="008D785F" w:rsidRDefault="008D785F" w:rsidP="00D81BB1">
            <w:r>
              <w:t>Suggest how I could rebalance this portfolio to reduce risk while keeping long-term growth potential.</w:t>
            </w:r>
          </w:p>
        </w:tc>
        <w:tc>
          <w:tcPr>
            <w:tcW w:w="2160" w:type="dxa"/>
          </w:tcPr>
          <w:p w14:paraId="76D56A88" w14:textId="77777777" w:rsidR="008D785F" w:rsidRDefault="008D785F" w:rsidP="00D81BB1">
            <w:r>
              <w:t>Step-by-step rebalancing ideas without trade timing pressure.</w:t>
            </w:r>
          </w:p>
        </w:tc>
      </w:tr>
      <w:tr w:rsidR="008D785F" w14:paraId="07DBD221" w14:textId="77777777" w:rsidTr="00D81BB1">
        <w:tc>
          <w:tcPr>
            <w:tcW w:w="2160" w:type="dxa"/>
          </w:tcPr>
          <w:p w14:paraId="5E2921A8" w14:textId="77777777" w:rsidR="008D785F" w:rsidRDefault="008D785F" w:rsidP="00D81BB1">
            <w:r>
              <w:t>Asset allocation explanation</w:t>
            </w:r>
          </w:p>
        </w:tc>
        <w:tc>
          <w:tcPr>
            <w:tcW w:w="2160" w:type="dxa"/>
          </w:tcPr>
          <w:p w14:paraId="6AFD1FB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BB7A394" w14:textId="77777777" w:rsidR="008D785F" w:rsidRDefault="008D785F" w:rsidP="00D81BB1">
            <w:r>
              <w:t>Explain my current asset allocation and what role each part plays in my portfolio.</w:t>
            </w:r>
          </w:p>
        </w:tc>
        <w:tc>
          <w:tcPr>
            <w:tcW w:w="2160" w:type="dxa"/>
          </w:tcPr>
          <w:p w14:paraId="1F0B1971" w14:textId="77777777" w:rsidR="008D785F" w:rsidRDefault="008D785F" w:rsidP="00D81BB1">
            <w:r>
              <w:t>Better understanding of what each holding does for stability or growth.</w:t>
            </w:r>
          </w:p>
        </w:tc>
      </w:tr>
      <w:tr w:rsidR="008D785F" w14:paraId="691CC8C5" w14:textId="77777777" w:rsidTr="00D81BB1">
        <w:tc>
          <w:tcPr>
            <w:tcW w:w="2160" w:type="dxa"/>
          </w:tcPr>
          <w:p w14:paraId="1718F9CF" w14:textId="77777777" w:rsidR="008D785F" w:rsidRDefault="008D785F" w:rsidP="00D81BB1">
            <w:r>
              <w:t xml:space="preserve">Identifying unnecessary </w:t>
            </w:r>
            <w:r>
              <w:lastRenderedPageBreak/>
              <w:t>complexity</w:t>
            </w:r>
          </w:p>
        </w:tc>
        <w:tc>
          <w:tcPr>
            <w:tcW w:w="2160" w:type="dxa"/>
          </w:tcPr>
          <w:p w14:paraId="3434280E" w14:textId="77777777" w:rsidR="008D785F" w:rsidRDefault="008D785F" w:rsidP="00D81BB1">
            <w:r>
              <w:lastRenderedPageBreak/>
              <w:t>ChatGPT</w:t>
            </w:r>
          </w:p>
        </w:tc>
        <w:tc>
          <w:tcPr>
            <w:tcW w:w="2160" w:type="dxa"/>
          </w:tcPr>
          <w:p w14:paraId="4FF18138" w14:textId="77777777" w:rsidR="008D785F" w:rsidRDefault="008D785F" w:rsidP="00D81BB1">
            <w:r>
              <w:t xml:space="preserve">Review my portfolio and point out any </w:t>
            </w:r>
            <w:r>
              <w:lastRenderedPageBreak/>
              <w:t>holdings that may be redundant or overly complicated for a beginner investor.</w:t>
            </w:r>
          </w:p>
        </w:tc>
        <w:tc>
          <w:tcPr>
            <w:tcW w:w="2160" w:type="dxa"/>
          </w:tcPr>
          <w:p w14:paraId="7EF71CE7" w14:textId="77777777" w:rsidR="008D785F" w:rsidRDefault="008D785F" w:rsidP="00D81BB1">
            <w:r>
              <w:lastRenderedPageBreak/>
              <w:t xml:space="preserve">Suggestions to simplify without </w:t>
            </w:r>
            <w:r>
              <w:lastRenderedPageBreak/>
              <w:t>sacrificing diversification.</w:t>
            </w:r>
          </w:p>
        </w:tc>
      </w:tr>
      <w:tr w:rsidR="008D785F" w14:paraId="00F3FAC3" w14:textId="77777777" w:rsidTr="00D81BB1">
        <w:tc>
          <w:tcPr>
            <w:tcW w:w="2160" w:type="dxa"/>
          </w:tcPr>
          <w:p w14:paraId="104F1B57" w14:textId="77777777" w:rsidR="008D785F" w:rsidRDefault="008D785F" w:rsidP="00D81BB1">
            <w:r>
              <w:lastRenderedPageBreak/>
              <w:t>Stress-testing the portfolio</w:t>
            </w:r>
          </w:p>
        </w:tc>
        <w:tc>
          <w:tcPr>
            <w:tcW w:w="2160" w:type="dxa"/>
          </w:tcPr>
          <w:p w14:paraId="45D8900D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201B2C73" w14:textId="77777777" w:rsidR="008D785F" w:rsidRDefault="008D785F" w:rsidP="00D81BB1">
            <w:r>
              <w:t>Explain how my portfolio might perform during a market downturn and where the biggest risks are.</w:t>
            </w:r>
          </w:p>
        </w:tc>
        <w:tc>
          <w:tcPr>
            <w:tcW w:w="2160" w:type="dxa"/>
          </w:tcPr>
          <w:p w14:paraId="4D84F691" w14:textId="77777777" w:rsidR="008D785F" w:rsidRDefault="008D785F" w:rsidP="00D81BB1">
            <w:r>
              <w:t>A scenario-based view of downside risk.</w:t>
            </w:r>
          </w:p>
        </w:tc>
      </w:tr>
      <w:tr w:rsidR="008D785F" w14:paraId="7A2DA73E" w14:textId="77777777" w:rsidTr="00D81BB1">
        <w:tc>
          <w:tcPr>
            <w:tcW w:w="2160" w:type="dxa"/>
          </w:tcPr>
          <w:p w14:paraId="2AE7B567" w14:textId="77777777" w:rsidR="008D785F" w:rsidRDefault="008D785F" w:rsidP="00D81BB1">
            <w:r>
              <w:t>Performance vs risk review</w:t>
            </w:r>
          </w:p>
        </w:tc>
        <w:tc>
          <w:tcPr>
            <w:tcW w:w="2160" w:type="dxa"/>
          </w:tcPr>
          <w:p w14:paraId="1626EA7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DFE99FB" w14:textId="77777777" w:rsidR="008D785F" w:rsidRDefault="008D785F" w:rsidP="00D81BB1">
            <w:r>
              <w:t>Compare the risk I’m taking in this portfolio with the potential long-term return. Is it reasonable?</w:t>
            </w:r>
          </w:p>
        </w:tc>
        <w:tc>
          <w:tcPr>
            <w:tcW w:w="2160" w:type="dxa"/>
          </w:tcPr>
          <w:p w14:paraId="5B662F33" w14:textId="77777777" w:rsidR="008D785F" w:rsidRDefault="008D785F" w:rsidP="00D81BB1">
            <w:r>
              <w:t>Perspective on whether risk and reward are aligned.</w:t>
            </w:r>
          </w:p>
        </w:tc>
      </w:tr>
      <w:tr w:rsidR="008D785F" w14:paraId="377341DB" w14:textId="77777777" w:rsidTr="00D81BB1">
        <w:tc>
          <w:tcPr>
            <w:tcW w:w="2160" w:type="dxa"/>
          </w:tcPr>
          <w:p w14:paraId="4475EF0F" w14:textId="77777777" w:rsidR="008D785F" w:rsidRDefault="008D785F" w:rsidP="00D81BB1">
            <w:r>
              <w:t>When to adjust vs hold</w:t>
            </w:r>
          </w:p>
        </w:tc>
        <w:tc>
          <w:tcPr>
            <w:tcW w:w="2160" w:type="dxa"/>
          </w:tcPr>
          <w:p w14:paraId="7B60DDE6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E2DBD62" w14:textId="77777777" w:rsidR="008D785F" w:rsidRDefault="008D785F" w:rsidP="00D81BB1">
            <w:r>
              <w:t>Help me understand when it makes sense to adjust a portfolio versus staying the course.</w:t>
            </w:r>
          </w:p>
        </w:tc>
        <w:tc>
          <w:tcPr>
            <w:tcW w:w="2160" w:type="dxa"/>
          </w:tcPr>
          <w:p w14:paraId="4BC74A1E" w14:textId="77777777" w:rsidR="008D785F" w:rsidRDefault="008D785F" w:rsidP="00D81BB1">
            <w:r>
              <w:t>Behavioral guidance to avoid overreacting.</w:t>
            </w:r>
          </w:p>
        </w:tc>
      </w:tr>
      <w:tr w:rsidR="008D785F" w14:paraId="1994F63E" w14:textId="77777777" w:rsidTr="00D81BB1">
        <w:tc>
          <w:tcPr>
            <w:tcW w:w="2160" w:type="dxa"/>
          </w:tcPr>
          <w:p w14:paraId="5BB24A0B" w14:textId="77777777" w:rsidR="008D785F" w:rsidRDefault="008D785F" w:rsidP="00D81BB1">
            <w:r>
              <w:t>Creating a review routine</w:t>
            </w:r>
          </w:p>
        </w:tc>
        <w:tc>
          <w:tcPr>
            <w:tcW w:w="2160" w:type="dxa"/>
          </w:tcPr>
          <w:p w14:paraId="61CF7FE1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069CC8D" w14:textId="77777777" w:rsidR="008D785F" w:rsidRDefault="008D785F" w:rsidP="00D81BB1">
            <w:r>
              <w:t>Help me create a simple quarterly portfolio review checklist using AI tools.</w:t>
            </w:r>
          </w:p>
        </w:tc>
        <w:tc>
          <w:tcPr>
            <w:tcW w:w="2160" w:type="dxa"/>
          </w:tcPr>
          <w:p w14:paraId="25D93A0E" w14:textId="77777777" w:rsidR="008D785F" w:rsidRDefault="008D785F" w:rsidP="00D81BB1">
            <w:r>
              <w:t>A repeatable system for ongoing portfolio optimization.</w:t>
            </w:r>
          </w:p>
        </w:tc>
      </w:tr>
      <w:bookmarkEnd w:id="0"/>
    </w:tbl>
    <w:p w14:paraId="02B7631F" w14:textId="77777777" w:rsidR="008D785F" w:rsidRDefault="008D785F" w:rsidP="008D785F"/>
    <w:p w14:paraId="35A8B106" w14:textId="72EF2BC6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503D965F" w14:textId="77777777" w:rsidR="008D785F" w:rsidRDefault="008D785F" w:rsidP="008D785F">
      <w:pPr>
        <w:pStyle w:val="Heading1"/>
      </w:pPr>
      <w:r>
        <w:lastRenderedPageBreak/>
        <w:t>10 AI Prompts – Risk Management &amp; Downside Protection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2FF31098" w14:textId="77777777" w:rsidTr="00D81BB1">
        <w:tc>
          <w:tcPr>
            <w:tcW w:w="2160" w:type="dxa"/>
          </w:tcPr>
          <w:p w14:paraId="65BEA1D6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5D537B16" w14:textId="77777777" w:rsidR="008D785F" w:rsidRDefault="008D785F" w:rsidP="00D81BB1">
            <w:r>
              <w:t>AI Tool to Use</w:t>
            </w:r>
          </w:p>
        </w:tc>
        <w:tc>
          <w:tcPr>
            <w:tcW w:w="2160" w:type="dxa"/>
          </w:tcPr>
          <w:p w14:paraId="66A5EDDB" w14:textId="77777777" w:rsidR="008D785F" w:rsidRDefault="008D785F" w:rsidP="00D81BB1">
            <w:r>
              <w:t>The Prompt</w:t>
            </w:r>
          </w:p>
        </w:tc>
        <w:tc>
          <w:tcPr>
            <w:tcW w:w="2160" w:type="dxa"/>
          </w:tcPr>
          <w:p w14:paraId="06A2D5DC" w14:textId="77777777" w:rsidR="008D785F" w:rsidRDefault="008D785F" w:rsidP="00D81BB1">
            <w:r>
              <w:t>What to Expect from Using the Prompt</w:t>
            </w:r>
          </w:p>
        </w:tc>
      </w:tr>
      <w:tr w:rsidR="008D785F" w14:paraId="682BFA31" w14:textId="77777777" w:rsidTr="00D81BB1">
        <w:tc>
          <w:tcPr>
            <w:tcW w:w="2160" w:type="dxa"/>
          </w:tcPr>
          <w:p w14:paraId="1AD06F7D" w14:textId="77777777" w:rsidR="008D785F" w:rsidRDefault="008D785F" w:rsidP="00D81BB1">
            <w:r>
              <w:t>Identifying portfolio-wide risks</w:t>
            </w:r>
          </w:p>
        </w:tc>
        <w:tc>
          <w:tcPr>
            <w:tcW w:w="2160" w:type="dxa"/>
          </w:tcPr>
          <w:p w14:paraId="4951C0D6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05FB4F2" w14:textId="77777777" w:rsidR="008D785F" w:rsidRDefault="008D785F" w:rsidP="00D81BB1">
            <w:r>
              <w:t>Review my portfolio holdings and flag the biggest risks in plain language. Explain why each risk matters.</w:t>
            </w:r>
          </w:p>
        </w:tc>
        <w:tc>
          <w:tcPr>
            <w:tcW w:w="2160" w:type="dxa"/>
          </w:tcPr>
          <w:p w14:paraId="52AD94A2" w14:textId="77777777" w:rsidR="008D785F" w:rsidRDefault="008D785F" w:rsidP="00D81BB1">
            <w:r>
              <w:t>A clear explanation of where your portfolio may be exposed and why</w:t>
            </w:r>
          </w:p>
        </w:tc>
      </w:tr>
      <w:tr w:rsidR="008D785F" w14:paraId="15E3AB05" w14:textId="77777777" w:rsidTr="00D81BB1">
        <w:tc>
          <w:tcPr>
            <w:tcW w:w="2160" w:type="dxa"/>
          </w:tcPr>
          <w:p w14:paraId="7A2A26DA" w14:textId="77777777" w:rsidR="008D785F" w:rsidRDefault="008D785F" w:rsidP="00D81BB1">
            <w:r>
              <w:t>Detecting overvalued assets</w:t>
            </w:r>
          </w:p>
        </w:tc>
        <w:tc>
          <w:tcPr>
            <w:tcW w:w="2160" w:type="dxa"/>
          </w:tcPr>
          <w:p w14:paraId="3E217F78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623E541" w14:textId="77777777" w:rsidR="008D785F" w:rsidRDefault="008D785F" w:rsidP="00D81BB1">
            <w:r>
              <w:t>Analyze these holdings and tell me which ones may be overvalued and what warning signs support that.</w:t>
            </w:r>
          </w:p>
        </w:tc>
        <w:tc>
          <w:tcPr>
            <w:tcW w:w="2160" w:type="dxa"/>
          </w:tcPr>
          <w:p w14:paraId="4A1EAD1A" w14:textId="77777777" w:rsidR="008D785F" w:rsidRDefault="008D785F" w:rsidP="00D81BB1">
            <w:r>
              <w:t>Early warning signals about stretched valuations</w:t>
            </w:r>
          </w:p>
        </w:tc>
      </w:tr>
      <w:tr w:rsidR="008D785F" w14:paraId="0360E333" w14:textId="77777777" w:rsidTr="00D81BB1">
        <w:tc>
          <w:tcPr>
            <w:tcW w:w="2160" w:type="dxa"/>
          </w:tcPr>
          <w:p w14:paraId="5A2499DC" w14:textId="77777777" w:rsidR="008D785F" w:rsidRDefault="008D785F" w:rsidP="00D81BB1">
            <w:r>
              <w:t>Understanding stop-loss levels</w:t>
            </w:r>
          </w:p>
        </w:tc>
        <w:tc>
          <w:tcPr>
            <w:tcW w:w="2160" w:type="dxa"/>
          </w:tcPr>
          <w:p w14:paraId="492F6BDB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B498FB8" w14:textId="77777777" w:rsidR="008D785F" w:rsidRDefault="008D785F" w:rsidP="00D81BB1">
            <w:r>
              <w:t>Explain stop-loss strategies for a beginner and suggest conservative stop-loss ranges for my investments.</w:t>
            </w:r>
          </w:p>
        </w:tc>
        <w:tc>
          <w:tcPr>
            <w:tcW w:w="2160" w:type="dxa"/>
          </w:tcPr>
          <w:p w14:paraId="101B538C" w14:textId="77777777" w:rsidR="008D785F" w:rsidRDefault="008D785F" w:rsidP="00D81BB1">
            <w:r>
              <w:t>A simple explanation of how to limit downside losses</w:t>
            </w:r>
          </w:p>
        </w:tc>
      </w:tr>
      <w:tr w:rsidR="008D785F" w14:paraId="4306F750" w14:textId="77777777" w:rsidTr="00D81BB1">
        <w:tc>
          <w:tcPr>
            <w:tcW w:w="2160" w:type="dxa"/>
          </w:tcPr>
          <w:p w14:paraId="36F8DDFD" w14:textId="77777777" w:rsidR="008D785F" w:rsidRDefault="008D785F" w:rsidP="00D81BB1">
            <w:r>
              <w:t>Bubble awareness</w:t>
            </w:r>
          </w:p>
        </w:tc>
        <w:tc>
          <w:tcPr>
            <w:tcW w:w="2160" w:type="dxa"/>
          </w:tcPr>
          <w:p w14:paraId="0469112D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DC48BCB" w14:textId="77777777" w:rsidR="008D785F" w:rsidRDefault="008D785F" w:rsidP="00D81BB1">
            <w:r>
              <w:t>Based on current market conditions, identify any signs of bubbles related to my investments.</w:t>
            </w:r>
          </w:p>
        </w:tc>
        <w:tc>
          <w:tcPr>
            <w:tcW w:w="2160" w:type="dxa"/>
          </w:tcPr>
          <w:p w14:paraId="0833B72D" w14:textId="77777777" w:rsidR="008D785F" w:rsidRDefault="008D785F" w:rsidP="00D81BB1">
            <w:r>
              <w:t>Context on hype-driven risks and overheating markets</w:t>
            </w:r>
          </w:p>
        </w:tc>
      </w:tr>
      <w:tr w:rsidR="008D785F" w14:paraId="114D2924" w14:textId="77777777" w:rsidTr="00D81BB1">
        <w:tc>
          <w:tcPr>
            <w:tcW w:w="2160" w:type="dxa"/>
          </w:tcPr>
          <w:p w14:paraId="7D4A9A37" w14:textId="77777777" w:rsidR="008D785F" w:rsidRDefault="008D785F" w:rsidP="00D81BB1">
            <w:r>
              <w:t>Scam detection</w:t>
            </w:r>
          </w:p>
        </w:tc>
        <w:tc>
          <w:tcPr>
            <w:tcW w:w="2160" w:type="dxa"/>
          </w:tcPr>
          <w:p w14:paraId="320B2E3C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1F9902E" w14:textId="77777777" w:rsidR="008D785F" w:rsidRDefault="008D785F" w:rsidP="00D81BB1">
            <w:r>
              <w:t>Evaluate this investment opportunity and list any red flags or scam warning signs.</w:t>
            </w:r>
          </w:p>
        </w:tc>
        <w:tc>
          <w:tcPr>
            <w:tcW w:w="2160" w:type="dxa"/>
          </w:tcPr>
          <w:p w14:paraId="0E1D337E" w14:textId="77777777" w:rsidR="008D785F" w:rsidRDefault="008D785F" w:rsidP="00D81BB1">
            <w:r>
              <w:t>Clear scam indicators explained in beginner-friendly terms</w:t>
            </w:r>
          </w:p>
        </w:tc>
      </w:tr>
      <w:tr w:rsidR="008D785F" w14:paraId="1AB3103D" w14:textId="77777777" w:rsidTr="00D81BB1">
        <w:tc>
          <w:tcPr>
            <w:tcW w:w="2160" w:type="dxa"/>
          </w:tcPr>
          <w:p w14:paraId="582FFEAD" w14:textId="77777777" w:rsidR="008D785F" w:rsidRDefault="008D785F" w:rsidP="00D81BB1">
            <w:r>
              <w:t>Downside scenario planning</w:t>
            </w:r>
          </w:p>
        </w:tc>
        <w:tc>
          <w:tcPr>
            <w:tcW w:w="2160" w:type="dxa"/>
          </w:tcPr>
          <w:p w14:paraId="444A2051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AC6ABB9" w14:textId="77777777" w:rsidR="008D785F" w:rsidRDefault="008D785F" w:rsidP="00D81BB1">
            <w:r>
              <w:t>Show how my portfolio might perform during a market downturn and explain the risks.</w:t>
            </w:r>
          </w:p>
        </w:tc>
        <w:tc>
          <w:tcPr>
            <w:tcW w:w="2160" w:type="dxa"/>
          </w:tcPr>
          <w:p w14:paraId="62B6D26A" w14:textId="77777777" w:rsidR="008D785F" w:rsidRDefault="008D785F" w:rsidP="00D81BB1">
            <w:r>
              <w:t>Visualized downside scenarios and preparedness insight</w:t>
            </w:r>
          </w:p>
        </w:tc>
      </w:tr>
      <w:tr w:rsidR="008D785F" w14:paraId="4BFAB10D" w14:textId="77777777" w:rsidTr="00D81BB1">
        <w:tc>
          <w:tcPr>
            <w:tcW w:w="2160" w:type="dxa"/>
          </w:tcPr>
          <w:p w14:paraId="6282C4EE" w14:textId="77777777" w:rsidR="008D785F" w:rsidRDefault="008D785F" w:rsidP="00D81BB1">
            <w:r>
              <w:lastRenderedPageBreak/>
              <w:t>Risk vs reward balance</w:t>
            </w:r>
          </w:p>
        </w:tc>
        <w:tc>
          <w:tcPr>
            <w:tcW w:w="2160" w:type="dxa"/>
          </w:tcPr>
          <w:p w14:paraId="4DC9D752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3563E1A" w14:textId="77777777" w:rsidR="008D785F" w:rsidRDefault="008D785F" w:rsidP="00D81BB1">
            <w:r>
              <w:t>Assess whether my portfolio’s risk level matches my long-term goals.</w:t>
            </w:r>
          </w:p>
        </w:tc>
        <w:tc>
          <w:tcPr>
            <w:tcW w:w="2160" w:type="dxa"/>
          </w:tcPr>
          <w:p w14:paraId="2E995911" w14:textId="77777777" w:rsidR="008D785F" w:rsidRDefault="008D785F" w:rsidP="00D81BB1">
            <w:r>
              <w:t>Alignment check between goals and risk exposure</w:t>
            </w:r>
          </w:p>
        </w:tc>
      </w:tr>
      <w:tr w:rsidR="008D785F" w14:paraId="596C2505" w14:textId="77777777" w:rsidTr="00D81BB1">
        <w:tc>
          <w:tcPr>
            <w:tcW w:w="2160" w:type="dxa"/>
          </w:tcPr>
          <w:p w14:paraId="6B670B53" w14:textId="77777777" w:rsidR="008D785F" w:rsidRDefault="008D785F" w:rsidP="00D81BB1">
            <w:r>
              <w:t>Sector risk analysis</w:t>
            </w:r>
          </w:p>
        </w:tc>
        <w:tc>
          <w:tcPr>
            <w:tcW w:w="2160" w:type="dxa"/>
          </w:tcPr>
          <w:p w14:paraId="6B2A538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1D457B6" w14:textId="77777777" w:rsidR="008D785F" w:rsidRDefault="008D785F" w:rsidP="00D81BB1">
            <w:r>
              <w:t>Identify if my portfolio is too concentrated in any sector and explain the potential risks.</w:t>
            </w:r>
          </w:p>
        </w:tc>
        <w:tc>
          <w:tcPr>
            <w:tcW w:w="2160" w:type="dxa"/>
          </w:tcPr>
          <w:p w14:paraId="5A35B4F6" w14:textId="77777777" w:rsidR="008D785F" w:rsidRDefault="008D785F" w:rsidP="00D81BB1">
            <w:r>
              <w:t>Awareness of sector overexposure</w:t>
            </w:r>
          </w:p>
        </w:tc>
      </w:tr>
      <w:tr w:rsidR="008D785F" w14:paraId="09C64DD2" w14:textId="77777777" w:rsidTr="00D81BB1">
        <w:tc>
          <w:tcPr>
            <w:tcW w:w="2160" w:type="dxa"/>
          </w:tcPr>
          <w:p w14:paraId="24D520FC" w14:textId="77777777" w:rsidR="008D785F" w:rsidRDefault="008D785F" w:rsidP="00D81BB1">
            <w:r>
              <w:t>Volatility awareness</w:t>
            </w:r>
          </w:p>
        </w:tc>
        <w:tc>
          <w:tcPr>
            <w:tcW w:w="2160" w:type="dxa"/>
          </w:tcPr>
          <w:p w14:paraId="1F5F3A2B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3473633" w14:textId="77777777" w:rsidR="008D785F" w:rsidRDefault="008D785F" w:rsidP="00D81BB1">
            <w:r>
              <w:t>Explain how volatility affects my portfolio and which holdings contribute most to it.</w:t>
            </w:r>
          </w:p>
        </w:tc>
        <w:tc>
          <w:tcPr>
            <w:tcW w:w="2160" w:type="dxa"/>
          </w:tcPr>
          <w:p w14:paraId="7DF70D4D" w14:textId="77777777" w:rsidR="008D785F" w:rsidRDefault="008D785F" w:rsidP="00D81BB1">
            <w:r>
              <w:t>Understanding of portfolio swings</w:t>
            </w:r>
          </w:p>
        </w:tc>
      </w:tr>
      <w:tr w:rsidR="008D785F" w14:paraId="482D25C0" w14:textId="77777777" w:rsidTr="00D81BB1">
        <w:tc>
          <w:tcPr>
            <w:tcW w:w="2160" w:type="dxa"/>
          </w:tcPr>
          <w:p w14:paraId="17A414BC" w14:textId="77777777" w:rsidR="008D785F" w:rsidRDefault="008D785F" w:rsidP="00D81BB1">
            <w:r>
              <w:t>Protective strategy ideas</w:t>
            </w:r>
          </w:p>
        </w:tc>
        <w:tc>
          <w:tcPr>
            <w:tcW w:w="2160" w:type="dxa"/>
          </w:tcPr>
          <w:p w14:paraId="0CBC208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8399A2A" w14:textId="77777777" w:rsidR="008D785F" w:rsidRDefault="008D785F" w:rsidP="00D81BB1">
            <w:r>
              <w:t>Suggest beginner-friendly strategies to reduce risk without hurting long-term growth.</w:t>
            </w:r>
          </w:p>
        </w:tc>
        <w:tc>
          <w:tcPr>
            <w:tcW w:w="2160" w:type="dxa"/>
          </w:tcPr>
          <w:p w14:paraId="44DC0809" w14:textId="77777777" w:rsidR="008D785F" w:rsidRDefault="008D785F" w:rsidP="00D81BB1">
            <w:r>
              <w:t>Actionable, conservative risk-reduction ideas</w:t>
            </w:r>
          </w:p>
        </w:tc>
      </w:tr>
    </w:tbl>
    <w:p w14:paraId="070E007C" w14:textId="77777777" w:rsidR="008D785F" w:rsidRDefault="008D785F" w:rsidP="008D785F"/>
    <w:p w14:paraId="5C6F467C" w14:textId="35EBE7E2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25BF079E" w14:textId="77777777" w:rsidR="008D785F" w:rsidRDefault="008D785F" w:rsidP="008D785F">
      <w:pPr>
        <w:pStyle w:val="Heading1"/>
      </w:pPr>
      <w:r>
        <w:lastRenderedPageBreak/>
        <w:t>10 AI Prompts – Stock Research &amp; Company Evaluation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44891900" w14:textId="77777777" w:rsidTr="00D81BB1">
        <w:tc>
          <w:tcPr>
            <w:tcW w:w="2160" w:type="dxa"/>
          </w:tcPr>
          <w:p w14:paraId="2C93ECC6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41EF407F" w14:textId="77777777" w:rsidR="008D785F" w:rsidRDefault="008D785F" w:rsidP="00D81BB1">
            <w:r>
              <w:t>Recommended AI Tool</w:t>
            </w:r>
          </w:p>
        </w:tc>
        <w:tc>
          <w:tcPr>
            <w:tcW w:w="2160" w:type="dxa"/>
          </w:tcPr>
          <w:p w14:paraId="128A1671" w14:textId="77777777" w:rsidR="008D785F" w:rsidRDefault="008D785F" w:rsidP="00D81BB1">
            <w:r>
              <w:t>AI Prompt</w:t>
            </w:r>
          </w:p>
        </w:tc>
        <w:tc>
          <w:tcPr>
            <w:tcW w:w="2160" w:type="dxa"/>
          </w:tcPr>
          <w:p w14:paraId="568B9968" w14:textId="77777777" w:rsidR="008D785F" w:rsidRDefault="008D785F" w:rsidP="00D81BB1">
            <w:r>
              <w:t xml:space="preserve">What to Expect </w:t>
            </w:r>
            <w:proofErr w:type="gramStart"/>
            <w:r>
              <w:t>From</w:t>
            </w:r>
            <w:proofErr w:type="gramEnd"/>
            <w:r>
              <w:t xml:space="preserve"> the Output</w:t>
            </w:r>
          </w:p>
        </w:tc>
      </w:tr>
      <w:tr w:rsidR="008D785F" w14:paraId="5F5316D4" w14:textId="77777777" w:rsidTr="00D81BB1">
        <w:tc>
          <w:tcPr>
            <w:tcW w:w="2160" w:type="dxa"/>
          </w:tcPr>
          <w:p w14:paraId="5A90F641" w14:textId="77777777" w:rsidR="008D785F" w:rsidRDefault="008D785F" w:rsidP="00D81BB1">
            <w:r>
              <w:t>Understand a company’s business model</w:t>
            </w:r>
          </w:p>
        </w:tc>
        <w:tc>
          <w:tcPr>
            <w:tcW w:w="2160" w:type="dxa"/>
          </w:tcPr>
          <w:p w14:paraId="064412FA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7C98C1DB" w14:textId="77777777" w:rsidR="008D785F" w:rsidRDefault="008D785F" w:rsidP="00D81BB1">
            <w:r>
              <w:t>Explain this company’s business model in simple terms for a beginner investor. How does it make money?</w:t>
            </w:r>
          </w:p>
        </w:tc>
        <w:tc>
          <w:tcPr>
            <w:tcW w:w="2160" w:type="dxa"/>
          </w:tcPr>
          <w:p w14:paraId="0B51E1E0" w14:textId="77777777" w:rsidR="008D785F" w:rsidRDefault="008D785F" w:rsidP="00D81BB1">
            <w:r>
              <w:t>Clear explanation of how the company operates and earns revenue</w:t>
            </w:r>
          </w:p>
        </w:tc>
      </w:tr>
      <w:tr w:rsidR="008D785F" w14:paraId="5E95F1A0" w14:textId="77777777" w:rsidTr="00D81BB1">
        <w:tc>
          <w:tcPr>
            <w:tcW w:w="2160" w:type="dxa"/>
          </w:tcPr>
          <w:p w14:paraId="119FB5A9" w14:textId="77777777" w:rsidR="008D785F" w:rsidRDefault="008D785F" w:rsidP="00D81BB1">
            <w:r>
              <w:t>Identify core strengths</w:t>
            </w:r>
          </w:p>
        </w:tc>
        <w:tc>
          <w:tcPr>
            <w:tcW w:w="2160" w:type="dxa"/>
          </w:tcPr>
          <w:p w14:paraId="3708C46D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66644DA1" w14:textId="77777777" w:rsidR="008D785F" w:rsidRDefault="008D785F" w:rsidP="00D81BB1">
            <w:r>
              <w:t>List this company’s main strengths and competitive advantages in plain language.</w:t>
            </w:r>
          </w:p>
        </w:tc>
        <w:tc>
          <w:tcPr>
            <w:tcW w:w="2160" w:type="dxa"/>
          </w:tcPr>
          <w:p w14:paraId="310316FF" w14:textId="77777777" w:rsidR="008D785F" w:rsidRDefault="008D785F" w:rsidP="00D81BB1">
            <w:r>
              <w:t>Simple breakdown of why the company may perform well long-term</w:t>
            </w:r>
          </w:p>
        </w:tc>
      </w:tr>
      <w:tr w:rsidR="008D785F" w14:paraId="100A54F9" w14:textId="77777777" w:rsidTr="00D81BB1">
        <w:tc>
          <w:tcPr>
            <w:tcW w:w="2160" w:type="dxa"/>
          </w:tcPr>
          <w:p w14:paraId="396381C9" w14:textId="77777777" w:rsidR="008D785F" w:rsidRDefault="008D785F" w:rsidP="00D81BB1">
            <w:r>
              <w:t>Spot key risks</w:t>
            </w:r>
          </w:p>
        </w:tc>
        <w:tc>
          <w:tcPr>
            <w:tcW w:w="2160" w:type="dxa"/>
          </w:tcPr>
          <w:p w14:paraId="3976BCC2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1B3435EC" w14:textId="77777777" w:rsidR="008D785F" w:rsidRDefault="008D785F" w:rsidP="00D81BB1">
            <w:r>
              <w:t>Explain the biggest risks facing this company in beginner-friendly terms.</w:t>
            </w:r>
          </w:p>
        </w:tc>
        <w:tc>
          <w:tcPr>
            <w:tcW w:w="2160" w:type="dxa"/>
          </w:tcPr>
          <w:p w14:paraId="3D05513D" w14:textId="77777777" w:rsidR="008D785F" w:rsidRDefault="008D785F" w:rsidP="00D81BB1">
            <w:r>
              <w:t>Easy-to-understand risk summary without technical jargon</w:t>
            </w:r>
          </w:p>
        </w:tc>
      </w:tr>
      <w:tr w:rsidR="008D785F" w14:paraId="606A9766" w14:textId="77777777" w:rsidTr="00D81BB1">
        <w:tc>
          <w:tcPr>
            <w:tcW w:w="2160" w:type="dxa"/>
          </w:tcPr>
          <w:p w14:paraId="776A96B1" w14:textId="77777777" w:rsidR="008D785F" w:rsidRDefault="008D785F" w:rsidP="00D81BB1">
            <w:r>
              <w:t>Check financial health</w:t>
            </w:r>
          </w:p>
        </w:tc>
        <w:tc>
          <w:tcPr>
            <w:tcW w:w="2160" w:type="dxa"/>
          </w:tcPr>
          <w:p w14:paraId="4F23F405" w14:textId="77777777" w:rsidR="008D785F" w:rsidRDefault="008D785F" w:rsidP="00D81BB1"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31553710" w14:textId="77777777" w:rsidR="008D785F" w:rsidRDefault="008D785F" w:rsidP="00D81BB1">
            <w:r>
              <w:t>Summarize this company’s financial health based on revenue, profit, and debt levels.</w:t>
            </w:r>
          </w:p>
        </w:tc>
        <w:tc>
          <w:tcPr>
            <w:tcW w:w="2160" w:type="dxa"/>
          </w:tcPr>
          <w:p w14:paraId="2D2E3316" w14:textId="77777777" w:rsidR="008D785F" w:rsidRDefault="008D785F" w:rsidP="00D81BB1">
            <w:r>
              <w:t>High-level snapshot of financial stability</w:t>
            </w:r>
          </w:p>
        </w:tc>
      </w:tr>
      <w:tr w:rsidR="008D785F" w14:paraId="10D80CD9" w14:textId="77777777" w:rsidTr="00D81BB1">
        <w:tc>
          <w:tcPr>
            <w:tcW w:w="2160" w:type="dxa"/>
          </w:tcPr>
          <w:p w14:paraId="743F1E09" w14:textId="77777777" w:rsidR="008D785F" w:rsidRDefault="008D785F" w:rsidP="00D81BB1">
            <w:r>
              <w:t>Compare competitors</w:t>
            </w:r>
          </w:p>
        </w:tc>
        <w:tc>
          <w:tcPr>
            <w:tcW w:w="2160" w:type="dxa"/>
          </w:tcPr>
          <w:p w14:paraId="34703462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4F9669D8" w14:textId="77777777" w:rsidR="008D785F" w:rsidRDefault="008D785F" w:rsidP="00D81BB1">
            <w:r>
              <w:t>Compare this company to its main competitors and explain what makes it different.</w:t>
            </w:r>
          </w:p>
        </w:tc>
        <w:tc>
          <w:tcPr>
            <w:tcW w:w="2160" w:type="dxa"/>
          </w:tcPr>
          <w:p w14:paraId="58675FEE" w14:textId="77777777" w:rsidR="008D785F" w:rsidRDefault="008D785F" w:rsidP="00D81BB1">
            <w:r>
              <w:t>Side-by-side competitive positioning overview</w:t>
            </w:r>
          </w:p>
        </w:tc>
      </w:tr>
      <w:tr w:rsidR="008D785F" w14:paraId="0B9C9A5F" w14:textId="77777777" w:rsidTr="00D81BB1">
        <w:tc>
          <w:tcPr>
            <w:tcW w:w="2160" w:type="dxa"/>
          </w:tcPr>
          <w:p w14:paraId="4B719D13" w14:textId="77777777" w:rsidR="008D785F" w:rsidRDefault="008D785F" w:rsidP="00D81BB1">
            <w:r>
              <w:t>Understand growth potential</w:t>
            </w:r>
          </w:p>
        </w:tc>
        <w:tc>
          <w:tcPr>
            <w:tcW w:w="2160" w:type="dxa"/>
          </w:tcPr>
          <w:p w14:paraId="60A3BD3D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049FB71D" w14:textId="77777777" w:rsidR="008D785F" w:rsidRDefault="008D785F" w:rsidP="00D81BB1">
            <w:r>
              <w:t>Explain this company’s growth opportunities over the next 3–5 years.</w:t>
            </w:r>
          </w:p>
        </w:tc>
        <w:tc>
          <w:tcPr>
            <w:tcW w:w="2160" w:type="dxa"/>
          </w:tcPr>
          <w:p w14:paraId="7E4080DD" w14:textId="77777777" w:rsidR="008D785F" w:rsidRDefault="008D785F" w:rsidP="00D81BB1">
            <w:r>
              <w:t>Plain-language outlook on future growth</w:t>
            </w:r>
          </w:p>
        </w:tc>
      </w:tr>
      <w:tr w:rsidR="008D785F" w14:paraId="09BC1AE0" w14:textId="77777777" w:rsidTr="00D81BB1">
        <w:tc>
          <w:tcPr>
            <w:tcW w:w="2160" w:type="dxa"/>
          </w:tcPr>
          <w:p w14:paraId="11DADA33" w14:textId="77777777" w:rsidR="008D785F" w:rsidRDefault="008D785F" w:rsidP="00D81BB1">
            <w:r>
              <w:t>Beginner earnings summary</w:t>
            </w:r>
          </w:p>
        </w:tc>
        <w:tc>
          <w:tcPr>
            <w:tcW w:w="2160" w:type="dxa"/>
          </w:tcPr>
          <w:p w14:paraId="13F18609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3AFC0E4" w14:textId="77777777" w:rsidR="008D785F" w:rsidRDefault="008D785F" w:rsidP="00D81BB1">
            <w:r>
              <w:t>Summarize this company’s latest earnings report in 3 simple bullet points.</w:t>
            </w:r>
          </w:p>
        </w:tc>
        <w:tc>
          <w:tcPr>
            <w:tcW w:w="2160" w:type="dxa"/>
          </w:tcPr>
          <w:p w14:paraId="7887B873" w14:textId="77777777" w:rsidR="008D785F" w:rsidRDefault="008D785F" w:rsidP="00D81BB1">
            <w:r>
              <w:t>Quick digest of recent performance</w:t>
            </w:r>
          </w:p>
        </w:tc>
      </w:tr>
      <w:tr w:rsidR="008D785F" w14:paraId="5A21AB23" w14:textId="77777777" w:rsidTr="00D81BB1">
        <w:tc>
          <w:tcPr>
            <w:tcW w:w="2160" w:type="dxa"/>
          </w:tcPr>
          <w:p w14:paraId="105FCA09" w14:textId="77777777" w:rsidR="008D785F" w:rsidRDefault="008D785F" w:rsidP="00D81BB1">
            <w:r>
              <w:lastRenderedPageBreak/>
              <w:t>Evaluate long-term viability</w:t>
            </w:r>
          </w:p>
        </w:tc>
        <w:tc>
          <w:tcPr>
            <w:tcW w:w="2160" w:type="dxa"/>
          </w:tcPr>
          <w:p w14:paraId="45D679C2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009F40C" w14:textId="77777777" w:rsidR="008D785F" w:rsidRDefault="008D785F" w:rsidP="00D81BB1">
            <w:r>
              <w:t>Does this company appear suited for long-term investing? Explain why or why not for a beginner.</w:t>
            </w:r>
          </w:p>
        </w:tc>
        <w:tc>
          <w:tcPr>
            <w:tcW w:w="2160" w:type="dxa"/>
          </w:tcPr>
          <w:p w14:paraId="28E451C5" w14:textId="77777777" w:rsidR="008D785F" w:rsidRDefault="008D785F" w:rsidP="00D81BB1">
            <w:r>
              <w:t>Balanced long-term perspective</w:t>
            </w:r>
          </w:p>
        </w:tc>
      </w:tr>
      <w:tr w:rsidR="008D785F" w14:paraId="661686D3" w14:textId="77777777" w:rsidTr="00D81BB1">
        <w:tc>
          <w:tcPr>
            <w:tcW w:w="2160" w:type="dxa"/>
          </w:tcPr>
          <w:p w14:paraId="58AF3CDF" w14:textId="77777777" w:rsidR="008D785F" w:rsidRDefault="008D785F" w:rsidP="00D81BB1">
            <w:r>
              <w:t>Translate analyst opinions</w:t>
            </w:r>
          </w:p>
        </w:tc>
        <w:tc>
          <w:tcPr>
            <w:tcW w:w="2160" w:type="dxa"/>
          </w:tcPr>
          <w:p w14:paraId="55BF2B13" w14:textId="77777777" w:rsidR="008D785F" w:rsidRDefault="008D785F" w:rsidP="00D81BB1">
            <w:r>
              <w:t xml:space="preserve">ChatGPT / </w:t>
            </w:r>
            <w:proofErr w:type="spellStart"/>
            <w:r>
              <w:t>FinChat</w:t>
            </w:r>
            <w:proofErr w:type="spellEnd"/>
          </w:p>
        </w:tc>
        <w:tc>
          <w:tcPr>
            <w:tcW w:w="2160" w:type="dxa"/>
          </w:tcPr>
          <w:p w14:paraId="21E45F9B" w14:textId="77777777" w:rsidR="008D785F" w:rsidRDefault="008D785F" w:rsidP="00D81BB1">
            <w:r>
              <w:t>Summarize what analysts are saying about this stock in simple terms.</w:t>
            </w:r>
          </w:p>
        </w:tc>
        <w:tc>
          <w:tcPr>
            <w:tcW w:w="2160" w:type="dxa"/>
          </w:tcPr>
          <w:p w14:paraId="51347FC5" w14:textId="77777777" w:rsidR="008D785F" w:rsidRDefault="008D785F" w:rsidP="00D81BB1">
            <w:r>
              <w:t>Condensed consensus view without hype</w:t>
            </w:r>
          </w:p>
        </w:tc>
      </w:tr>
      <w:tr w:rsidR="008D785F" w14:paraId="22387AC5" w14:textId="77777777" w:rsidTr="00D81BB1">
        <w:tc>
          <w:tcPr>
            <w:tcW w:w="2160" w:type="dxa"/>
          </w:tcPr>
          <w:p w14:paraId="093F39D4" w14:textId="77777777" w:rsidR="008D785F" w:rsidRDefault="008D785F" w:rsidP="00D81BB1">
            <w:r>
              <w:t>Decision clarity check</w:t>
            </w:r>
          </w:p>
        </w:tc>
        <w:tc>
          <w:tcPr>
            <w:tcW w:w="2160" w:type="dxa"/>
          </w:tcPr>
          <w:p w14:paraId="599A2014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8CD8399" w14:textId="77777777" w:rsidR="008D785F" w:rsidRDefault="008D785F" w:rsidP="00D81BB1">
            <w:r>
              <w:t>Based on fundamentals, explain whether this stock seems stable, risky, or speculative for a beginner investor.</w:t>
            </w:r>
          </w:p>
        </w:tc>
        <w:tc>
          <w:tcPr>
            <w:tcW w:w="2160" w:type="dxa"/>
          </w:tcPr>
          <w:p w14:paraId="4F3E4060" w14:textId="77777777" w:rsidR="008D785F" w:rsidRDefault="008D785F" w:rsidP="00D81BB1">
            <w:r>
              <w:t>Clear categorization to support decision-making</w:t>
            </w:r>
          </w:p>
        </w:tc>
      </w:tr>
    </w:tbl>
    <w:p w14:paraId="6BCA8D83" w14:textId="77777777" w:rsidR="008D785F" w:rsidRDefault="008D785F" w:rsidP="008D785F"/>
    <w:p w14:paraId="362B9B00" w14:textId="7C436E76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6F70289C" w14:textId="77777777" w:rsidR="008D785F" w:rsidRDefault="008D785F" w:rsidP="008D785F">
      <w:pPr>
        <w:pStyle w:val="Heading1"/>
      </w:pPr>
      <w:r>
        <w:lastRenderedPageBreak/>
        <w:t>10 AI Prompts for Understanding Risk &amp; Emotional Control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D785F" w14:paraId="733CA769" w14:textId="77777777" w:rsidTr="00D81BB1">
        <w:tc>
          <w:tcPr>
            <w:tcW w:w="2160" w:type="dxa"/>
          </w:tcPr>
          <w:p w14:paraId="3CD2DB2A" w14:textId="77777777" w:rsidR="008D785F" w:rsidRDefault="008D785F" w:rsidP="00D81BB1">
            <w:r>
              <w:t>What the Prompt Is Used For</w:t>
            </w:r>
          </w:p>
        </w:tc>
        <w:tc>
          <w:tcPr>
            <w:tcW w:w="2160" w:type="dxa"/>
          </w:tcPr>
          <w:p w14:paraId="002EA2B8" w14:textId="77777777" w:rsidR="008D785F" w:rsidRDefault="008D785F" w:rsidP="00D81BB1">
            <w:r>
              <w:t>AI Tool to Use</w:t>
            </w:r>
          </w:p>
        </w:tc>
        <w:tc>
          <w:tcPr>
            <w:tcW w:w="2160" w:type="dxa"/>
          </w:tcPr>
          <w:p w14:paraId="182512C3" w14:textId="77777777" w:rsidR="008D785F" w:rsidRDefault="008D785F" w:rsidP="00D81BB1">
            <w:r>
              <w:t>The Prompt</w:t>
            </w:r>
          </w:p>
        </w:tc>
        <w:tc>
          <w:tcPr>
            <w:tcW w:w="2160" w:type="dxa"/>
          </w:tcPr>
          <w:p w14:paraId="614D72DE" w14:textId="77777777" w:rsidR="008D785F" w:rsidRDefault="008D785F" w:rsidP="00D81BB1">
            <w:r>
              <w:t>What to Expect</w:t>
            </w:r>
          </w:p>
        </w:tc>
      </w:tr>
      <w:tr w:rsidR="008D785F" w14:paraId="2D671C18" w14:textId="77777777" w:rsidTr="00D81BB1">
        <w:tc>
          <w:tcPr>
            <w:tcW w:w="2160" w:type="dxa"/>
          </w:tcPr>
          <w:p w14:paraId="78EF67B8" w14:textId="77777777" w:rsidR="008D785F" w:rsidRDefault="008D785F" w:rsidP="00D81BB1">
            <w:r>
              <w:t>Assessing personal risk tolerance</w:t>
            </w:r>
          </w:p>
        </w:tc>
        <w:tc>
          <w:tcPr>
            <w:tcW w:w="2160" w:type="dxa"/>
          </w:tcPr>
          <w:p w14:paraId="136AF25C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8E07849" w14:textId="77777777" w:rsidR="008D785F" w:rsidRDefault="008D785F" w:rsidP="00D81BB1">
            <w:r>
              <w:t>Ask me simple, non-technical questions to help determine my investing risk tolerance and explain the results in plain language.</w:t>
            </w:r>
          </w:p>
        </w:tc>
        <w:tc>
          <w:tcPr>
            <w:tcW w:w="2160" w:type="dxa"/>
          </w:tcPr>
          <w:p w14:paraId="2673393A" w14:textId="77777777" w:rsidR="008D785F" w:rsidRDefault="008D785F" w:rsidP="00D81BB1">
            <w:r>
              <w:t>A clear explanation of risk comfort level and what it means for investing choices.</w:t>
            </w:r>
          </w:p>
        </w:tc>
      </w:tr>
      <w:tr w:rsidR="008D785F" w14:paraId="234E4E6F" w14:textId="77777777" w:rsidTr="00D81BB1">
        <w:tc>
          <w:tcPr>
            <w:tcW w:w="2160" w:type="dxa"/>
          </w:tcPr>
          <w:p w14:paraId="67AD9D22" w14:textId="77777777" w:rsidR="008D785F" w:rsidRDefault="008D785F" w:rsidP="00D81BB1">
            <w:r>
              <w:t>Understanding risk in a specific investment</w:t>
            </w:r>
          </w:p>
        </w:tc>
        <w:tc>
          <w:tcPr>
            <w:tcW w:w="2160" w:type="dxa"/>
          </w:tcPr>
          <w:p w14:paraId="0A720815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3ACC23A" w14:textId="77777777" w:rsidR="008D785F" w:rsidRDefault="008D785F" w:rsidP="00D81BB1">
            <w:r>
              <w:t>Explain the risks of this investment in simple terms and how it fits my personal risk level.</w:t>
            </w:r>
          </w:p>
        </w:tc>
        <w:tc>
          <w:tcPr>
            <w:tcW w:w="2160" w:type="dxa"/>
          </w:tcPr>
          <w:p w14:paraId="25A4188B" w14:textId="77777777" w:rsidR="008D785F" w:rsidRDefault="008D785F" w:rsidP="00D81BB1">
            <w:r>
              <w:t>Plain-language explanation of downside risks and suitability.</w:t>
            </w:r>
          </w:p>
        </w:tc>
      </w:tr>
      <w:tr w:rsidR="008D785F" w14:paraId="4D1E7B77" w14:textId="77777777" w:rsidTr="00D81BB1">
        <w:tc>
          <w:tcPr>
            <w:tcW w:w="2160" w:type="dxa"/>
          </w:tcPr>
          <w:p w14:paraId="0E23CC2C" w14:textId="77777777" w:rsidR="008D785F" w:rsidRDefault="008D785F" w:rsidP="00D81BB1">
            <w:r>
              <w:t>Managing fear during market drops</w:t>
            </w:r>
          </w:p>
        </w:tc>
        <w:tc>
          <w:tcPr>
            <w:tcW w:w="2160" w:type="dxa"/>
          </w:tcPr>
          <w:p w14:paraId="0E5C7147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B727A9A" w14:textId="77777777" w:rsidR="008D785F" w:rsidRDefault="008D785F" w:rsidP="00D81BB1">
            <w:r>
              <w:t>Help me understand what typically happens during market downturns and how long-term investors usually respond.</w:t>
            </w:r>
          </w:p>
        </w:tc>
        <w:tc>
          <w:tcPr>
            <w:tcW w:w="2160" w:type="dxa"/>
          </w:tcPr>
          <w:p w14:paraId="41D61633" w14:textId="77777777" w:rsidR="008D785F" w:rsidRDefault="008D785F" w:rsidP="00D81BB1">
            <w:r>
              <w:t>Reassurance and context that reduces panic-driven decisions.</w:t>
            </w:r>
          </w:p>
        </w:tc>
      </w:tr>
      <w:tr w:rsidR="008D785F" w14:paraId="2702FD3A" w14:textId="77777777" w:rsidTr="00D81BB1">
        <w:tc>
          <w:tcPr>
            <w:tcW w:w="2160" w:type="dxa"/>
          </w:tcPr>
          <w:p w14:paraId="25737560" w14:textId="77777777" w:rsidR="008D785F" w:rsidRDefault="008D785F" w:rsidP="00D81BB1">
            <w:r>
              <w:t>Recognizing emotional triggers</w:t>
            </w:r>
          </w:p>
        </w:tc>
        <w:tc>
          <w:tcPr>
            <w:tcW w:w="2160" w:type="dxa"/>
          </w:tcPr>
          <w:p w14:paraId="596AA1FD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6AD55700" w14:textId="77777777" w:rsidR="008D785F" w:rsidRDefault="008D785F" w:rsidP="00D81BB1">
            <w:r>
              <w:t>Help me identify emotional triggers like fear, greed, or panic that affect my investing decisions.</w:t>
            </w:r>
          </w:p>
        </w:tc>
        <w:tc>
          <w:tcPr>
            <w:tcW w:w="2160" w:type="dxa"/>
          </w:tcPr>
          <w:p w14:paraId="15779104" w14:textId="77777777" w:rsidR="008D785F" w:rsidRDefault="008D785F" w:rsidP="00D81BB1">
            <w:r>
              <w:t>Greater awareness of emotional patterns that lead to mistakes.</w:t>
            </w:r>
          </w:p>
        </w:tc>
      </w:tr>
      <w:tr w:rsidR="008D785F" w14:paraId="69FF9E39" w14:textId="77777777" w:rsidTr="00D81BB1">
        <w:tc>
          <w:tcPr>
            <w:tcW w:w="2160" w:type="dxa"/>
          </w:tcPr>
          <w:p w14:paraId="38B96B71" w14:textId="77777777" w:rsidR="008D785F" w:rsidRDefault="008D785F" w:rsidP="00D81BB1">
            <w:r>
              <w:t>Avoiding FOMO investing</w:t>
            </w:r>
          </w:p>
        </w:tc>
        <w:tc>
          <w:tcPr>
            <w:tcW w:w="2160" w:type="dxa"/>
          </w:tcPr>
          <w:p w14:paraId="3C5BB1EE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24C5D62C" w14:textId="77777777" w:rsidR="008D785F" w:rsidRDefault="008D785F" w:rsidP="00D81BB1">
            <w:r>
              <w:t>Explain why fear of missing out can lead to poor investing decisions and how to avoid it.</w:t>
            </w:r>
          </w:p>
        </w:tc>
        <w:tc>
          <w:tcPr>
            <w:tcW w:w="2160" w:type="dxa"/>
          </w:tcPr>
          <w:p w14:paraId="54B6203D" w14:textId="77777777" w:rsidR="008D785F" w:rsidRDefault="008D785F" w:rsidP="00D81BB1">
            <w:r>
              <w:t>Clear strategies for resisting hype-driven trades.</w:t>
            </w:r>
          </w:p>
        </w:tc>
      </w:tr>
      <w:tr w:rsidR="008D785F" w14:paraId="743EE397" w14:textId="77777777" w:rsidTr="00D81BB1">
        <w:tc>
          <w:tcPr>
            <w:tcW w:w="2160" w:type="dxa"/>
          </w:tcPr>
          <w:p w14:paraId="0E65D74A" w14:textId="77777777" w:rsidR="008D785F" w:rsidRDefault="008D785F" w:rsidP="00D81BB1">
            <w:r>
              <w:t>Creating emotional investing rules</w:t>
            </w:r>
          </w:p>
        </w:tc>
        <w:tc>
          <w:tcPr>
            <w:tcW w:w="2160" w:type="dxa"/>
          </w:tcPr>
          <w:p w14:paraId="7400D88B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5F804235" w14:textId="77777777" w:rsidR="008D785F" w:rsidRDefault="008D785F" w:rsidP="00D81BB1">
            <w:r>
              <w:t xml:space="preserve">Help me create simple personal rules to follow when markets are </w:t>
            </w:r>
            <w:proofErr w:type="gramStart"/>
            <w:r>
              <w:t>volatile</w:t>
            </w:r>
            <w:proofErr w:type="gramEnd"/>
            <w:r>
              <w:t xml:space="preserve"> so I don’t make emotional decisions.</w:t>
            </w:r>
          </w:p>
        </w:tc>
        <w:tc>
          <w:tcPr>
            <w:tcW w:w="2160" w:type="dxa"/>
          </w:tcPr>
          <w:p w14:paraId="5678D2E1" w14:textId="77777777" w:rsidR="008D785F" w:rsidRDefault="008D785F" w:rsidP="00D81BB1">
            <w:r>
              <w:t xml:space="preserve">A personal checklist </w:t>
            </w:r>
            <w:proofErr w:type="gramStart"/>
            <w:r>
              <w:t>to guide</w:t>
            </w:r>
            <w:proofErr w:type="gramEnd"/>
            <w:r>
              <w:t xml:space="preserve"> calm decision-making.</w:t>
            </w:r>
          </w:p>
        </w:tc>
      </w:tr>
      <w:tr w:rsidR="008D785F" w14:paraId="3D703437" w14:textId="77777777" w:rsidTr="00D81BB1">
        <w:tc>
          <w:tcPr>
            <w:tcW w:w="2160" w:type="dxa"/>
          </w:tcPr>
          <w:p w14:paraId="2BAE209A" w14:textId="77777777" w:rsidR="008D785F" w:rsidRDefault="008D785F" w:rsidP="00D81BB1">
            <w:r>
              <w:lastRenderedPageBreak/>
              <w:t>Comparing emotional vs rational choices</w:t>
            </w:r>
          </w:p>
        </w:tc>
        <w:tc>
          <w:tcPr>
            <w:tcW w:w="2160" w:type="dxa"/>
          </w:tcPr>
          <w:p w14:paraId="52257A74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02D78B10" w14:textId="77777777" w:rsidR="008D785F" w:rsidRDefault="008D785F" w:rsidP="00D81BB1">
            <w:r>
              <w:t>Compare an emotional investing decision versus a rational one using a simple example.</w:t>
            </w:r>
          </w:p>
        </w:tc>
        <w:tc>
          <w:tcPr>
            <w:tcW w:w="2160" w:type="dxa"/>
          </w:tcPr>
          <w:p w14:paraId="21FE8CE7" w14:textId="77777777" w:rsidR="008D785F" w:rsidRDefault="008D785F" w:rsidP="00D81BB1">
            <w:r>
              <w:t>Improved understanding of how emotions impact outcomes.</w:t>
            </w:r>
          </w:p>
        </w:tc>
      </w:tr>
      <w:tr w:rsidR="008D785F" w14:paraId="4E73F604" w14:textId="77777777" w:rsidTr="00D81BB1">
        <w:tc>
          <w:tcPr>
            <w:tcW w:w="2160" w:type="dxa"/>
          </w:tcPr>
          <w:p w14:paraId="148FF89A" w14:textId="77777777" w:rsidR="008D785F" w:rsidRDefault="008D785F" w:rsidP="00D81BB1">
            <w:r>
              <w:t>Preparing for volatility</w:t>
            </w:r>
          </w:p>
        </w:tc>
        <w:tc>
          <w:tcPr>
            <w:tcW w:w="2160" w:type="dxa"/>
          </w:tcPr>
          <w:p w14:paraId="7240DE85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3DA58575" w14:textId="77777777" w:rsidR="008D785F" w:rsidRDefault="008D785F" w:rsidP="00D81BB1">
            <w:r>
              <w:t>Help me mentally prepare for market volatility and explain why ups and downs are normal.</w:t>
            </w:r>
          </w:p>
        </w:tc>
        <w:tc>
          <w:tcPr>
            <w:tcW w:w="2160" w:type="dxa"/>
          </w:tcPr>
          <w:p w14:paraId="11FDBE23" w14:textId="77777777" w:rsidR="008D785F" w:rsidRDefault="008D785F" w:rsidP="00D81BB1">
            <w:r>
              <w:t>More confidence and emotional resilience during swings.</w:t>
            </w:r>
          </w:p>
        </w:tc>
      </w:tr>
      <w:tr w:rsidR="008D785F" w14:paraId="17B5223C" w14:textId="77777777" w:rsidTr="00D81BB1">
        <w:tc>
          <w:tcPr>
            <w:tcW w:w="2160" w:type="dxa"/>
          </w:tcPr>
          <w:p w14:paraId="51B1E539" w14:textId="77777777" w:rsidR="008D785F" w:rsidRDefault="008D785F" w:rsidP="00D81BB1">
            <w:r>
              <w:t>Reviewing past emotional decisions</w:t>
            </w:r>
          </w:p>
        </w:tc>
        <w:tc>
          <w:tcPr>
            <w:tcW w:w="2160" w:type="dxa"/>
          </w:tcPr>
          <w:p w14:paraId="30B39985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751546AD" w14:textId="77777777" w:rsidR="008D785F" w:rsidRDefault="008D785F" w:rsidP="00D81BB1">
            <w:r>
              <w:t>Help me reflect on a past investing decision influenced by emotion and what I can learn from it.</w:t>
            </w:r>
          </w:p>
        </w:tc>
        <w:tc>
          <w:tcPr>
            <w:tcW w:w="2160" w:type="dxa"/>
          </w:tcPr>
          <w:p w14:paraId="4C454000" w14:textId="77777777" w:rsidR="008D785F" w:rsidRDefault="008D785F" w:rsidP="00D81BB1">
            <w:r>
              <w:t>Lessons learned to avoid repeating mistakes.</w:t>
            </w:r>
          </w:p>
        </w:tc>
      </w:tr>
      <w:tr w:rsidR="008D785F" w14:paraId="22DE0A92" w14:textId="77777777" w:rsidTr="00D81BB1">
        <w:tc>
          <w:tcPr>
            <w:tcW w:w="2160" w:type="dxa"/>
          </w:tcPr>
          <w:p w14:paraId="1AEF104C" w14:textId="77777777" w:rsidR="008D785F" w:rsidRDefault="008D785F" w:rsidP="00D81BB1">
            <w:r>
              <w:t>Staying disciplined long-term</w:t>
            </w:r>
          </w:p>
        </w:tc>
        <w:tc>
          <w:tcPr>
            <w:tcW w:w="2160" w:type="dxa"/>
          </w:tcPr>
          <w:p w14:paraId="6050E56F" w14:textId="77777777" w:rsidR="008D785F" w:rsidRDefault="008D785F" w:rsidP="00D81BB1">
            <w:r>
              <w:t>ChatGPT</w:t>
            </w:r>
          </w:p>
        </w:tc>
        <w:tc>
          <w:tcPr>
            <w:tcW w:w="2160" w:type="dxa"/>
          </w:tcPr>
          <w:p w14:paraId="1A7ECB83" w14:textId="77777777" w:rsidR="008D785F" w:rsidRDefault="008D785F" w:rsidP="00D81BB1">
            <w:r>
              <w:t>Help me design a long-term investing mindset that keeps me disciplined during both good and bad markets.</w:t>
            </w:r>
          </w:p>
        </w:tc>
        <w:tc>
          <w:tcPr>
            <w:tcW w:w="2160" w:type="dxa"/>
          </w:tcPr>
          <w:p w14:paraId="0D52218E" w14:textId="77777777" w:rsidR="008D785F" w:rsidRDefault="008D785F" w:rsidP="00D81BB1">
            <w:r>
              <w:t>A mindset framework that supports consistency.</w:t>
            </w:r>
          </w:p>
        </w:tc>
      </w:tr>
    </w:tbl>
    <w:p w14:paraId="3B484F8B" w14:textId="77777777" w:rsidR="008D785F" w:rsidRDefault="008D785F" w:rsidP="008D785F"/>
    <w:p w14:paraId="41F1AC6A" w14:textId="526F4910" w:rsidR="008D785F" w:rsidRDefault="008D785F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5D6C5FE4" w14:textId="77777777" w:rsidR="008D785F" w:rsidRPr="00245F1D" w:rsidRDefault="008D785F" w:rsidP="008D785F">
      <w:pPr>
        <w:pStyle w:val="Heading1"/>
        <w:rPr>
          <w:rFonts w:ascii="Garamond" w:hAnsi="Garamond"/>
        </w:rPr>
      </w:pPr>
      <w:r w:rsidRPr="00245F1D">
        <w:rPr>
          <w:rFonts w:ascii="Garamond" w:hAnsi="Garamond"/>
        </w:rPr>
        <w:lastRenderedPageBreak/>
        <w:t>50 Ready-to-Use AI Prompts for Investors</w:t>
      </w:r>
    </w:p>
    <w:p w14:paraId="21A78353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Use these prompts with tools like ChatGPT, </w:t>
      </w:r>
      <w:proofErr w:type="spellStart"/>
      <w:r w:rsidRPr="00245F1D">
        <w:rPr>
          <w:rFonts w:ascii="Garamond" w:hAnsi="Garamond"/>
          <w:sz w:val="28"/>
          <w:szCs w:val="28"/>
        </w:rPr>
        <w:t>FinChat</w:t>
      </w:r>
      <w:proofErr w:type="spellEnd"/>
      <w:r w:rsidRPr="00245F1D">
        <w:rPr>
          <w:rFonts w:ascii="Garamond" w:hAnsi="Garamond"/>
          <w:sz w:val="28"/>
          <w:szCs w:val="28"/>
        </w:rPr>
        <w:t>, Microsoft Copilot, or Perplexity to instantly generate investment ideas, summaries, and insights. Always verify results with reliable data sources such as Morningstar, Yahoo Finance, or your brokerage.</w:t>
      </w:r>
    </w:p>
    <w:p w14:paraId="3265C44C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Market Research &amp; Trend Discovery</w:t>
      </w:r>
    </w:p>
    <w:p w14:paraId="0528537B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today’s top 5 market-moving news stories and their potential short-term impact on the S&amp;P 500.</w:t>
      </w:r>
    </w:p>
    <w:p w14:paraId="77174E2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What are the strongest performing sectors this week, and what’s driving their momentum?</w:t>
      </w:r>
    </w:p>
    <w:p w14:paraId="541F12E7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Analyze global economic trends that could affect tech stocks this quarter.</w:t>
      </w:r>
    </w:p>
    <w:p w14:paraId="4724F9D1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List 3 undervalued sectors based on current macroeconomic conditions.</w:t>
      </w:r>
    </w:p>
    <w:p w14:paraId="70908EDB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Explain how inflation and interest rate changes are impacting dividend stocks.</w:t>
      </w:r>
    </w:p>
    <w:p w14:paraId="74C54FC8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Stock Analysis &amp; Screening</w:t>
      </w:r>
    </w:p>
    <w:p w14:paraId="50929EF8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Provide a fundamental analysis of [insert company name] using the latest available data.</w:t>
      </w:r>
    </w:p>
    <w:p w14:paraId="23E97EE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Compare [Stock A] vs. [Stock B] for long-term growth potential.</w:t>
      </w:r>
    </w:p>
    <w:p w14:paraId="4FB6A349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Which companies in the renewable energy sector have maintained consistent earnings growth for 5 years?</w:t>
      </w:r>
    </w:p>
    <w:p w14:paraId="2CA2FDE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Find 5 small-cap stocks with strong free cash flow and low debt-to-equity ratios.</w:t>
      </w:r>
    </w:p>
    <w:p w14:paraId="03F3BE0C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analyst sentiment and consensus ratings for [stock ticker].</w:t>
      </w:r>
    </w:p>
    <w:p w14:paraId="38CE8323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Portfolio Building &amp; Diversification</w:t>
      </w:r>
    </w:p>
    <w:p w14:paraId="6589B911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Build a balanced portfolio with 60% stocks, 30% bonds, and 10% cash equivalents.</w:t>
      </w:r>
    </w:p>
    <w:p w14:paraId="6F8DBBD5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Suggest a dividend-focused portfolio with average yield above 4%.</w:t>
      </w:r>
    </w:p>
    <w:p w14:paraId="2B6BC17B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What are 3 ETFs that provide exposure to global clean energy trends?</w:t>
      </w:r>
    </w:p>
    <w:p w14:paraId="5FEA6320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lastRenderedPageBreak/>
        <w:t>• Design a diversified portfolio for a moderate-risk investor with a 10-year horizon.</w:t>
      </w:r>
    </w:p>
    <w:p w14:paraId="3DE99B7E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List 5 low-fee ETFs for long-term index investing.</w:t>
      </w:r>
    </w:p>
    <w:p w14:paraId="45FEF495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Risk Management &amp; Guardrails</w:t>
      </w:r>
    </w:p>
    <w:p w14:paraId="60F9E0B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Explain how I can set AI-driven alerts for when my portfolio’s drawdown exceeds 5%.</w:t>
      </w:r>
    </w:p>
    <w:p w14:paraId="6D2F2F49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List risk management strategies to protect against market volatility.</w:t>
      </w:r>
    </w:p>
    <w:p w14:paraId="4635FD0E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How can AI tools detect overvalued assets in my portfolio?</w:t>
      </w:r>
    </w:p>
    <w:p w14:paraId="2039CD8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Generate a checklist for rebalancing my portfolio quarterly.</w:t>
      </w:r>
    </w:p>
    <w:p w14:paraId="648EFD99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the best AI tools for monitoring risk and volatility.</w:t>
      </w:r>
    </w:p>
    <w:p w14:paraId="5CA3C7F2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Financial Planning &amp; Goal Setting</w:t>
      </w:r>
    </w:p>
    <w:p w14:paraId="123A884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Help me plan how much I need to invest monthly to reach $500,000 in 15 years at 7% annual growth.</w:t>
      </w:r>
    </w:p>
    <w:p w14:paraId="6A8BAF56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Create an AI-assisted savings strategy for buying a home within 5 years.</w:t>
      </w:r>
    </w:p>
    <w:p w14:paraId="0BD26D62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• List the top </w:t>
      </w:r>
      <w:proofErr w:type="spellStart"/>
      <w:r w:rsidRPr="00245F1D">
        <w:rPr>
          <w:rFonts w:ascii="Garamond" w:hAnsi="Garamond"/>
          <w:sz w:val="28"/>
          <w:szCs w:val="28"/>
        </w:rPr>
        <w:t>robo</w:t>
      </w:r>
      <w:proofErr w:type="spellEnd"/>
      <w:r w:rsidRPr="00245F1D">
        <w:rPr>
          <w:rFonts w:ascii="Garamond" w:hAnsi="Garamond"/>
          <w:sz w:val="28"/>
          <w:szCs w:val="28"/>
        </w:rPr>
        <w:t>-advisors that align with moderate risk tolerance.</w:t>
      </w:r>
    </w:p>
    <w:p w14:paraId="22BAF4B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How can I use AI to analyze my monthly spending and find extra investing capital?</w:t>
      </w:r>
    </w:p>
    <w:p w14:paraId="794BA99C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Design an automated plan to increase retirement contributions annually.</w:t>
      </w:r>
    </w:p>
    <w:p w14:paraId="66B6B34A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Earnings &amp; Data Insights</w:t>
      </w:r>
    </w:p>
    <w:p w14:paraId="0A091433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the most recent [Company Name] earnings call in 3 bullet points.</w:t>
      </w:r>
    </w:p>
    <w:p w14:paraId="195894B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What are the top 5 signals to watch for in quarterly earnings reports?</w:t>
      </w:r>
    </w:p>
    <w:p w14:paraId="764ED094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Identify companies reporting earnings this week with strong analyst expectations.</w:t>
      </w:r>
    </w:p>
    <w:p w14:paraId="48A4A744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Find 3 companies that have exceeded revenue targets in 4 consecutive quarters.</w:t>
      </w:r>
    </w:p>
    <w:p w14:paraId="6FB1ABF3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Explain how AI tools predict earnings surprises.</w:t>
      </w:r>
    </w:p>
    <w:p w14:paraId="0E1E77BA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lastRenderedPageBreak/>
        <w:t>Global Markets &amp; Alternative Assets</w:t>
      </w:r>
    </w:p>
    <w:p w14:paraId="41E3C428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Analyze which emerging markets are attracting foreign investment this quarter.</w:t>
      </w:r>
    </w:p>
    <w:p w14:paraId="59E9051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Explain how AI can help track global supply chain trends for investors.</w:t>
      </w:r>
    </w:p>
    <w:p w14:paraId="5B7596B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opportunities and risks in cryptocurrency investing using AI.</w:t>
      </w:r>
    </w:p>
    <w:p w14:paraId="49244712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Which commodities are showing upward momentum according to recent data?</w:t>
      </w:r>
    </w:p>
    <w:p w14:paraId="0FC74DCA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List 3 international ETFs suitable for long-term diversification.</w:t>
      </w:r>
    </w:p>
    <w:p w14:paraId="6C000676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AI for Smarter Investing Decisions</w:t>
      </w:r>
    </w:p>
    <w:p w14:paraId="5804D307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• Generate a daily summary of market sentiment using AI tools like </w:t>
      </w:r>
      <w:proofErr w:type="spellStart"/>
      <w:r w:rsidRPr="00245F1D">
        <w:rPr>
          <w:rFonts w:ascii="Garamond" w:hAnsi="Garamond"/>
          <w:sz w:val="28"/>
          <w:szCs w:val="28"/>
        </w:rPr>
        <w:t>FinChat</w:t>
      </w:r>
      <w:proofErr w:type="spellEnd"/>
      <w:r w:rsidRPr="00245F1D">
        <w:rPr>
          <w:rFonts w:ascii="Garamond" w:hAnsi="Garamond"/>
          <w:sz w:val="28"/>
          <w:szCs w:val="28"/>
        </w:rPr>
        <w:t xml:space="preserve"> or </w:t>
      </w:r>
      <w:proofErr w:type="spellStart"/>
      <w:r w:rsidRPr="00245F1D">
        <w:rPr>
          <w:rFonts w:ascii="Garamond" w:hAnsi="Garamond"/>
          <w:sz w:val="28"/>
          <w:szCs w:val="28"/>
        </w:rPr>
        <w:t>AlphaSense</w:t>
      </w:r>
      <w:proofErr w:type="spellEnd"/>
      <w:r w:rsidRPr="00245F1D">
        <w:rPr>
          <w:rFonts w:ascii="Garamond" w:hAnsi="Garamond"/>
          <w:sz w:val="28"/>
          <w:szCs w:val="28"/>
        </w:rPr>
        <w:t>.</w:t>
      </w:r>
    </w:p>
    <w:p w14:paraId="4C209E9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What AI-powered investing tools are best for retail investors under $10/month?</w:t>
      </w:r>
    </w:p>
    <w:p w14:paraId="1A71DC88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• Compare 3 popular AI </w:t>
      </w:r>
      <w:proofErr w:type="spellStart"/>
      <w:r w:rsidRPr="00245F1D">
        <w:rPr>
          <w:rFonts w:ascii="Garamond" w:hAnsi="Garamond"/>
          <w:sz w:val="28"/>
          <w:szCs w:val="28"/>
        </w:rPr>
        <w:t>robo</w:t>
      </w:r>
      <w:proofErr w:type="spellEnd"/>
      <w:r w:rsidRPr="00245F1D">
        <w:rPr>
          <w:rFonts w:ascii="Garamond" w:hAnsi="Garamond"/>
          <w:sz w:val="28"/>
          <w:szCs w:val="28"/>
        </w:rPr>
        <w:t>-advisors by features, transparency, and cost.</w:t>
      </w:r>
    </w:p>
    <w:p w14:paraId="1D260BAD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How can AI detect signs of market bubbles or over-optimism?</w:t>
      </w:r>
    </w:p>
    <w:p w14:paraId="579A9D26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• Summarize how predictive analytics </w:t>
      </w:r>
      <w:proofErr w:type="gramStart"/>
      <w:r w:rsidRPr="00245F1D">
        <w:rPr>
          <w:rFonts w:ascii="Garamond" w:hAnsi="Garamond"/>
          <w:sz w:val="28"/>
          <w:szCs w:val="28"/>
        </w:rPr>
        <w:t>helps</w:t>
      </w:r>
      <w:proofErr w:type="gramEnd"/>
      <w:r w:rsidRPr="00245F1D">
        <w:rPr>
          <w:rFonts w:ascii="Garamond" w:hAnsi="Garamond"/>
          <w:sz w:val="28"/>
          <w:szCs w:val="28"/>
        </w:rPr>
        <w:t xml:space="preserve"> investors anticipate market corrections.</w:t>
      </w:r>
    </w:p>
    <w:p w14:paraId="618BA893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Ethical &amp; Sustainable Investing</w:t>
      </w:r>
    </w:p>
    <w:p w14:paraId="45CEED36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Create a list of ESG funds with high sustainability scores and consistent performance.</w:t>
      </w:r>
    </w:p>
    <w:p w14:paraId="2E6F1A58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AI tools that rank companies based on carbon emissions data.</w:t>
      </w:r>
    </w:p>
    <w:p w14:paraId="775260C1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Find 5 clean-energy ETFs that align with sustainable investing principles.</w:t>
      </w:r>
    </w:p>
    <w:p w14:paraId="2E56D48F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How can AI identify greenwashing in ESG portfolios?</w:t>
      </w:r>
    </w:p>
    <w:p w14:paraId="542542F2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Build an eco-conscious dividend portfolio with low volatility.</w:t>
      </w:r>
    </w:p>
    <w:p w14:paraId="34862551" w14:textId="77777777" w:rsidR="008D785F" w:rsidRPr="00245F1D" w:rsidRDefault="008D785F" w:rsidP="008D785F">
      <w:pPr>
        <w:pStyle w:val="Heading2"/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Personalized Investing &amp; Learning</w:t>
      </w:r>
    </w:p>
    <w:p w14:paraId="19526161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Based on my age (35), income ($75k), and risk tolerance (moderate), what asset allocation should I consider?</w:t>
      </w:r>
    </w:p>
    <w:p w14:paraId="086E8E9F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lastRenderedPageBreak/>
        <w:t>• Suggest a monthly AI-powered investing routine to stay updated without feeling overwhelmed.</w:t>
      </w:r>
    </w:p>
    <w:p w14:paraId="14622F13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 xml:space="preserve">• What </w:t>
      </w:r>
      <w:proofErr w:type="gramStart"/>
      <w:r w:rsidRPr="00245F1D">
        <w:rPr>
          <w:rFonts w:ascii="Garamond" w:hAnsi="Garamond"/>
          <w:sz w:val="28"/>
          <w:szCs w:val="28"/>
        </w:rPr>
        <w:t>are</w:t>
      </w:r>
      <w:proofErr w:type="gramEnd"/>
      <w:r w:rsidRPr="00245F1D">
        <w:rPr>
          <w:rFonts w:ascii="Garamond" w:hAnsi="Garamond"/>
          <w:sz w:val="28"/>
          <w:szCs w:val="28"/>
        </w:rPr>
        <w:t xml:space="preserve"> the best YouTube or podcast channels that focus on AI and investing?</w:t>
      </w:r>
    </w:p>
    <w:p w14:paraId="15B4A00E" w14:textId="77777777" w:rsidR="008D785F" w:rsidRPr="00245F1D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Summarize 3 AI tools that visualize financial goals and track investment progress.</w:t>
      </w:r>
    </w:p>
    <w:p w14:paraId="4D6CFCBF" w14:textId="77777777" w:rsidR="008D785F" w:rsidRDefault="008D785F" w:rsidP="008D785F">
      <w:pPr>
        <w:rPr>
          <w:rFonts w:ascii="Garamond" w:hAnsi="Garamond"/>
          <w:sz w:val="28"/>
          <w:szCs w:val="28"/>
        </w:rPr>
      </w:pPr>
      <w:r w:rsidRPr="00245F1D">
        <w:rPr>
          <w:rFonts w:ascii="Garamond" w:hAnsi="Garamond"/>
          <w:sz w:val="28"/>
          <w:szCs w:val="28"/>
        </w:rPr>
        <w:t>• How can I use ChatGPT to create a personalized investing journal or logbook?</w:t>
      </w:r>
    </w:p>
    <w:p w14:paraId="6929060C" w14:textId="77777777" w:rsidR="008D785F" w:rsidRDefault="008D785F" w:rsidP="008D785F">
      <w:pPr>
        <w:rPr>
          <w:rFonts w:ascii="Garamond" w:hAnsi="Garamond"/>
          <w:sz w:val="28"/>
          <w:szCs w:val="28"/>
        </w:rPr>
      </w:pPr>
    </w:p>
    <w:p w14:paraId="1252C2B5" w14:textId="77777777" w:rsidR="00245F1D" w:rsidRPr="00245F1D" w:rsidRDefault="00245F1D">
      <w:pPr>
        <w:rPr>
          <w:rFonts w:ascii="Garamond" w:hAnsi="Garamond"/>
          <w:sz w:val="28"/>
          <w:szCs w:val="28"/>
        </w:rPr>
      </w:pPr>
    </w:p>
    <w:sectPr w:rsidR="00245F1D" w:rsidRPr="00245F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6441048">
    <w:abstractNumId w:val="8"/>
  </w:num>
  <w:num w:numId="2" w16cid:durableId="485780446">
    <w:abstractNumId w:val="6"/>
  </w:num>
  <w:num w:numId="3" w16cid:durableId="1432434436">
    <w:abstractNumId w:val="5"/>
  </w:num>
  <w:num w:numId="4" w16cid:durableId="2067364583">
    <w:abstractNumId w:val="4"/>
  </w:num>
  <w:num w:numId="5" w16cid:durableId="1674406085">
    <w:abstractNumId w:val="7"/>
  </w:num>
  <w:num w:numId="6" w16cid:durableId="2144417677">
    <w:abstractNumId w:val="3"/>
  </w:num>
  <w:num w:numId="7" w16cid:durableId="1487630197">
    <w:abstractNumId w:val="2"/>
  </w:num>
  <w:num w:numId="8" w16cid:durableId="98913462">
    <w:abstractNumId w:val="1"/>
  </w:num>
  <w:num w:numId="9" w16cid:durableId="107377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40A"/>
    <w:rsid w:val="0022206E"/>
    <w:rsid w:val="00245F1D"/>
    <w:rsid w:val="00292CB6"/>
    <w:rsid w:val="0029639D"/>
    <w:rsid w:val="00326F90"/>
    <w:rsid w:val="00405F8E"/>
    <w:rsid w:val="00533561"/>
    <w:rsid w:val="008361D5"/>
    <w:rsid w:val="008D785F"/>
    <w:rsid w:val="00AA1D8D"/>
    <w:rsid w:val="00B412F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C7ED7B3-8025-41EE-94CF-916AEF0E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3727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EXT-Anderson, Bjorn</cp:lastModifiedBy>
  <cp:revision>2</cp:revision>
  <dcterms:created xsi:type="dcterms:W3CDTF">2026-05-28T19:32:00Z</dcterms:created>
  <dcterms:modified xsi:type="dcterms:W3CDTF">2026-05-28T19:32:00Z</dcterms:modified>
  <cp:category/>
</cp:coreProperties>
</file>