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4271A" w14:textId="70763420" w:rsidR="00A94B28" w:rsidRDefault="00A94B28">
      <w:pPr>
        <w:pStyle w:val="Heading1"/>
      </w:pPr>
      <w:r>
        <w:rPr>
          <w:noProof/>
        </w:rPr>
        <w:drawing>
          <wp:anchor distT="0" distB="0" distL="114300" distR="114300" simplePos="0" relativeHeight="251658240" behindDoc="0" locked="0" layoutInCell="1" allowOverlap="1" wp14:anchorId="0E032B17" wp14:editId="2FB87AE0">
            <wp:simplePos x="0" y="0"/>
            <wp:positionH relativeFrom="column">
              <wp:posOffset>1511300</wp:posOffset>
            </wp:positionH>
            <wp:positionV relativeFrom="paragraph">
              <wp:posOffset>-844550</wp:posOffset>
            </wp:positionV>
            <wp:extent cx="2457450" cy="1689100"/>
            <wp:effectExtent l="0" t="0" r="0" b="0"/>
            <wp:wrapNone/>
            <wp:docPr id="2081104895"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04895" name="Picture 1" descr="A logo on a black background&#10;&#10;AI-generated content may be incorrect."/>
                    <pic:cNvPicPr/>
                  </pic:nvPicPr>
                  <pic:blipFill>
                    <a:blip r:embed="rId6"/>
                    <a:stretch>
                      <a:fillRect/>
                    </a:stretch>
                  </pic:blipFill>
                  <pic:spPr>
                    <a:xfrm>
                      <a:off x="0" y="0"/>
                      <a:ext cx="2457450" cy="1689100"/>
                    </a:xfrm>
                    <a:prstGeom prst="rect">
                      <a:avLst/>
                    </a:prstGeom>
                  </pic:spPr>
                </pic:pic>
              </a:graphicData>
            </a:graphic>
            <wp14:sizeRelH relativeFrom="margin">
              <wp14:pctWidth>0</wp14:pctWidth>
            </wp14:sizeRelH>
            <wp14:sizeRelV relativeFrom="margin">
              <wp14:pctHeight>0</wp14:pctHeight>
            </wp14:sizeRelV>
          </wp:anchor>
        </w:drawing>
      </w:r>
    </w:p>
    <w:p w14:paraId="6A57AC3B" w14:textId="3DF80F78" w:rsidR="006A6D57" w:rsidRPr="00A94B28" w:rsidRDefault="00000000">
      <w:pPr>
        <w:pStyle w:val="Heading1"/>
        <w:rPr>
          <w:rFonts w:ascii="Times New Roman" w:hAnsi="Times New Roman" w:cs="Times New Roman"/>
        </w:rPr>
      </w:pPr>
      <w:r w:rsidRPr="00A94B28">
        <w:rPr>
          <w:rFonts w:ascii="Times New Roman" w:hAnsi="Times New Roman" w:cs="Times New Roman"/>
        </w:rPr>
        <w:t>Legacy Builders Kingdom Alliance Application &amp; Questionnaire</w:t>
      </w:r>
    </w:p>
    <w:p w14:paraId="40774FBD" w14:textId="4E9D17A3" w:rsidR="006A6D57" w:rsidRPr="00A94B28" w:rsidRDefault="00000000">
      <w:pPr>
        <w:rPr>
          <w:rFonts w:ascii="Times New Roman" w:hAnsi="Times New Roman" w:cs="Times New Roman"/>
        </w:rPr>
      </w:pPr>
      <w:r w:rsidRPr="00A94B28">
        <w:rPr>
          <w:rFonts w:ascii="Times New Roman" w:hAnsi="Times New Roman" w:cs="Times New Roman"/>
        </w:rPr>
        <w:t>Welcome to the Movement.</w:t>
      </w:r>
      <w:r w:rsidRPr="00A94B28">
        <w:rPr>
          <w:rFonts w:ascii="Times New Roman" w:hAnsi="Times New Roman" w:cs="Times New Roman"/>
        </w:rPr>
        <w:br/>
        <w:t>Thank you for your interest in partnering as an Ambassador with Legacy Builders Kingdom Alliance — a chamber of influence for Kingdom-minded entrepreneurs, ministry leaders, professionals, and marketplace influencers. This application will help us align vision, values, and assignment as we build a Kingdom ecosystem together.</w:t>
      </w:r>
    </w:p>
    <w:p w14:paraId="3C3AEC9D" w14:textId="77777777" w:rsidR="006A6D57" w:rsidRPr="00A94B28" w:rsidRDefault="00000000">
      <w:pPr>
        <w:pStyle w:val="Heading2"/>
        <w:rPr>
          <w:rFonts w:ascii="Times New Roman" w:hAnsi="Times New Roman" w:cs="Times New Roman"/>
        </w:rPr>
      </w:pPr>
      <w:r w:rsidRPr="00A94B28">
        <w:rPr>
          <w:rFonts w:ascii="Times New Roman" w:hAnsi="Times New Roman" w:cs="Times New Roman"/>
        </w:rPr>
        <w:t>PART 1: PERSONAL &amp; CONTACT INFORMATION</w:t>
      </w:r>
    </w:p>
    <w:p w14:paraId="3B940C8A" w14:textId="26C891EB" w:rsidR="006A6D57" w:rsidRPr="00A94B28" w:rsidRDefault="00000000">
      <w:pPr>
        <w:rPr>
          <w:rFonts w:ascii="Times New Roman" w:hAnsi="Times New Roman" w:cs="Times New Roman"/>
        </w:rPr>
      </w:pPr>
      <w:r w:rsidRPr="00A94B28">
        <w:rPr>
          <w:rFonts w:ascii="Times New Roman" w:hAnsi="Times New Roman" w:cs="Times New Roman"/>
        </w:rPr>
        <w:t>1. Full Name: ______________________________</w:t>
      </w:r>
    </w:p>
    <w:p w14:paraId="39B1EB3E" w14:textId="77777777" w:rsidR="006A6D57" w:rsidRPr="00A94B28" w:rsidRDefault="00000000">
      <w:pPr>
        <w:rPr>
          <w:rFonts w:ascii="Times New Roman" w:hAnsi="Times New Roman" w:cs="Times New Roman"/>
        </w:rPr>
      </w:pPr>
      <w:r w:rsidRPr="00A94B28">
        <w:rPr>
          <w:rFonts w:ascii="Times New Roman" w:hAnsi="Times New Roman" w:cs="Times New Roman"/>
        </w:rPr>
        <w:t>2. Email: _______________________________</w:t>
      </w:r>
    </w:p>
    <w:p w14:paraId="799A6C95" w14:textId="77777777" w:rsidR="006A6D57" w:rsidRPr="00A94B28" w:rsidRDefault="00000000">
      <w:pPr>
        <w:rPr>
          <w:rFonts w:ascii="Times New Roman" w:hAnsi="Times New Roman" w:cs="Times New Roman"/>
        </w:rPr>
      </w:pPr>
      <w:r w:rsidRPr="00A94B28">
        <w:rPr>
          <w:rFonts w:ascii="Times New Roman" w:hAnsi="Times New Roman" w:cs="Times New Roman"/>
        </w:rPr>
        <w:t>3. Phone: _______________________________</w:t>
      </w:r>
    </w:p>
    <w:p w14:paraId="34447FC6" w14:textId="77777777" w:rsidR="006A6D57" w:rsidRPr="00A94B28" w:rsidRDefault="00000000">
      <w:pPr>
        <w:rPr>
          <w:rFonts w:ascii="Times New Roman" w:hAnsi="Times New Roman" w:cs="Times New Roman"/>
        </w:rPr>
      </w:pPr>
      <w:r w:rsidRPr="00A94B28">
        <w:rPr>
          <w:rFonts w:ascii="Times New Roman" w:hAnsi="Times New Roman" w:cs="Times New Roman"/>
        </w:rPr>
        <w:t>4. City &amp; State: _______________________________</w:t>
      </w:r>
    </w:p>
    <w:p w14:paraId="42E69B48" w14:textId="77777777" w:rsidR="006A6D57" w:rsidRPr="00A94B28" w:rsidRDefault="00000000">
      <w:pPr>
        <w:rPr>
          <w:rFonts w:ascii="Times New Roman" w:hAnsi="Times New Roman" w:cs="Times New Roman"/>
        </w:rPr>
      </w:pPr>
      <w:r w:rsidRPr="00A94B28">
        <w:rPr>
          <w:rFonts w:ascii="Times New Roman" w:hAnsi="Times New Roman" w:cs="Times New Roman"/>
        </w:rPr>
        <w:t>5. Date of Birth: _______________________________</w:t>
      </w:r>
    </w:p>
    <w:p w14:paraId="23DFF685" w14:textId="77777777" w:rsidR="006A6D57" w:rsidRPr="00A94B28" w:rsidRDefault="00000000">
      <w:pPr>
        <w:rPr>
          <w:rFonts w:ascii="Times New Roman" w:hAnsi="Times New Roman" w:cs="Times New Roman"/>
        </w:rPr>
      </w:pPr>
      <w:r w:rsidRPr="00A94B28">
        <w:rPr>
          <w:rFonts w:ascii="Times New Roman" w:hAnsi="Times New Roman" w:cs="Times New Roman"/>
        </w:rPr>
        <w:t>6. Marital Status: _______________________________</w:t>
      </w:r>
    </w:p>
    <w:p w14:paraId="62010C3A" w14:textId="77777777" w:rsidR="006A6D57" w:rsidRPr="00A94B28" w:rsidRDefault="00000000">
      <w:pPr>
        <w:rPr>
          <w:rFonts w:ascii="Times New Roman" w:hAnsi="Times New Roman" w:cs="Times New Roman"/>
        </w:rPr>
      </w:pPr>
      <w:r w:rsidRPr="00A94B28">
        <w:rPr>
          <w:rFonts w:ascii="Times New Roman" w:hAnsi="Times New Roman" w:cs="Times New Roman"/>
        </w:rPr>
        <w:t>7. Website/Social Media (if applicable): _______________________________</w:t>
      </w:r>
    </w:p>
    <w:p w14:paraId="5D3F0AF3" w14:textId="77777777" w:rsidR="006A6D57" w:rsidRPr="00A94B28" w:rsidRDefault="00000000">
      <w:pPr>
        <w:rPr>
          <w:rFonts w:ascii="Times New Roman" w:hAnsi="Times New Roman" w:cs="Times New Roman"/>
        </w:rPr>
      </w:pPr>
      <w:r w:rsidRPr="00A94B28">
        <w:rPr>
          <w:rFonts w:ascii="Times New Roman" w:hAnsi="Times New Roman" w:cs="Times New Roman"/>
        </w:rPr>
        <w:t xml:space="preserve">8. Preferred Method of Communication: </w:t>
      </w:r>
      <w:r w:rsidRPr="00A94B28">
        <w:rPr>
          <w:rFonts w:ascii="Segoe UI Symbol" w:hAnsi="Segoe UI Symbol" w:cs="Segoe UI Symbol"/>
        </w:rPr>
        <w:t>☐</w:t>
      </w:r>
      <w:r w:rsidRPr="00A94B28">
        <w:rPr>
          <w:rFonts w:ascii="Times New Roman" w:hAnsi="Times New Roman" w:cs="Times New Roman"/>
        </w:rPr>
        <w:t xml:space="preserve"> Phone </w:t>
      </w:r>
      <w:r w:rsidRPr="00A94B28">
        <w:rPr>
          <w:rFonts w:ascii="Segoe UI Symbol" w:hAnsi="Segoe UI Symbol" w:cs="Segoe UI Symbol"/>
        </w:rPr>
        <w:t>☐</w:t>
      </w:r>
      <w:r w:rsidRPr="00A94B28">
        <w:rPr>
          <w:rFonts w:ascii="Times New Roman" w:hAnsi="Times New Roman" w:cs="Times New Roman"/>
        </w:rPr>
        <w:t xml:space="preserve"> Email </w:t>
      </w:r>
      <w:r w:rsidRPr="00A94B28">
        <w:rPr>
          <w:rFonts w:ascii="Segoe UI Symbol" w:hAnsi="Segoe UI Symbol" w:cs="Segoe UI Symbol"/>
        </w:rPr>
        <w:t>☐</w:t>
      </w:r>
      <w:r w:rsidRPr="00A94B28">
        <w:rPr>
          <w:rFonts w:ascii="Times New Roman" w:hAnsi="Times New Roman" w:cs="Times New Roman"/>
        </w:rPr>
        <w:t xml:space="preserve"> Text </w:t>
      </w:r>
      <w:r w:rsidRPr="00A94B28">
        <w:rPr>
          <w:rFonts w:ascii="Segoe UI Symbol" w:hAnsi="Segoe UI Symbol" w:cs="Segoe UI Symbol"/>
        </w:rPr>
        <w:t>☐</w:t>
      </w:r>
      <w:r w:rsidRPr="00A94B28">
        <w:rPr>
          <w:rFonts w:ascii="Times New Roman" w:hAnsi="Times New Roman" w:cs="Times New Roman"/>
        </w:rPr>
        <w:t xml:space="preserve"> WhatsApp</w:t>
      </w:r>
    </w:p>
    <w:p w14:paraId="5693EC1C" w14:textId="77777777" w:rsidR="006A6D57" w:rsidRPr="00A94B28" w:rsidRDefault="00000000">
      <w:pPr>
        <w:pStyle w:val="Heading2"/>
        <w:rPr>
          <w:rFonts w:ascii="Times New Roman" w:hAnsi="Times New Roman" w:cs="Times New Roman"/>
        </w:rPr>
      </w:pPr>
      <w:r w:rsidRPr="00A94B28">
        <w:rPr>
          <w:rFonts w:ascii="Times New Roman" w:hAnsi="Times New Roman" w:cs="Times New Roman"/>
        </w:rPr>
        <w:t>PART 2: PROFESSIONAL &amp; MINISTRY BACKGROUND</w:t>
      </w:r>
    </w:p>
    <w:p w14:paraId="03D5D43A" w14:textId="77777777" w:rsidR="006A6D57" w:rsidRPr="00A94B28" w:rsidRDefault="00000000">
      <w:pPr>
        <w:rPr>
          <w:rFonts w:ascii="Times New Roman" w:hAnsi="Times New Roman" w:cs="Times New Roman"/>
        </w:rPr>
      </w:pPr>
      <w:r w:rsidRPr="00A94B28">
        <w:rPr>
          <w:rFonts w:ascii="Times New Roman" w:hAnsi="Times New Roman" w:cs="Times New Roman"/>
        </w:rPr>
        <w:t xml:space="preserve">1. Are you currently involved in… </w:t>
      </w:r>
      <w:r w:rsidRPr="00A94B28">
        <w:rPr>
          <w:rFonts w:ascii="Segoe UI Symbol" w:hAnsi="Segoe UI Symbol" w:cs="Segoe UI Symbol"/>
        </w:rPr>
        <w:t>☐</w:t>
      </w:r>
      <w:r w:rsidRPr="00A94B28">
        <w:rPr>
          <w:rFonts w:ascii="Times New Roman" w:hAnsi="Times New Roman" w:cs="Times New Roman"/>
        </w:rPr>
        <w:t xml:space="preserve"> Business </w:t>
      </w:r>
      <w:r w:rsidRPr="00A94B28">
        <w:rPr>
          <w:rFonts w:ascii="Segoe UI Symbol" w:hAnsi="Segoe UI Symbol" w:cs="Segoe UI Symbol"/>
        </w:rPr>
        <w:t>☐</w:t>
      </w:r>
      <w:r w:rsidRPr="00A94B28">
        <w:rPr>
          <w:rFonts w:ascii="Times New Roman" w:hAnsi="Times New Roman" w:cs="Times New Roman"/>
        </w:rPr>
        <w:t xml:space="preserve"> Ministry </w:t>
      </w:r>
      <w:r w:rsidRPr="00A94B28">
        <w:rPr>
          <w:rFonts w:ascii="Segoe UI Symbol" w:hAnsi="Segoe UI Symbol" w:cs="Segoe UI Symbol"/>
        </w:rPr>
        <w:t>☐</w:t>
      </w:r>
      <w:r w:rsidRPr="00A94B28">
        <w:rPr>
          <w:rFonts w:ascii="Times New Roman" w:hAnsi="Times New Roman" w:cs="Times New Roman"/>
        </w:rPr>
        <w:t xml:space="preserve"> Workforce </w:t>
      </w:r>
      <w:r w:rsidRPr="00A94B28">
        <w:rPr>
          <w:rFonts w:ascii="Segoe UI Symbol" w:hAnsi="Segoe UI Symbol" w:cs="Segoe UI Symbol"/>
        </w:rPr>
        <w:t>☐</w:t>
      </w:r>
      <w:r w:rsidRPr="00A94B28">
        <w:rPr>
          <w:rFonts w:ascii="Times New Roman" w:hAnsi="Times New Roman" w:cs="Times New Roman"/>
        </w:rPr>
        <w:t xml:space="preserve"> All Three </w:t>
      </w:r>
      <w:r w:rsidRPr="00A94B28">
        <w:rPr>
          <w:rFonts w:ascii="Segoe UI Symbol" w:hAnsi="Segoe UI Symbol" w:cs="Segoe UI Symbol"/>
        </w:rPr>
        <w:t>☐</w:t>
      </w:r>
      <w:r w:rsidRPr="00A94B28">
        <w:rPr>
          <w:rFonts w:ascii="Times New Roman" w:hAnsi="Times New Roman" w:cs="Times New Roman"/>
        </w:rPr>
        <w:t xml:space="preserve"> Other (please explain): _______________________________</w:t>
      </w:r>
    </w:p>
    <w:p w14:paraId="3D3B77AF" w14:textId="77777777" w:rsidR="006A6D57" w:rsidRPr="00A94B28" w:rsidRDefault="00000000">
      <w:pPr>
        <w:rPr>
          <w:rFonts w:ascii="Times New Roman" w:hAnsi="Times New Roman" w:cs="Times New Roman"/>
        </w:rPr>
      </w:pPr>
      <w:r w:rsidRPr="00A94B28">
        <w:rPr>
          <w:rFonts w:ascii="Times New Roman" w:hAnsi="Times New Roman" w:cs="Times New Roman"/>
        </w:rPr>
        <w:t>2. Business/Ministry Name: _______________________________</w:t>
      </w:r>
    </w:p>
    <w:p w14:paraId="2D6B3A69" w14:textId="77777777" w:rsidR="006A6D57" w:rsidRPr="00A94B28" w:rsidRDefault="00000000">
      <w:pPr>
        <w:rPr>
          <w:rFonts w:ascii="Times New Roman" w:hAnsi="Times New Roman" w:cs="Times New Roman"/>
        </w:rPr>
      </w:pPr>
      <w:r w:rsidRPr="00A94B28">
        <w:rPr>
          <w:rFonts w:ascii="Times New Roman" w:hAnsi="Times New Roman" w:cs="Times New Roman"/>
        </w:rPr>
        <w:t>3. Role/Title: _______________________________</w:t>
      </w:r>
    </w:p>
    <w:p w14:paraId="05AC8CB7" w14:textId="77777777" w:rsidR="006A6D57" w:rsidRPr="00A94B28" w:rsidRDefault="00000000">
      <w:pPr>
        <w:rPr>
          <w:rFonts w:ascii="Times New Roman" w:hAnsi="Times New Roman" w:cs="Times New Roman"/>
        </w:rPr>
      </w:pPr>
      <w:r w:rsidRPr="00A94B28">
        <w:rPr>
          <w:rFonts w:ascii="Times New Roman" w:hAnsi="Times New Roman" w:cs="Times New Roman"/>
        </w:rPr>
        <w:t>4. Years in Operation: _______________________________</w:t>
      </w:r>
    </w:p>
    <w:p w14:paraId="479EEF4B" w14:textId="77777777" w:rsidR="006A6D57" w:rsidRPr="00A94B28" w:rsidRDefault="00000000">
      <w:pPr>
        <w:rPr>
          <w:rFonts w:ascii="Times New Roman" w:hAnsi="Times New Roman" w:cs="Times New Roman"/>
        </w:rPr>
      </w:pPr>
      <w:r w:rsidRPr="00A94B28">
        <w:rPr>
          <w:rFonts w:ascii="Times New Roman" w:hAnsi="Times New Roman" w:cs="Times New Roman"/>
        </w:rPr>
        <w:t>5. Briefly describe what you do professionally:</w:t>
      </w:r>
    </w:p>
    <w:p w14:paraId="374EED88" w14:textId="31729D5A" w:rsidR="006A6D57" w:rsidRPr="00A94B28" w:rsidRDefault="00000000">
      <w:pPr>
        <w:rPr>
          <w:rFonts w:ascii="Times New Roman" w:hAnsi="Times New Roman" w:cs="Times New Roman"/>
        </w:rPr>
      </w:pPr>
      <w:r w:rsidRPr="00A94B28">
        <w:rPr>
          <w:rFonts w:ascii="Times New Roman" w:hAnsi="Times New Roman" w:cs="Times New Roman"/>
        </w:rPr>
        <w:t>______________________________________________________________________________</w:t>
      </w:r>
    </w:p>
    <w:p w14:paraId="69FB59B6" w14:textId="77777777" w:rsidR="006A6D57" w:rsidRPr="00A94B28" w:rsidRDefault="00000000">
      <w:pPr>
        <w:rPr>
          <w:rFonts w:ascii="Times New Roman" w:hAnsi="Times New Roman" w:cs="Times New Roman"/>
        </w:rPr>
      </w:pPr>
      <w:r w:rsidRPr="00A94B28">
        <w:rPr>
          <w:rFonts w:ascii="Times New Roman" w:hAnsi="Times New Roman" w:cs="Times New Roman"/>
        </w:rPr>
        <w:t xml:space="preserve">6. What sector(s) of society are you currently involved in? </w:t>
      </w:r>
      <w:r w:rsidRPr="00A94B28">
        <w:rPr>
          <w:rFonts w:ascii="Segoe UI Symbol" w:hAnsi="Segoe UI Symbol" w:cs="Segoe UI Symbol"/>
        </w:rPr>
        <w:t>☐</w:t>
      </w:r>
      <w:r w:rsidRPr="00A94B28">
        <w:rPr>
          <w:rFonts w:ascii="Times New Roman" w:hAnsi="Times New Roman" w:cs="Times New Roman"/>
        </w:rPr>
        <w:t xml:space="preserve"> Faith </w:t>
      </w:r>
      <w:r w:rsidRPr="00A94B28">
        <w:rPr>
          <w:rFonts w:ascii="Segoe UI Symbol" w:hAnsi="Segoe UI Symbol" w:cs="Segoe UI Symbol"/>
        </w:rPr>
        <w:t>☐</w:t>
      </w:r>
      <w:r w:rsidRPr="00A94B28">
        <w:rPr>
          <w:rFonts w:ascii="Times New Roman" w:hAnsi="Times New Roman" w:cs="Times New Roman"/>
        </w:rPr>
        <w:t xml:space="preserve"> Business </w:t>
      </w:r>
      <w:r w:rsidRPr="00A94B28">
        <w:rPr>
          <w:rFonts w:ascii="Segoe UI Symbol" w:hAnsi="Segoe UI Symbol" w:cs="Segoe UI Symbol"/>
        </w:rPr>
        <w:t>☐</w:t>
      </w:r>
      <w:r w:rsidRPr="00A94B28">
        <w:rPr>
          <w:rFonts w:ascii="Times New Roman" w:hAnsi="Times New Roman" w:cs="Times New Roman"/>
        </w:rPr>
        <w:t xml:space="preserve"> Education </w:t>
      </w:r>
      <w:r w:rsidRPr="00A94B28">
        <w:rPr>
          <w:rFonts w:ascii="Segoe UI Symbol" w:hAnsi="Segoe UI Symbol" w:cs="Segoe UI Symbol"/>
        </w:rPr>
        <w:t>☐</w:t>
      </w:r>
      <w:r w:rsidRPr="00A94B28">
        <w:rPr>
          <w:rFonts w:ascii="Times New Roman" w:hAnsi="Times New Roman" w:cs="Times New Roman"/>
        </w:rPr>
        <w:t xml:space="preserve"> Government </w:t>
      </w:r>
      <w:r w:rsidRPr="00A94B28">
        <w:rPr>
          <w:rFonts w:ascii="Segoe UI Symbol" w:hAnsi="Segoe UI Symbol" w:cs="Segoe UI Symbol"/>
        </w:rPr>
        <w:t>☐</w:t>
      </w:r>
      <w:r w:rsidRPr="00A94B28">
        <w:rPr>
          <w:rFonts w:ascii="Times New Roman" w:hAnsi="Times New Roman" w:cs="Times New Roman"/>
        </w:rPr>
        <w:t xml:space="preserve"> Media </w:t>
      </w:r>
      <w:r w:rsidRPr="00A94B28">
        <w:rPr>
          <w:rFonts w:ascii="Segoe UI Symbol" w:hAnsi="Segoe UI Symbol" w:cs="Segoe UI Symbol"/>
        </w:rPr>
        <w:t>☐</w:t>
      </w:r>
      <w:r w:rsidRPr="00A94B28">
        <w:rPr>
          <w:rFonts w:ascii="Times New Roman" w:hAnsi="Times New Roman" w:cs="Times New Roman"/>
        </w:rPr>
        <w:t xml:space="preserve"> Arts/Entertainment </w:t>
      </w:r>
      <w:r w:rsidRPr="00A94B28">
        <w:rPr>
          <w:rFonts w:ascii="Segoe UI Symbol" w:hAnsi="Segoe UI Symbol" w:cs="Segoe UI Symbol"/>
        </w:rPr>
        <w:t>☐</w:t>
      </w:r>
      <w:r w:rsidRPr="00A94B28">
        <w:rPr>
          <w:rFonts w:ascii="Times New Roman" w:hAnsi="Times New Roman" w:cs="Times New Roman"/>
        </w:rPr>
        <w:t xml:space="preserve"> Family </w:t>
      </w:r>
      <w:r w:rsidRPr="00A94B28">
        <w:rPr>
          <w:rFonts w:ascii="Segoe UI Symbol" w:hAnsi="Segoe UI Symbol" w:cs="Segoe UI Symbol"/>
        </w:rPr>
        <w:t>☐</w:t>
      </w:r>
      <w:r w:rsidRPr="00A94B28">
        <w:rPr>
          <w:rFonts w:ascii="Times New Roman" w:hAnsi="Times New Roman" w:cs="Times New Roman"/>
        </w:rPr>
        <w:t xml:space="preserve"> Other: ____________</w:t>
      </w:r>
    </w:p>
    <w:p w14:paraId="6AAD9D1E" w14:textId="77777777" w:rsidR="006A6D57" w:rsidRPr="00A94B28" w:rsidRDefault="00000000">
      <w:pPr>
        <w:rPr>
          <w:rFonts w:ascii="Times New Roman" w:hAnsi="Times New Roman" w:cs="Times New Roman"/>
        </w:rPr>
      </w:pPr>
      <w:r w:rsidRPr="00A94B28">
        <w:rPr>
          <w:rFonts w:ascii="Times New Roman" w:hAnsi="Times New Roman" w:cs="Times New Roman"/>
        </w:rPr>
        <w:t xml:space="preserve">7. What sector(s) of society do you desire to influence and impact? </w:t>
      </w:r>
      <w:r w:rsidRPr="00A94B28">
        <w:rPr>
          <w:rFonts w:ascii="Segoe UI Symbol" w:hAnsi="Segoe UI Symbol" w:cs="Segoe UI Symbol"/>
        </w:rPr>
        <w:t>☐</w:t>
      </w:r>
      <w:r w:rsidRPr="00A94B28">
        <w:rPr>
          <w:rFonts w:ascii="Times New Roman" w:hAnsi="Times New Roman" w:cs="Times New Roman"/>
        </w:rPr>
        <w:t xml:space="preserve"> Faith </w:t>
      </w:r>
      <w:r w:rsidRPr="00A94B28">
        <w:rPr>
          <w:rFonts w:ascii="Segoe UI Symbol" w:hAnsi="Segoe UI Symbol" w:cs="Segoe UI Symbol"/>
        </w:rPr>
        <w:t>☐</w:t>
      </w:r>
      <w:r w:rsidRPr="00A94B28">
        <w:rPr>
          <w:rFonts w:ascii="Times New Roman" w:hAnsi="Times New Roman" w:cs="Times New Roman"/>
        </w:rPr>
        <w:t xml:space="preserve"> Business </w:t>
      </w:r>
      <w:r w:rsidRPr="00A94B28">
        <w:rPr>
          <w:rFonts w:ascii="Segoe UI Symbol" w:hAnsi="Segoe UI Symbol" w:cs="Segoe UI Symbol"/>
        </w:rPr>
        <w:t>☐</w:t>
      </w:r>
      <w:r w:rsidRPr="00A94B28">
        <w:rPr>
          <w:rFonts w:ascii="Times New Roman" w:hAnsi="Times New Roman" w:cs="Times New Roman"/>
        </w:rPr>
        <w:t xml:space="preserve"> Education </w:t>
      </w:r>
      <w:r w:rsidRPr="00A94B28">
        <w:rPr>
          <w:rFonts w:ascii="Segoe UI Symbol" w:hAnsi="Segoe UI Symbol" w:cs="Segoe UI Symbol"/>
        </w:rPr>
        <w:t>☐</w:t>
      </w:r>
      <w:r w:rsidRPr="00A94B28">
        <w:rPr>
          <w:rFonts w:ascii="Times New Roman" w:hAnsi="Times New Roman" w:cs="Times New Roman"/>
        </w:rPr>
        <w:t xml:space="preserve"> Government </w:t>
      </w:r>
      <w:r w:rsidRPr="00A94B28">
        <w:rPr>
          <w:rFonts w:ascii="Segoe UI Symbol" w:hAnsi="Segoe UI Symbol" w:cs="Segoe UI Symbol"/>
        </w:rPr>
        <w:t>☐</w:t>
      </w:r>
      <w:r w:rsidRPr="00A94B28">
        <w:rPr>
          <w:rFonts w:ascii="Times New Roman" w:hAnsi="Times New Roman" w:cs="Times New Roman"/>
        </w:rPr>
        <w:t xml:space="preserve"> Media </w:t>
      </w:r>
      <w:r w:rsidRPr="00A94B28">
        <w:rPr>
          <w:rFonts w:ascii="Segoe UI Symbol" w:hAnsi="Segoe UI Symbol" w:cs="Segoe UI Symbol"/>
        </w:rPr>
        <w:t>☐</w:t>
      </w:r>
      <w:r w:rsidRPr="00A94B28">
        <w:rPr>
          <w:rFonts w:ascii="Times New Roman" w:hAnsi="Times New Roman" w:cs="Times New Roman"/>
        </w:rPr>
        <w:t xml:space="preserve"> Arts/Entertainment </w:t>
      </w:r>
      <w:r w:rsidRPr="00A94B28">
        <w:rPr>
          <w:rFonts w:ascii="Segoe UI Symbol" w:hAnsi="Segoe UI Symbol" w:cs="Segoe UI Symbol"/>
        </w:rPr>
        <w:t>☐</w:t>
      </w:r>
      <w:r w:rsidRPr="00A94B28">
        <w:rPr>
          <w:rFonts w:ascii="Times New Roman" w:hAnsi="Times New Roman" w:cs="Times New Roman"/>
        </w:rPr>
        <w:t xml:space="preserve"> Family </w:t>
      </w:r>
      <w:r w:rsidRPr="00A94B28">
        <w:rPr>
          <w:rFonts w:ascii="Segoe UI Symbol" w:hAnsi="Segoe UI Symbol" w:cs="Segoe UI Symbol"/>
        </w:rPr>
        <w:t>☐</w:t>
      </w:r>
      <w:r w:rsidRPr="00A94B28">
        <w:rPr>
          <w:rFonts w:ascii="Times New Roman" w:hAnsi="Times New Roman" w:cs="Times New Roman"/>
        </w:rPr>
        <w:t xml:space="preserve"> Other: ____________</w:t>
      </w:r>
    </w:p>
    <w:p w14:paraId="2171675C" w14:textId="77777777" w:rsidR="006A6D57" w:rsidRPr="00A94B28" w:rsidRDefault="00000000">
      <w:pPr>
        <w:pStyle w:val="Heading2"/>
        <w:rPr>
          <w:rFonts w:ascii="Times New Roman" w:hAnsi="Times New Roman" w:cs="Times New Roman"/>
        </w:rPr>
      </w:pPr>
      <w:r w:rsidRPr="00A94B28">
        <w:rPr>
          <w:rFonts w:ascii="Times New Roman" w:hAnsi="Times New Roman" w:cs="Times New Roman"/>
        </w:rPr>
        <w:lastRenderedPageBreak/>
        <w:t>PART 3: KINGDOM ALIGNMENT &amp; VISION</w:t>
      </w:r>
    </w:p>
    <w:p w14:paraId="1696F7A3" w14:textId="77777777" w:rsidR="006A6D57" w:rsidRPr="00A94B28" w:rsidRDefault="00000000">
      <w:pPr>
        <w:rPr>
          <w:rFonts w:ascii="Times New Roman" w:hAnsi="Times New Roman" w:cs="Times New Roman"/>
        </w:rPr>
      </w:pPr>
      <w:r w:rsidRPr="00A94B28">
        <w:rPr>
          <w:rFonts w:ascii="Times New Roman" w:hAnsi="Times New Roman" w:cs="Times New Roman"/>
        </w:rPr>
        <w:t>1. What does the term “Legacy Builder” mean to you personally?</w:t>
      </w:r>
    </w:p>
    <w:p w14:paraId="38A6D912" w14:textId="0B9CF48E" w:rsidR="006A6D57" w:rsidRPr="00A94B28" w:rsidRDefault="00000000">
      <w:pPr>
        <w:rPr>
          <w:rFonts w:ascii="Times New Roman" w:hAnsi="Times New Roman" w:cs="Times New Roman"/>
        </w:rPr>
      </w:pPr>
      <w:r w:rsidRPr="00A94B28">
        <w:rPr>
          <w:rFonts w:ascii="Times New Roman" w:hAnsi="Times New Roman" w:cs="Times New Roman"/>
        </w:rPr>
        <w:t>_____________________________________________________________________________</w:t>
      </w:r>
      <w:r w:rsidR="00A94B28">
        <w:rPr>
          <w:rFonts w:ascii="Times New Roman" w:hAnsi="Times New Roman" w:cs="Times New Roman"/>
        </w:rPr>
        <w:t>_</w:t>
      </w:r>
    </w:p>
    <w:p w14:paraId="73E24B7F" w14:textId="77777777" w:rsidR="006A6D57" w:rsidRPr="00A94B28" w:rsidRDefault="00000000">
      <w:pPr>
        <w:rPr>
          <w:rFonts w:ascii="Times New Roman" w:hAnsi="Times New Roman" w:cs="Times New Roman"/>
        </w:rPr>
      </w:pPr>
      <w:r w:rsidRPr="00A94B28">
        <w:rPr>
          <w:rFonts w:ascii="Times New Roman" w:hAnsi="Times New Roman" w:cs="Times New Roman"/>
        </w:rPr>
        <w:t>2. Why do you want to join the Legacy Builders Kingdom Alliance?</w:t>
      </w:r>
    </w:p>
    <w:p w14:paraId="4B773DAC" w14:textId="5950CB88" w:rsidR="006A6D57" w:rsidRPr="00A94B28" w:rsidRDefault="00000000">
      <w:pPr>
        <w:rPr>
          <w:rFonts w:ascii="Times New Roman" w:hAnsi="Times New Roman" w:cs="Times New Roman"/>
        </w:rPr>
      </w:pPr>
      <w:r w:rsidRPr="00A94B28">
        <w:rPr>
          <w:rFonts w:ascii="Times New Roman" w:hAnsi="Times New Roman" w:cs="Times New Roman"/>
        </w:rPr>
        <w:t>___________________________________________________________________________</w:t>
      </w:r>
      <w:r w:rsidR="00A94B28">
        <w:rPr>
          <w:rFonts w:ascii="Times New Roman" w:hAnsi="Times New Roman" w:cs="Times New Roman"/>
        </w:rPr>
        <w:t>___</w:t>
      </w:r>
    </w:p>
    <w:p w14:paraId="3885D71C" w14:textId="77777777" w:rsidR="006A6D57" w:rsidRPr="00A94B28" w:rsidRDefault="00000000">
      <w:pPr>
        <w:rPr>
          <w:rFonts w:ascii="Times New Roman" w:hAnsi="Times New Roman" w:cs="Times New Roman"/>
        </w:rPr>
      </w:pPr>
      <w:r w:rsidRPr="00A94B28">
        <w:rPr>
          <w:rFonts w:ascii="Times New Roman" w:hAnsi="Times New Roman" w:cs="Times New Roman"/>
        </w:rPr>
        <w:t>3. What do you feel your Kingdom assignment is at this moment?</w:t>
      </w:r>
    </w:p>
    <w:p w14:paraId="019A2F08" w14:textId="6948DCA2" w:rsidR="006A6D57" w:rsidRPr="00A94B28" w:rsidRDefault="00000000">
      <w:pPr>
        <w:rPr>
          <w:rFonts w:ascii="Times New Roman" w:hAnsi="Times New Roman" w:cs="Times New Roman"/>
        </w:rPr>
      </w:pPr>
      <w:r w:rsidRPr="00A94B28">
        <w:rPr>
          <w:rFonts w:ascii="Times New Roman" w:hAnsi="Times New Roman" w:cs="Times New Roman"/>
        </w:rPr>
        <w:t>___________________________________________________________________________</w:t>
      </w:r>
      <w:r w:rsidR="00A94B28">
        <w:rPr>
          <w:rFonts w:ascii="Times New Roman" w:hAnsi="Times New Roman" w:cs="Times New Roman"/>
        </w:rPr>
        <w:t>___</w:t>
      </w:r>
    </w:p>
    <w:p w14:paraId="130B01ED" w14:textId="77777777" w:rsidR="006A6D57" w:rsidRPr="00A94B28" w:rsidRDefault="00000000">
      <w:pPr>
        <w:rPr>
          <w:rFonts w:ascii="Times New Roman" w:hAnsi="Times New Roman" w:cs="Times New Roman"/>
        </w:rPr>
      </w:pPr>
      <w:r w:rsidRPr="00A94B28">
        <w:rPr>
          <w:rFonts w:ascii="Times New Roman" w:hAnsi="Times New Roman" w:cs="Times New Roman"/>
        </w:rPr>
        <w:t>4. Are you currently under spiritual covering (Connected with a Spiritual leader?) If yes, please share the name and relationship.</w:t>
      </w:r>
    </w:p>
    <w:p w14:paraId="2855A788" w14:textId="4D3368D5" w:rsidR="006A6D57" w:rsidRPr="00A94B28" w:rsidRDefault="00000000">
      <w:pPr>
        <w:rPr>
          <w:rFonts w:ascii="Times New Roman" w:hAnsi="Times New Roman" w:cs="Times New Roman"/>
        </w:rPr>
      </w:pPr>
      <w:r w:rsidRPr="00A94B28">
        <w:rPr>
          <w:rFonts w:ascii="Times New Roman" w:hAnsi="Times New Roman" w:cs="Times New Roman"/>
        </w:rPr>
        <w:t>______________________________________________________________________________</w:t>
      </w:r>
    </w:p>
    <w:p w14:paraId="7908E7DA" w14:textId="77777777" w:rsidR="006A6D57" w:rsidRPr="00A94B28" w:rsidRDefault="00000000">
      <w:pPr>
        <w:rPr>
          <w:rFonts w:ascii="Times New Roman" w:hAnsi="Times New Roman" w:cs="Times New Roman"/>
        </w:rPr>
      </w:pPr>
      <w:r w:rsidRPr="00A94B28">
        <w:rPr>
          <w:rFonts w:ascii="Times New Roman" w:hAnsi="Times New Roman" w:cs="Times New Roman"/>
        </w:rPr>
        <w:t>5. What does Apostolic Alignment mean to you?</w:t>
      </w:r>
    </w:p>
    <w:p w14:paraId="65B39DC7" w14:textId="15C5B753" w:rsidR="006A6D57" w:rsidRPr="00A94B28" w:rsidRDefault="00000000">
      <w:pPr>
        <w:rPr>
          <w:rFonts w:ascii="Times New Roman" w:hAnsi="Times New Roman" w:cs="Times New Roman"/>
        </w:rPr>
      </w:pPr>
      <w:r w:rsidRPr="00A94B28">
        <w:rPr>
          <w:rFonts w:ascii="Times New Roman" w:hAnsi="Times New Roman" w:cs="Times New Roman"/>
        </w:rPr>
        <w:t>______________________________________________________________________________</w:t>
      </w:r>
      <w:r w:rsidR="00A94B28" w:rsidRPr="00A94B28">
        <w:rPr>
          <w:rFonts w:ascii="Times New Roman" w:hAnsi="Times New Roman" w:cs="Times New Roman"/>
        </w:rPr>
        <w:t>___________________________</w:t>
      </w:r>
      <w:r w:rsidR="00A94B28">
        <w:rPr>
          <w:rFonts w:ascii="Times New Roman" w:hAnsi="Times New Roman" w:cs="Times New Roman"/>
        </w:rPr>
        <w:t>___________________________________________________</w:t>
      </w:r>
    </w:p>
    <w:p w14:paraId="36B8BC07" w14:textId="77777777" w:rsidR="006A6D57" w:rsidRPr="00A94B28" w:rsidRDefault="00000000">
      <w:pPr>
        <w:pStyle w:val="Heading2"/>
        <w:rPr>
          <w:rFonts w:ascii="Times New Roman" w:hAnsi="Times New Roman" w:cs="Times New Roman"/>
        </w:rPr>
      </w:pPr>
      <w:r w:rsidRPr="00A94B28">
        <w:rPr>
          <w:rFonts w:ascii="Times New Roman" w:hAnsi="Times New Roman" w:cs="Times New Roman"/>
        </w:rPr>
        <w:t>PART 4: PARTNERSHIP &amp; ENGAGEMENT</w:t>
      </w:r>
    </w:p>
    <w:p w14:paraId="68121F20" w14:textId="450C66DB" w:rsidR="006A6D57" w:rsidRPr="00A94B28" w:rsidRDefault="00000000">
      <w:pPr>
        <w:rPr>
          <w:rFonts w:ascii="Times New Roman" w:hAnsi="Times New Roman" w:cs="Times New Roman"/>
        </w:rPr>
      </w:pPr>
      <w:r w:rsidRPr="00A94B28">
        <w:rPr>
          <w:rFonts w:ascii="Times New Roman" w:hAnsi="Times New Roman" w:cs="Times New Roman"/>
        </w:rPr>
        <w:t>Please check the ways you would like to engage with Legacy Builders:</w:t>
      </w:r>
      <w:r w:rsidRPr="00A94B28">
        <w:rPr>
          <w:rFonts w:ascii="Times New Roman" w:hAnsi="Times New Roman" w:cs="Times New Roman"/>
        </w:rPr>
        <w:br/>
      </w:r>
      <w:r w:rsidRPr="00A94B28">
        <w:rPr>
          <w:rFonts w:ascii="Segoe UI Symbol" w:hAnsi="Segoe UI Symbol" w:cs="Segoe UI Symbol"/>
        </w:rPr>
        <w:t>☐</w:t>
      </w:r>
      <w:r w:rsidRPr="00A94B28">
        <w:rPr>
          <w:rFonts w:ascii="Times New Roman" w:hAnsi="Times New Roman" w:cs="Times New Roman"/>
        </w:rPr>
        <w:t xml:space="preserve"> Ambassador Partner (Membership)</w:t>
      </w:r>
      <w:r w:rsidRPr="00A94B28">
        <w:rPr>
          <w:rFonts w:ascii="Times New Roman" w:hAnsi="Times New Roman" w:cs="Times New Roman"/>
        </w:rPr>
        <w:br/>
        <w:t>Join as a committed member and Kingdom investor in the movement—receiving covering, training, and collaboration opportunities within the Legacy Builders ecosystem.</w:t>
      </w:r>
      <w:r w:rsidRPr="00A94B28">
        <w:rPr>
          <w:rFonts w:ascii="Times New Roman" w:hAnsi="Times New Roman" w:cs="Times New Roman"/>
        </w:rPr>
        <w:br/>
      </w:r>
      <w:r w:rsidRPr="00A94B28">
        <w:rPr>
          <w:rFonts w:ascii="Times New Roman" w:hAnsi="Times New Roman" w:cs="Times New Roman"/>
        </w:rPr>
        <w:br/>
      </w:r>
      <w:r w:rsidRPr="00A94B28">
        <w:rPr>
          <w:rFonts w:ascii="Segoe UI Symbol" w:hAnsi="Segoe UI Symbol" w:cs="Segoe UI Symbol"/>
        </w:rPr>
        <w:t>☐</w:t>
      </w:r>
      <w:r w:rsidRPr="00A94B28">
        <w:rPr>
          <w:rFonts w:ascii="Times New Roman" w:hAnsi="Times New Roman" w:cs="Times New Roman"/>
        </w:rPr>
        <w:t xml:space="preserve"> Active Volunteer</w:t>
      </w:r>
      <w:r w:rsidRPr="00A94B28">
        <w:rPr>
          <w:rFonts w:ascii="Times New Roman" w:hAnsi="Times New Roman" w:cs="Times New Roman"/>
        </w:rPr>
        <w:br/>
        <w:t>Serve in key areas of administration, events, media, or outreach to help advance the mission and vision of Legacy Builders on the ground.</w:t>
      </w:r>
      <w:r w:rsidRPr="00A94B28">
        <w:rPr>
          <w:rFonts w:ascii="Times New Roman" w:hAnsi="Times New Roman" w:cs="Times New Roman"/>
        </w:rPr>
        <w:br/>
      </w:r>
      <w:r w:rsidRPr="00A94B28">
        <w:rPr>
          <w:rFonts w:ascii="Times New Roman" w:hAnsi="Times New Roman" w:cs="Times New Roman"/>
        </w:rPr>
        <w:br/>
      </w:r>
      <w:r w:rsidRPr="00A94B28">
        <w:rPr>
          <w:rFonts w:ascii="Segoe UI Symbol" w:hAnsi="Segoe UI Symbol" w:cs="Segoe UI Symbol"/>
        </w:rPr>
        <w:t>☐</w:t>
      </w:r>
      <w:r w:rsidRPr="00A94B28">
        <w:rPr>
          <w:rFonts w:ascii="Times New Roman" w:hAnsi="Times New Roman" w:cs="Times New Roman"/>
        </w:rPr>
        <w:t xml:space="preserve"> Speaker/Trainer</w:t>
      </w:r>
      <w:r w:rsidRPr="00A94B28">
        <w:rPr>
          <w:rFonts w:ascii="Times New Roman" w:hAnsi="Times New Roman" w:cs="Times New Roman"/>
        </w:rPr>
        <w:br/>
        <w:t>Use your expertise to equip and empower others through teaching, workshops, and leadership development sessions aligned with Kingdom principles.</w:t>
      </w:r>
      <w:r w:rsidRPr="00A94B28">
        <w:rPr>
          <w:rFonts w:ascii="Times New Roman" w:hAnsi="Times New Roman" w:cs="Times New Roman"/>
        </w:rPr>
        <w:br/>
      </w:r>
      <w:r w:rsidRPr="00A94B28">
        <w:rPr>
          <w:rFonts w:ascii="Times New Roman" w:hAnsi="Times New Roman" w:cs="Times New Roman"/>
        </w:rPr>
        <w:br/>
      </w:r>
      <w:r w:rsidRPr="00A94B28">
        <w:rPr>
          <w:rFonts w:ascii="Segoe UI Symbol" w:hAnsi="Segoe UI Symbol" w:cs="Segoe UI Symbol"/>
        </w:rPr>
        <w:t>☐</w:t>
      </w:r>
      <w:r w:rsidRPr="00A94B28">
        <w:rPr>
          <w:rFonts w:ascii="Times New Roman" w:hAnsi="Times New Roman" w:cs="Times New Roman"/>
        </w:rPr>
        <w:t xml:space="preserve"> Ecosystem Collaborator</w:t>
      </w:r>
      <w:r w:rsidRPr="00A94B28">
        <w:rPr>
          <w:rFonts w:ascii="Times New Roman" w:hAnsi="Times New Roman" w:cs="Times New Roman"/>
        </w:rPr>
        <w:br/>
        <w:t>Partner strategically through your organization, business, or ministry to create sustainable impact and resource-sharing across the Kingdom network.</w:t>
      </w:r>
      <w:r w:rsidRPr="00A94B28">
        <w:rPr>
          <w:rFonts w:ascii="Times New Roman" w:hAnsi="Times New Roman" w:cs="Times New Roman"/>
        </w:rPr>
        <w:br/>
      </w:r>
      <w:r w:rsidRPr="00A94B28">
        <w:rPr>
          <w:rFonts w:ascii="Times New Roman" w:hAnsi="Times New Roman" w:cs="Times New Roman"/>
        </w:rPr>
        <w:br/>
      </w:r>
      <w:r w:rsidRPr="00A94B28">
        <w:rPr>
          <w:rFonts w:ascii="Segoe UI Symbol" w:hAnsi="Segoe UI Symbol" w:cs="Segoe UI Symbol"/>
        </w:rPr>
        <w:t>☐</w:t>
      </w:r>
      <w:r w:rsidRPr="00A94B28">
        <w:rPr>
          <w:rFonts w:ascii="Times New Roman" w:hAnsi="Times New Roman" w:cs="Times New Roman"/>
        </w:rPr>
        <w:t xml:space="preserve"> Regional Representative</w:t>
      </w:r>
      <w:r w:rsidRPr="00A94B28">
        <w:rPr>
          <w:rFonts w:ascii="Times New Roman" w:hAnsi="Times New Roman" w:cs="Times New Roman"/>
        </w:rPr>
        <w:br/>
        <w:t>Lead and represent Legacy Builders within your city or region, expanding the movement’s reach and influence through local activations and partnerships.</w:t>
      </w:r>
      <w:r w:rsidRPr="00A94B28">
        <w:rPr>
          <w:rFonts w:ascii="Times New Roman" w:hAnsi="Times New Roman" w:cs="Times New Roman"/>
        </w:rPr>
        <w:br/>
      </w:r>
      <w:r w:rsidRPr="00A94B28">
        <w:rPr>
          <w:rFonts w:ascii="Times New Roman" w:hAnsi="Times New Roman" w:cs="Times New Roman"/>
        </w:rPr>
        <w:br/>
      </w:r>
      <w:r w:rsidRPr="00A94B28">
        <w:rPr>
          <w:rFonts w:ascii="Segoe UI Symbol" w:hAnsi="Segoe UI Symbol" w:cs="Segoe UI Symbol"/>
        </w:rPr>
        <w:t>☐</w:t>
      </w:r>
      <w:r w:rsidRPr="00A94B28">
        <w:rPr>
          <w:rFonts w:ascii="Times New Roman" w:hAnsi="Times New Roman" w:cs="Times New Roman"/>
        </w:rPr>
        <w:t xml:space="preserve"> Other: ____________</w:t>
      </w:r>
      <w:r w:rsidRPr="00A94B28">
        <w:rPr>
          <w:rFonts w:ascii="Times New Roman" w:hAnsi="Times New Roman" w:cs="Times New Roman"/>
        </w:rPr>
        <w:br/>
      </w:r>
      <w:r w:rsidRPr="00A94B28">
        <w:rPr>
          <w:rFonts w:ascii="Times New Roman" w:hAnsi="Times New Roman" w:cs="Times New Roman"/>
        </w:rPr>
        <w:lastRenderedPageBreak/>
        <w:br/>
        <w:t>Which of the following areas would you be interested in contributing to?</w:t>
      </w:r>
      <w:r w:rsidRPr="00A94B28">
        <w:rPr>
          <w:rFonts w:ascii="Times New Roman" w:hAnsi="Times New Roman" w:cs="Times New Roman"/>
        </w:rPr>
        <w:br/>
      </w:r>
      <w:r w:rsidRPr="00A94B28">
        <w:rPr>
          <w:rFonts w:ascii="Segoe UI Symbol" w:hAnsi="Segoe UI Symbol" w:cs="Segoe UI Symbol"/>
        </w:rPr>
        <w:t>☐</w:t>
      </w:r>
      <w:r w:rsidRPr="00A94B28">
        <w:rPr>
          <w:rFonts w:ascii="Times New Roman" w:hAnsi="Times New Roman" w:cs="Times New Roman"/>
        </w:rPr>
        <w:t xml:space="preserve"> Leadership Development </w:t>
      </w:r>
      <w:r w:rsidRPr="00A94B28">
        <w:rPr>
          <w:rFonts w:ascii="Segoe UI Symbol" w:hAnsi="Segoe UI Symbol" w:cs="Segoe UI Symbol"/>
        </w:rPr>
        <w:t>☐</w:t>
      </w:r>
      <w:r w:rsidRPr="00A94B28">
        <w:rPr>
          <w:rFonts w:ascii="Times New Roman" w:hAnsi="Times New Roman" w:cs="Times New Roman"/>
        </w:rPr>
        <w:t xml:space="preserve"> Wealth Strategies </w:t>
      </w:r>
      <w:r w:rsidRPr="00A94B28">
        <w:rPr>
          <w:rFonts w:ascii="Segoe UI Symbol" w:hAnsi="Segoe UI Symbol" w:cs="Segoe UI Symbol"/>
        </w:rPr>
        <w:t>☐</w:t>
      </w:r>
      <w:r w:rsidRPr="00A94B28">
        <w:rPr>
          <w:rFonts w:ascii="Times New Roman" w:hAnsi="Times New Roman" w:cs="Times New Roman"/>
        </w:rPr>
        <w:t xml:space="preserve"> Marketplace Mobilization </w:t>
      </w:r>
      <w:r w:rsidRPr="00A94B28">
        <w:rPr>
          <w:rFonts w:ascii="Segoe UI Symbol" w:hAnsi="Segoe UI Symbol" w:cs="Segoe UI Symbol"/>
        </w:rPr>
        <w:t>☐</w:t>
      </w:r>
      <w:r w:rsidRPr="00A94B28">
        <w:rPr>
          <w:rFonts w:ascii="Times New Roman" w:hAnsi="Times New Roman" w:cs="Times New Roman"/>
        </w:rPr>
        <w:t xml:space="preserve"> Kingdom Collaboration </w:t>
      </w:r>
      <w:r w:rsidRPr="00A94B28">
        <w:rPr>
          <w:rFonts w:ascii="Segoe UI Symbol" w:hAnsi="Segoe UI Symbol" w:cs="Segoe UI Symbol"/>
        </w:rPr>
        <w:t>☐</w:t>
      </w:r>
      <w:r w:rsidRPr="00A94B28">
        <w:rPr>
          <w:rFonts w:ascii="Times New Roman" w:hAnsi="Times New Roman" w:cs="Times New Roman"/>
        </w:rPr>
        <w:t xml:space="preserve"> Apostolic Governance </w:t>
      </w:r>
      <w:r w:rsidRPr="00A94B28">
        <w:rPr>
          <w:rFonts w:ascii="Segoe UI Symbol" w:hAnsi="Segoe UI Symbol" w:cs="Segoe UI Symbol"/>
        </w:rPr>
        <w:t>☐</w:t>
      </w:r>
      <w:r w:rsidRPr="00A94B28">
        <w:rPr>
          <w:rFonts w:ascii="Times New Roman" w:hAnsi="Times New Roman" w:cs="Times New Roman"/>
        </w:rPr>
        <w:t xml:space="preserve"> Innovation &amp; Strategy </w:t>
      </w:r>
      <w:r w:rsidRPr="00A94B28">
        <w:rPr>
          <w:rFonts w:ascii="Segoe UI Symbol" w:hAnsi="Segoe UI Symbol" w:cs="Segoe UI Symbol"/>
        </w:rPr>
        <w:t>☐</w:t>
      </w:r>
      <w:r w:rsidRPr="00A94B28">
        <w:rPr>
          <w:rFonts w:ascii="Times New Roman" w:hAnsi="Times New Roman" w:cs="Times New Roman"/>
        </w:rPr>
        <w:t xml:space="preserve"> Youth &amp; Legacy Empowerment</w:t>
      </w:r>
      <w:r w:rsidRPr="00A94B28">
        <w:rPr>
          <w:rFonts w:ascii="Times New Roman" w:hAnsi="Times New Roman" w:cs="Times New Roman"/>
        </w:rPr>
        <w:br/>
      </w:r>
      <w:r w:rsidRPr="00A94B28">
        <w:rPr>
          <w:rFonts w:ascii="Times New Roman" w:hAnsi="Times New Roman" w:cs="Times New Roman"/>
        </w:rPr>
        <w:br/>
        <w:t>What resources, relationships, or experience can you bring to this alliance?</w:t>
      </w:r>
      <w:r w:rsidRPr="00A94B28">
        <w:rPr>
          <w:rFonts w:ascii="Times New Roman" w:hAnsi="Times New Roman" w:cs="Times New Roman"/>
        </w:rPr>
        <w:br/>
        <w:t>______________________________________________________________________________</w:t>
      </w:r>
      <w:r w:rsidR="00A94B28" w:rsidRPr="00A94B28">
        <w:rPr>
          <w:rFonts w:ascii="Times New Roman" w:hAnsi="Times New Roman" w:cs="Times New Roman"/>
        </w:rPr>
        <w:t>___________________________</w:t>
      </w:r>
      <w:r w:rsidR="00A94B28">
        <w:rPr>
          <w:rFonts w:ascii="Times New Roman" w:hAnsi="Times New Roman" w:cs="Times New Roman"/>
        </w:rPr>
        <w:t>___________________________________________________</w:t>
      </w:r>
    </w:p>
    <w:p w14:paraId="1A40EC83" w14:textId="77777777" w:rsidR="006A6D57" w:rsidRPr="00A94B28" w:rsidRDefault="00000000">
      <w:pPr>
        <w:pStyle w:val="Heading2"/>
        <w:rPr>
          <w:rFonts w:ascii="Times New Roman" w:hAnsi="Times New Roman" w:cs="Times New Roman"/>
        </w:rPr>
      </w:pPr>
      <w:r w:rsidRPr="00A94B28">
        <w:rPr>
          <w:rFonts w:ascii="Times New Roman" w:hAnsi="Times New Roman" w:cs="Times New Roman"/>
        </w:rPr>
        <w:t>PART 5: THE ELLII CODE AFFIRMATION</w:t>
      </w:r>
    </w:p>
    <w:p w14:paraId="47BE27EB" w14:textId="77777777" w:rsidR="006A6D57" w:rsidRPr="00A94B28" w:rsidRDefault="00000000">
      <w:pPr>
        <w:rPr>
          <w:rFonts w:ascii="Times New Roman" w:hAnsi="Times New Roman" w:cs="Times New Roman"/>
        </w:rPr>
      </w:pPr>
      <w:r w:rsidRPr="00A94B28">
        <w:rPr>
          <w:rFonts w:ascii="Times New Roman" w:hAnsi="Times New Roman" w:cs="Times New Roman"/>
        </w:rPr>
        <w:t>The Legacy Builders Kingdom Alliance operates according to the ELLII Code of ELOHIM, which represents the divine blueprint for Kingdom builders to lead, govern, and expand Heaven’s influence on earth. Each principle of the ELLII Code defines how we live, lead, and leave a lasting impact in every sphere of culture and commerce.</w:t>
      </w:r>
      <w:r w:rsidRPr="00A94B28">
        <w:rPr>
          <w:rFonts w:ascii="Times New Roman" w:hAnsi="Times New Roman" w:cs="Times New Roman"/>
        </w:rPr>
        <w:br/>
      </w:r>
      <w:r w:rsidRPr="00A94B28">
        <w:rPr>
          <w:rFonts w:ascii="Times New Roman" w:hAnsi="Times New Roman" w:cs="Times New Roman"/>
        </w:rPr>
        <w:br/>
        <w:t>• Excellence – Heaven’s Standard</w:t>
      </w:r>
      <w:r w:rsidRPr="00A94B28">
        <w:rPr>
          <w:rFonts w:ascii="Times New Roman" w:hAnsi="Times New Roman" w:cs="Times New Roman"/>
        </w:rPr>
        <w:br/>
        <w:t>I commit to operate in excellence as the reflection of Heaven’s order on earth, understanding that mediocrity misrepresents the King I serve.</w:t>
      </w:r>
      <w:r w:rsidRPr="00A94B28">
        <w:rPr>
          <w:rFonts w:ascii="Times New Roman" w:hAnsi="Times New Roman" w:cs="Times New Roman"/>
        </w:rPr>
        <w:br/>
      </w:r>
      <w:r w:rsidRPr="00A94B28">
        <w:rPr>
          <w:rFonts w:ascii="Times New Roman" w:hAnsi="Times New Roman" w:cs="Times New Roman"/>
        </w:rPr>
        <w:br/>
        <w:t>• Leadership – Heaven’s Government</w:t>
      </w:r>
      <w:r w:rsidRPr="00A94B28">
        <w:rPr>
          <w:rFonts w:ascii="Times New Roman" w:hAnsi="Times New Roman" w:cs="Times New Roman"/>
        </w:rPr>
        <w:br/>
        <w:t>I embrace my call to lead with wisdom, humility, and divine authority.</w:t>
      </w:r>
      <w:r w:rsidRPr="00A94B28">
        <w:rPr>
          <w:rFonts w:ascii="Times New Roman" w:hAnsi="Times New Roman" w:cs="Times New Roman"/>
        </w:rPr>
        <w:br/>
      </w:r>
      <w:r w:rsidRPr="00A94B28">
        <w:rPr>
          <w:rFonts w:ascii="Times New Roman" w:hAnsi="Times New Roman" w:cs="Times New Roman"/>
        </w:rPr>
        <w:br/>
        <w:t>• Leverage – Heaven’s Strategy</w:t>
      </w:r>
      <w:r w:rsidRPr="00A94B28">
        <w:rPr>
          <w:rFonts w:ascii="Times New Roman" w:hAnsi="Times New Roman" w:cs="Times New Roman"/>
        </w:rPr>
        <w:br/>
        <w:t>I will seek divine strategies and innovative solutions to steward influence and resources for Kingdom expansion.</w:t>
      </w:r>
      <w:r w:rsidRPr="00A94B28">
        <w:rPr>
          <w:rFonts w:ascii="Times New Roman" w:hAnsi="Times New Roman" w:cs="Times New Roman"/>
        </w:rPr>
        <w:br/>
      </w:r>
      <w:r w:rsidRPr="00A94B28">
        <w:rPr>
          <w:rFonts w:ascii="Times New Roman" w:hAnsi="Times New Roman" w:cs="Times New Roman"/>
        </w:rPr>
        <w:br/>
        <w:t>• Influence – Heaven’s Voice</w:t>
      </w:r>
      <w:r w:rsidRPr="00A94B28">
        <w:rPr>
          <w:rFonts w:ascii="Times New Roman" w:hAnsi="Times New Roman" w:cs="Times New Roman"/>
        </w:rPr>
        <w:br/>
        <w:t>I affirm my role as a Kingdom voice—speaking truth, releasing vision, and shaping culture through prophetic wisdom.</w:t>
      </w:r>
      <w:r w:rsidRPr="00A94B28">
        <w:rPr>
          <w:rFonts w:ascii="Times New Roman" w:hAnsi="Times New Roman" w:cs="Times New Roman"/>
        </w:rPr>
        <w:br/>
      </w:r>
      <w:r w:rsidRPr="00A94B28">
        <w:rPr>
          <w:rFonts w:ascii="Times New Roman" w:hAnsi="Times New Roman" w:cs="Times New Roman"/>
        </w:rPr>
        <w:br/>
        <w:t>• Impact – Heaven’s Footprint</w:t>
      </w:r>
      <w:r w:rsidRPr="00A94B28">
        <w:rPr>
          <w:rFonts w:ascii="Times New Roman" w:hAnsi="Times New Roman" w:cs="Times New Roman"/>
        </w:rPr>
        <w:br/>
        <w:t>I dedicate my life, business, and ministry to create measurable, sustainable impact that leaves a legacy of transformation for generations to come.</w:t>
      </w:r>
      <w:r w:rsidRPr="00A94B28">
        <w:rPr>
          <w:rFonts w:ascii="Times New Roman" w:hAnsi="Times New Roman" w:cs="Times New Roman"/>
        </w:rPr>
        <w:br/>
      </w:r>
      <w:r w:rsidRPr="00A94B28">
        <w:rPr>
          <w:rFonts w:ascii="Times New Roman" w:hAnsi="Times New Roman" w:cs="Times New Roman"/>
        </w:rPr>
        <w:br/>
      </w:r>
      <w:r w:rsidRPr="00A94B28">
        <w:rPr>
          <w:rFonts w:ascii="Segoe UI Symbol" w:hAnsi="Segoe UI Symbol" w:cs="Segoe UI Symbol"/>
        </w:rPr>
        <w:t>☐</w:t>
      </w:r>
      <w:r w:rsidRPr="00A94B28">
        <w:rPr>
          <w:rFonts w:ascii="Times New Roman" w:hAnsi="Times New Roman" w:cs="Times New Roman"/>
        </w:rPr>
        <w:t xml:space="preserve"> I affirm my commitment to embody the ELLII Code of ELOHIM in my business, ministry, and leadership.</w:t>
      </w:r>
      <w:r w:rsidRPr="00A94B28">
        <w:rPr>
          <w:rFonts w:ascii="Times New Roman" w:hAnsi="Times New Roman" w:cs="Times New Roman"/>
        </w:rPr>
        <w:br/>
        <w:t>By this affirmation, I declare my decision to become an Ambassador of the Legacy Builders Kingdom Alliance.</w:t>
      </w:r>
      <w:r w:rsidRPr="00A94B28">
        <w:rPr>
          <w:rFonts w:ascii="Times New Roman" w:hAnsi="Times New Roman" w:cs="Times New Roman"/>
        </w:rPr>
        <w:br/>
      </w:r>
      <w:r w:rsidRPr="00A94B28">
        <w:rPr>
          <w:rFonts w:ascii="Times New Roman" w:hAnsi="Times New Roman" w:cs="Times New Roman"/>
        </w:rPr>
        <w:br/>
        <w:t>Signature: ________________________________    Date: ________________________________    Printed Name: _____________________________</w:t>
      </w:r>
    </w:p>
    <w:p w14:paraId="650E4367" w14:textId="77777777" w:rsidR="006A6D57" w:rsidRPr="00A94B28" w:rsidRDefault="00000000">
      <w:pPr>
        <w:pStyle w:val="Heading2"/>
        <w:rPr>
          <w:rFonts w:ascii="Times New Roman" w:hAnsi="Times New Roman" w:cs="Times New Roman"/>
        </w:rPr>
      </w:pPr>
      <w:r w:rsidRPr="00A94B28">
        <w:rPr>
          <w:rFonts w:ascii="Times New Roman" w:hAnsi="Times New Roman" w:cs="Times New Roman"/>
        </w:rPr>
        <w:lastRenderedPageBreak/>
        <w:t>CONFIDENTIALITY &amp; AGREEMENT</w:t>
      </w:r>
    </w:p>
    <w:p w14:paraId="6F3CA8DF" w14:textId="77777777" w:rsidR="006A6D57" w:rsidRPr="00A94B28" w:rsidRDefault="00000000">
      <w:pPr>
        <w:rPr>
          <w:rFonts w:ascii="Times New Roman" w:hAnsi="Times New Roman" w:cs="Times New Roman"/>
        </w:rPr>
      </w:pPr>
      <w:r w:rsidRPr="00A94B28">
        <w:rPr>
          <w:rFonts w:ascii="Times New Roman" w:hAnsi="Times New Roman" w:cs="Times New Roman"/>
        </w:rPr>
        <w:t>By submitting this application, I understand that this information is used for alignment, stewardship, and equipping purposes only. I affirm that all information is accurate to the best of my knowledge.</w:t>
      </w:r>
    </w:p>
    <w:p w14:paraId="052766C8" w14:textId="77777777" w:rsidR="006A6D57" w:rsidRPr="00A94B28" w:rsidRDefault="00000000">
      <w:pPr>
        <w:pStyle w:val="Heading2"/>
        <w:rPr>
          <w:rFonts w:ascii="Times New Roman" w:hAnsi="Times New Roman" w:cs="Times New Roman"/>
        </w:rPr>
      </w:pPr>
      <w:r w:rsidRPr="00A94B28">
        <w:rPr>
          <w:rFonts w:ascii="Times New Roman" w:hAnsi="Times New Roman" w:cs="Times New Roman"/>
        </w:rPr>
        <w:t>FOR OFFICE USE ONLY</w:t>
      </w:r>
    </w:p>
    <w:p w14:paraId="539EAC32" w14:textId="77777777" w:rsidR="006A6D57" w:rsidRPr="00A94B28" w:rsidRDefault="00000000">
      <w:pPr>
        <w:rPr>
          <w:rFonts w:ascii="Times New Roman" w:hAnsi="Times New Roman" w:cs="Times New Roman"/>
        </w:rPr>
      </w:pPr>
      <w:r w:rsidRPr="00A94B28">
        <w:rPr>
          <w:rFonts w:ascii="Times New Roman" w:hAnsi="Times New Roman" w:cs="Times New Roman"/>
        </w:rPr>
        <w:t>Date Received: _______________________</w:t>
      </w:r>
      <w:r w:rsidRPr="00A94B28">
        <w:rPr>
          <w:rFonts w:ascii="Times New Roman" w:hAnsi="Times New Roman" w:cs="Times New Roman"/>
        </w:rPr>
        <w:br/>
        <w:t>Reviewed By: _______________________</w:t>
      </w:r>
      <w:r w:rsidRPr="00A94B28">
        <w:rPr>
          <w:rFonts w:ascii="Times New Roman" w:hAnsi="Times New Roman" w:cs="Times New Roman"/>
        </w:rPr>
        <w:br/>
        <w:t xml:space="preserve">Status: </w:t>
      </w:r>
      <w:r w:rsidRPr="00A94B28">
        <w:rPr>
          <w:rFonts w:ascii="Segoe UI Symbol" w:hAnsi="Segoe UI Symbol" w:cs="Segoe UI Symbol"/>
        </w:rPr>
        <w:t>☐</w:t>
      </w:r>
      <w:r w:rsidRPr="00A94B28">
        <w:rPr>
          <w:rFonts w:ascii="Times New Roman" w:hAnsi="Times New Roman" w:cs="Times New Roman"/>
        </w:rPr>
        <w:t xml:space="preserve"> Approved </w:t>
      </w:r>
      <w:r w:rsidRPr="00A94B28">
        <w:rPr>
          <w:rFonts w:ascii="Segoe UI Symbol" w:hAnsi="Segoe UI Symbol" w:cs="Segoe UI Symbol"/>
        </w:rPr>
        <w:t>☐</w:t>
      </w:r>
      <w:r w:rsidRPr="00A94B28">
        <w:rPr>
          <w:rFonts w:ascii="Times New Roman" w:hAnsi="Times New Roman" w:cs="Times New Roman"/>
        </w:rPr>
        <w:t xml:space="preserve"> Pending </w:t>
      </w:r>
      <w:r w:rsidRPr="00A94B28">
        <w:rPr>
          <w:rFonts w:ascii="Segoe UI Symbol" w:hAnsi="Segoe UI Symbol" w:cs="Segoe UI Symbol"/>
        </w:rPr>
        <w:t>☐</w:t>
      </w:r>
      <w:r w:rsidRPr="00A94B28">
        <w:rPr>
          <w:rFonts w:ascii="Times New Roman" w:hAnsi="Times New Roman" w:cs="Times New Roman"/>
        </w:rPr>
        <w:t xml:space="preserve"> Follow-up Required</w:t>
      </w:r>
      <w:r w:rsidRPr="00A94B28">
        <w:rPr>
          <w:rFonts w:ascii="Times New Roman" w:hAnsi="Times New Roman" w:cs="Times New Roman"/>
        </w:rPr>
        <w:br/>
        <w:t>Notes: _____________________________________________________________</w:t>
      </w:r>
    </w:p>
    <w:sectPr w:rsidR="006A6D57" w:rsidRPr="00A94B2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2211713">
    <w:abstractNumId w:val="8"/>
  </w:num>
  <w:num w:numId="2" w16cid:durableId="1893425657">
    <w:abstractNumId w:val="6"/>
  </w:num>
  <w:num w:numId="3" w16cid:durableId="1634827097">
    <w:abstractNumId w:val="5"/>
  </w:num>
  <w:num w:numId="4" w16cid:durableId="1414275478">
    <w:abstractNumId w:val="4"/>
  </w:num>
  <w:num w:numId="5" w16cid:durableId="504443598">
    <w:abstractNumId w:val="7"/>
  </w:num>
  <w:num w:numId="6" w16cid:durableId="800850741">
    <w:abstractNumId w:val="3"/>
  </w:num>
  <w:num w:numId="7" w16cid:durableId="1064185593">
    <w:abstractNumId w:val="2"/>
  </w:num>
  <w:num w:numId="8" w16cid:durableId="2095583907">
    <w:abstractNumId w:val="1"/>
  </w:num>
  <w:num w:numId="9" w16cid:durableId="86312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E776E"/>
    <w:rsid w:val="0029639D"/>
    <w:rsid w:val="00326F90"/>
    <w:rsid w:val="00582692"/>
    <w:rsid w:val="006A6D57"/>
    <w:rsid w:val="00A94B28"/>
    <w:rsid w:val="00AA1D8D"/>
    <w:rsid w:val="00B47730"/>
    <w:rsid w:val="00B539E1"/>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3177D2"/>
  <w14:defaultImageDpi w14:val="300"/>
  <w15:docId w15:val="{62E9447D-5095-43AB-A694-328452C6A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887</Words>
  <Characters>5060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GP3 Pointer</cp:lastModifiedBy>
  <cp:revision>3</cp:revision>
  <dcterms:created xsi:type="dcterms:W3CDTF">2025-10-20T00:44:00Z</dcterms:created>
  <dcterms:modified xsi:type="dcterms:W3CDTF">2025-10-29T01:50:00Z</dcterms:modified>
  <cp:category/>
</cp:coreProperties>
</file>