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C6D" w:rsidRPr="006F3BD6" w:rsidRDefault="00461D3C" w:rsidP="006F3BD6">
      <w:pPr>
        <w:pStyle w:val="1"/>
        <w:jc w:val="center"/>
        <w:rPr>
          <w:rFonts w:ascii="Times New Roman" w:hAnsi="Times New Roman" w:cs="Times New Roman"/>
          <w:color w:val="00B050"/>
        </w:rPr>
      </w:pPr>
      <w:r w:rsidRPr="006F3BD6">
        <w:rPr>
          <w:rFonts w:ascii="Times New Roman" w:hAnsi="Times New Roman" w:cs="Times New Roman"/>
          <w:color w:val="00B050"/>
        </w:rPr>
        <w:t>Мини училище през ваканцията</w:t>
      </w:r>
    </w:p>
    <w:p w:rsidR="00626C6D" w:rsidRPr="006F3BD6" w:rsidRDefault="00461D3C" w:rsidP="006F3BD6">
      <w:pPr>
        <w:jc w:val="center"/>
        <w:rPr>
          <w:rFonts w:ascii="Times New Roman" w:hAnsi="Times New Roman" w:cs="Times New Roman"/>
          <w:lang w:val="bg-BG"/>
        </w:rPr>
      </w:pPr>
      <w:r w:rsidRPr="006F3BD6">
        <w:rPr>
          <w:rFonts w:ascii="Times New Roman" w:hAnsi="Times New Roman" w:cs="Times New Roman"/>
        </w:rPr>
        <w:t>29, 30 и 31 декември • 08:00–14:00 ч.</w:t>
      </w:r>
      <w:r w:rsidRPr="006F3BD6">
        <w:rPr>
          <w:rFonts w:ascii="Times New Roman" w:hAnsi="Times New Roman" w:cs="Times New Roman"/>
        </w:rPr>
        <w:br/>
      </w:r>
      <w:proofErr w:type="spellStart"/>
      <w:r w:rsidRPr="006F3BD6">
        <w:rPr>
          <w:rFonts w:ascii="Times New Roman" w:hAnsi="Times New Roman" w:cs="Times New Roman"/>
        </w:rPr>
        <w:t>Залата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на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Лени</w:t>
      </w:r>
      <w:proofErr w:type="spellEnd"/>
      <w:r w:rsidR="006F3BD6" w:rsidRPr="006F3BD6">
        <w:rPr>
          <w:rFonts w:ascii="Times New Roman" w:hAnsi="Times New Roman" w:cs="Times New Roman"/>
        </w:rPr>
        <w:br/>
      </w:r>
      <w:r w:rsidR="006F3BD6" w:rsidRPr="006F3BD6">
        <w:rPr>
          <w:rFonts w:ascii="Times New Roman" w:hAnsi="Times New Roman" w:cs="Times New Roman"/>
          <w:lang w:val="bg-BG"/>
        </w:rPr>
        <w:t>Подходяща за деца от 1. до 4. клас</w:t>
      </w:r>
    </w:p>
    <w:p w:rsidR="00626C6D" w:rsidRPr="006F3BD6" w:rsidRDefault="00461D3C">
      <w:pPr>
        <w:pStyle w:val="21"/>
        <w:rPr>
          <w:rFonts w:ascii="Times New Roman" w:hAnsi="Times New Roman" w:cs="Times New Roman"/>
          <w:color w:val="00B050"/>
        </w:rPr>
      </w:pPr>
      <w:proofErr w:type="spellStart"/>
      <w:r w:rsidRPr="006F3BD6">
        <w:rPr>
          <w:rFonts w:ascii="Times New Roman" w:hAnsi="Times New Roman" w:cs="Times New Roman"/>
          <w:color w:val="00B050"/>
        </w:rPr>
        <w:t>Концепция</w:t>
      </w:r>
      <w:proofErr w:type="spellEnd"/>
    </w:p>
    <w:p w:rsidR="00626C6D" w:rsidRPr="006F3BD6" w:rsidRDefault="00461D3C">
      <w:pPr>
        <w:rPr>
          <w:rFonts w:ascii="Times New Roman" w:hAnsi="Times New Roman" w:cs="Times New Roman"/>
        </w:rPr>
      </w:pPr>
      <w:proofErr w:type="spellStart"/>
      <w:r w:rsidRPr="006F3BD6">
        <w:rPr>
          <w:rFonts w:ascii="Times New Roman" w:hAnsi="Times New Roman" w:cs="Times New Roman"/>
        </w:rPr>
        <w:t>Занималня</w:t>
      </w:r>
      <w:proofErr w:type="spellEnd"/>
      <w:r w:rsidRPr="006F3BD6">
        <w:rPr>
          <w:rFonts w:ascii="Times New Roman" w:hAnsi="Times New Roman" w:cs="Times New Roman"/>
        </w:rPr>
        <w:t xml:space="preserve"> с </w:t>
      </w:r>
      <w:proofErr w:type="spellStart"/>
      <w:r w:rsidRPr="006F3BD6">
        <w:rPr>
          <w:rFonts w:ascii="Times New Roman" w:hAnsi="Times New Roman" w:cs="Times New Roman"/>
        </w:rPr>
        <w:t>коледен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дух</w:t>
      </w:r>
      <w:proofErr w:type="spellEnd"/>
      <w:r w:rsidRPr="006F3BD6">
        <w:rPr>
          <w:rFonts w:ascii="Times New Roman" w:hAnsi="Times New Roman" w:cs="Times New Roman"/>
        </w:rPr>
        <w:t xml:space="preserve">, която съчетава учене, творчество и забавление. Децата упражняват умения по български език, математика и английски чрез игри, работни </w:t>
      </w:r>
      <w:r w:rsidRPr="006F3BD6">
        <w:rPr>
          <w:rFonts w:ascii="Times New Roman" w:hAnsi="Times New Roman" w:cs="Times New Roman"/>
        </w:rPr>
        <w:t>листове и творчески задачи.</w:t>
      </w:r>
    </w:p>
    <w:p w:rsidR="00626C6D" w:rsidRPr="006F3BD6" w:rsidRDefault="006F3BD6">
      <w:pPr>
        <w:pStyle w:val="21"/>
        <w:rPr>
          <w:rFonts w:ascii="Times New Roman" w:hAnsi="Times New Roman" w:cs="Times New Roman"/>
          <w:color w:val="00B050"/>
        </w:rPr>
      </w:pPr>
      <w:r w:rsidRPr="006F3BD6">
        <w:rPr>
          <w:rFonts w:ascii="Times New Roman" w:hAnsi="Times New Roman" w:cs="Times New Roman"/>
          <w:i/>
          <w:noProof/>
          <w:color w:val="00B050"/>
          <w:lang w:val="bg-BG" w:eastAsia="bg-BG"/>
        </w:rPr>
        <w:drawing>
          <wp:anchor distT="0" distB="0" distL="114300" distR="114300" simplePos="0" relativeHeight="251658752" behindDoc="0" locked="0" layoutInCell="1" allowOverlap="1" wp14:anchorId="7D9A05DA" wp14:editId="18DF653F">
            <wp:simplePos x="0" y="0"/>
            <wp:positionH relativeFrom="column">
              <wp:posOffset>-123825</wp:posOffset>
            </wp:positionH>
            <wp:positionV relativeFrom="paragraph">
              <wp:posOffset>41275</wp:posOffset>
            </wp:positionV>
            <wp:extent cx="2700655" cy="2700655"/>
            <wp:effectExtent l="0" t="0" r="4445" b="4445"/>
            <wp:wrapSquare wrapText="bothSides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17.11.2025 г., 16_53_4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61D3C" w:rsidRPr="006F3BD6">
        <w:rPr>
          <w:rFonts w:ascii="Times New Roman" w:hAnsi="Times New Roman" w:cs="Times New Roman"/>
          <w:color w:val="00B050"/>
        </w:rPr>
        <w:t>Програма</w:t>
      </w:r>
      <w:proofErr w:type="spellEnd"/>
      <w:r w:rsidR="00461D3C" w:rsidRPr="006F3BD6">
        <w:rPr>
          <w:rFonts w:ascii="Times New Roman" w:hAnsi="Times New Roman" w:cs="Times New Roman"/>
          <w:color w:val="00B050"/>
        </w:rPr>
        <w:t xml:space="preserve"> </w:t>
      </w:r>
      <w:proofErr w:type="spellStart"/>
      <w:r w:rsidR="00461D3C" w:rsidRPr="006F3BD6">
        <w:rPr>
          <w:rFonts w:ascii="Times New Roman" w:hAnsi="Times New Roman" w:cs="Times New Roman"/>
          <w:color w:val="00B050"/>
        </w:rPr>
        <w:t>по</w:t>
      </w:r>
      <w:proofErr w:type="spellEnd"/>
      <w:r w:rsidR="00461D3C" w:rsidRPr="006F3BD6">
        <w:rPr>
          <w:rFonts w:ascii="Times New Roman" w:hAnsi="Times New Roman" w:cs="Times New Roman"/>
          <w:color w:val="00B050"/>
        </w:rPr>
        <w:t xml:space="preserve"> </w:t>
      </w:r>
      <w:proofErr w:type="spellStart"/>
      <w:r w:rsidR="00461D3C" w:rsidRPr="006F3BD6">
        <w:rPr>
          <w:rFonts w:ascii="Times New Roman" w:hAnsi="Times New Roman" w:cs="Times New Roman"/>
          <w:color w:val="00B050"/>
        </w:rPr>
        <w:t>дни</w:t>
      </w:r>
      <w:proofErr w:type="spellEnd"/>
    </w:p>
    <w:p w:rsidR="00626C6D" w:rsidRPr="006F3BD6" w:rsidRDefault="00461D3C">
      <w:pPr>
        <w:pStyle w:val="31"/>
        <w:rPr>
          <w:rFonts w:ascii="Times New Roman" w:hAnsi="Times New Roman" w:cs="Times New Roman"/>
        </w:rPr>
      </w:pPr>
      <w:proofErr w:type="spellStart"/>
      <w:r w:rsidRPr="006F3BD6">
        <w:rPr>
          <w:rFonts w:ascii="Times New Roman" w:hAnsi="Times New Roman" w:cs="Times New Roman"/>
        </w:rPr>
        <w:t>Ден</w:t>
      </w:r>
      <w:proofErr w:type="spellEnd"/>
      <w:r w:rsidRPr="006F3BD6">
        <w:rPr>
          <w:rFonts w:ascii="Times New Roman" w:hAnsi="Times New Roman" w:cs="Times New Roman"/>
        </w:rPr>
        <w:t xml:space="preserve"> 1 – </w:t>
      </w:r>
      <w:proofErr w:type="spellStart"/>
      <w:r w:rsidRPr="006F3BD6">
        <w:rPr>
          <w:rFonts w:ascii="Times New Roman" w:hAnsi="Times New Roman" w:cs="Times New Roman"/>
        </w:rPr>
        <w:t>Вълшебни</w:t>
      </w:r>
      <w:proofErr w:type="spellEnd"/>
      <w:r w:rsidRPr="006F3BD6">
        <w:rPr>
          <w:rFonts w:ascii="Times New Roman" w:hAnsi="Times New Roman" w:cs="Times New Roman"/>
        </w:rPr>
        <w:t xml:space="preserve"> думи</w:t>
      </w:r>
    </w:p>
    <w:p w:rsidR="00626C6D" w:rsidRPr="006F3BD6" w:rsidRDefault="00461D3C">
      <w:pPr>
        <w:rPr>
          <w:rFonts w:ascii="Times New Roman" w:hAnsi="Times New Roman" w:cs="Times New Roman"/>
        </w:rPr>
      </w:pPr>
      <w:r w:rsidRPr="006F3BD6">
        <w:rPr>
          <w:rFonts w:ascii="Times New Roman" w:hAnsi="Times New Roman" w:cs="Times New Roman"/>
        </w:rPr>
        <w:t xml:space="preserve">- </w:t>
      </w:r>
      <w:proofErr w:type="spellStart"/>
      <w:r w:rsidRPr="006F3BD6">
        <w:rPr>
          <w:rFonts w:ascii="Times New Roman" w:hAnsi="Times New Roman" w:cs="Times New Roman"/>
        </w:rPr>
        <w:t>Работни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листове</w:t>
      </w:r>
      <w:proofErr w:type="spellEnd"/>
      <w:r w:rsidRPr="006F3BD6">
        <w:rPr>
          <w:rFonts w:ascii="Times New Roman" w:hAnsi="Times New Roman" w:cs="Times New Roman"/>
        </w:rPr>
        <w:t xml:space="preserve"> и игри по български език</w:t>
      </w:r>
      <w:r w:rsidRPr="006F3BD6">
        <w:rPr>
          <w:rFonts w:ascii="Times New Roman" w:hAnsi="Times New Roman" w:cs="Times New Roman"/>
        </w:rPr>
        <w:br/>
        <w:t xml:space="preserve">- Коледен творчески час – мини книжка </w:t>
      </w:r>
      <w:r w:rsidRPr="006F3BD6">
        <w:rPr>
          <w:rFonts w:ascii="Times New Roman" w:hAnsi="Times New Roman" w:cs="Times New Roman"/>
        </w:rPr>
        <w:br/>
        <w:t>- Игри и викторини за обогатяване на речника</w:t>
      </w:r>
      <w:r w:rsidRPr="006F3BD6">
        <w:rPr>
          <w:rFonts w:ascii="Times New Roman" w:hAnsi="Times New Roman" w:cs="Times New Roman"/>
        </w:rPr>
        <w:br/>
        <w:t>- Време за свободна игра</w:t>
      </w:r>
    </w:p>
    <w:p w:rsidR="00626C6D" w:rsidRPr="006F3BD6" w:rsidRDefault="00461D3C">
      <w:pPr>
        <w:pStyle w:val="31"/>
        <w:rPr>
          <w:rFonts w:ascii="Times New Roman" w:hAnsi="Times New Roman" w:cs="Times New Roman"/>
        </w:rPr>
      </w:pPr>
      <w:r w:rsidRPr="006F3BD6">
        <w:rPr>
          <w:rFonts w:ascii="Times New Roman" w:hAnsi="Times New Roman" w:cs="Times New Roman"/>
        </w:rPr>
        <w:t>Ден 2 – Математическа мисия</w:t>
      </w:r>
    </w:p>
    <w:p w:rsidR="00626C6D" w:rsidRPr="006F3BD6" w:rsidRDefault="00461D3C">
      <w:pPr>
        <w:rPr>
          <w:rFonts w:ascii="Times New Roman" w:hAnsi="Times New Roman" w:cs="Times New Roman"/>
        </w:rPr>
      </w:pPr>
      <w:r w:rsidRPr="006F3BD6">
        <w:rPr>
          <w:rFonts w:ascii="Times New Roman" w:hAnsi="Times New Roman" w:cs="Times New Roman"/>
        </w:rPr>
        <w:t>-</w:t>
      </w:r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Забавна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математика</w:t>
      </w:r>
      <w:proofErr w:type="spellEnd"/>
      <w:r w:rsidRPr="006F3BD6">
        <w:rPr>
          <w:rFonts w:ascii="Times New Roman" w:hAnsi="Times New Roman" w:cs="Times New Roman"/>
        </w:rPr>
        <w:t xml:space="preserve"> – логически игри и загадки</w:t>
      </w:r>
      <w:r w:rsidRPr="006F3BD6">
        <w:rPr>
          <w:rFonts w:ascii="Times New Roman" w:hAnsi="Times New Roman" w:cs="Times New Roman"/>
        </w:rPr>
        <w:br/>
        <w:t>- Екипни занимания „Коледен пазар“</w:t>
      </w:r>
      <w:r w:rsidRPr="006F3BD6">
        <w:rPr>
          <w:rFonts w:ascii="Times New Roman" w:hAnsi="Times New Roman" w:cs="Times New Roman"/>
        </w:rPr>
        <w:br/>
        <w:t>- Изработване на коледни украшения</w:t>
      </w:r>
      <w:r w:rsidRPr="006F3BD6">
        <w:rPr>
          <w:rFonts w:ascii="Times New Roman" w:hAnsi="Times New Roman" w:cs="Times New Roman"/>
        </w:rPr>
        <w:br/>
        <w:t>- Английски мини-урок с гост-учител</w:t>
      </w:r>
      <w:r w:rsidRPr="006F3BD6">
        <w:rPr>
          <w:rFonts w:ascii="Times New Roman" w:hAnsi="Times New Roman" w:cs="Times New Roman"/>
        </w:rPr>
        <w:br/>
        <w:t>- Свободна игра</w:t>
      </w:r>
    </w:p>
    <w:p w:rsidR="00626C6D" w:rsidRPr="006F3BD6" w:rsidRDefault="00461D3C">
      <w:pPr>
        <w:pStyle w:val="3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50800</wp:posOffset>
                </wp:positionV>
                <wp:extent cx="1333500" cy="1066800"/>
                <wp:effectExtent l="57150" t="38100" r="38100" b="95250"/>
                <wp:wrapNone/>
                <wp:docPr id="2" name="Звезда с 5 лъч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66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9F717" id="Звезда с 5 лъча 2" o:spid="_x0000_s1026" style="position:absolute;margin-left:276.75pt;margin-top:4pt;width:10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0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" path="m1,407480r509353,3l666750,,824146,407483r509353,-3l921421,659316r157402,407481l666750,814957,254677,1066797,412079,659316,1,407480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1,407480;509354,407483;666750,0;824146,407483;1333499,407480;921421,659316;1078823,1066797;666750,814957;254677,1066797;412079,659316;1,407480" o:connectangles="0,0,0,0,0,0,0,0,0,0,0"/>
              </v:shape>
            </w:pict>
          </mc:Fallback>
        </mc:AlternateContent>
      </w:r>
      <w:proofErr w:type="spellStart"/>
      <w:r w:rsidRPr="006F3BD6">
        <w:rPr>
          <w:rFonts w:ascii="Times New Roman" w:hAnsi="Times New Roman" w:cs="Times New Roman"/>
        </w:rPr>
        <w:t>Ден</w:t>
      </w:r>
      <w:proofErr w:type="spellEnd"/>
      <w:r w:rsidRPr="006F3BD6">
        <w:rPr>
          <w:rFonts w:ascii="Times New Roman" w:hAnsi="Times New Roman" w:cs="Times New Roman"/>
        </w:rPr>
        <w:t xml:space="preserve"> 3 – </w:t>
      </w:r>
      <w:proofErr w:type="spellStart"/>
      <w:r w:rsidRPr="006F3BD6">
        <w:rPr>
          <w:rFonts w:ascii="Times New Roman" w:hAnsi="Times New Roman" w:cs="Times New Roman"/>
        </w:rPr>
        <w:t>Творческо</w:t>
      </w:r>
      <w:proofErr w:type="spellEnd"/>
      <w:r w:rsidRPr="006F3BD6">
        <w:rPr>
          <w:rFonts w:ascii="Times New Roman" w:hAnsi="Times New Roman" w:cs="Times New Roman"/>
        </w:rPr>
        <w:t xml:space="preserve"> приключение</w:t>
      </w:r>
    </w:p>
    <w:p w:rsidR="00626C6D" w:rsidRPr="006F3BD6" w:rsidRDefault="00461D3C">
      <w:pPr>
        <w:rPr>
          <w:rFonts w:ascii="Times New Roman" w:hAnsi="Times New Roman" w:cs="Times New Roman"/>
        </w:rPr>
      </w:pPr>
      <w:r w:rsidRPr="006F3BD6">
        <w:rPr>
          <w:rFonts w:ascii="Times New Roman" w:hAnsi="Times New Roman" w:cs="Times New Roman"/>
        </w:rPr>
        <w:t xml:space="preserve">- </w:t>
      </w:r>
      <w:proofErr w:type="spellStart"/>
      <w:r w:rsidRPr="006F3BD6">
        <w:rPr>
          <w:rFonts w:ascii="Times New Roman" w:hAnsi="Times New Roman" w:cs="Times New Roman"/>
        </w:rPr>
        <w:t>Преговор</w:t>
      </w:r>
      <w:proofErr w:type="spellEnd"/>
      <w:r w:rsidR="006F3BD6" w:rsidRPr="006F3BD6">
        <w:rPr>
          <w:rFonts w:ascii="Times New Roman" w:hAnsi="Times New Roman" w:cs="Times New Roman"/>
        </w:rPr>
        <w:t xml:space="preserve"> </w:t>
      </w:r>
      <w:proofErr w:type="spellStart"/>
      <w:r w:rsidR="006F3BD6" w:rsidRPr="006F3BD6">
        <w:rPr>
          <w:rFonts w:ascii="Times New Roman" w:hAnsi="Times New Roman" w:cs="Times New Roman"/>
        </w:rPr>
        <w:t>на</w:t>
      </w:r>
      <w:proofErr w:type="spellEnd"/>
      <w:r w:rsidR="006F3BD6" w:rsidRPr="006F3BD6">
        <w:rPr>
          <w:rFonts w:ascii="Times New Roman" w:hAnsi="Times New Roman" w:cs="Times New Roman"/>
        </w:rPr>
        <w:t xml:space="preserve"> </w:t>
      </w:r>
      <w:proofErr w:type="spellStart"/>
      <w:r w:rsidR="006F3BD6" w:rsidRPr="006F3BD6">
        <w:rPr>
          <w:rFonts w:ascii="Times New Roman" w:hAnsi="Times New Roman" w:cs="Times New Roman"/>
        </w:rPr>
        <w:t>наученото</w:t>
      </w:r>
      <w:proofErr w:type="spellEnd"/>
      <w:r w:rsidR="006F3BD6" w:rsidRPr="006F3BD6">
        <w:rPr>
          <w:rFonts w:ascii="Times New Roman" w:hAnsi="Times New Roman" w:cs="Times New Roman"/>
        </w:rPr>
        <w:br/>
        <w:t xml:space="preserve">- </w:t>
      </w:r>
      <w:proofErr w:type="spellStart"/>
      <w:r w:rsidR="006F3BD6" w:rsidRPr="006F3BD6">
        <w:rPr>
          <w:rFonts w:ascii="Times New Roman" w:hAnsi="Times New Roman" w:cs="Times New Roman"/>
        </w:rPr>
        <w:t>Арт-работилница</w:t>
      </w:r>
      <w:proofErr w:type="spellEnd"/>
      <w:r w:rsidR="006F3BD6" w:rsidRPr="006F3BD6">
        <w:rPr>
          <w:rFonts w:ascii="Times New Roman" w:hAnsi="Times New Roman" w:cs="Times New Roman"/>
        </w:rPr>
        <w:t xml:space="preserve"> “</w:t>
      </w:r>
      <w:r w:rsidR="006F3BD6" w:rsidRPr="006F3BD6">
        <w:rPr>
          <w:rFonts w:ascii="Times New Roman" w:hAnsi="Times New Roman" w:cs="Times New Roman"/>
          <w:lang w:val="bg-BG"/>
        </w:rPr>
        <w:t>Направи си календар“</w:t>
      </w:r>
      <w:r w:rsidRPr="006F3BD6">
        <w:rPr>
          <w:rFonts w:ascii="Times New Roman" w:hAnsi="Times New Roman" w:cs="Times New Roman"/>
        </w:rPr>
        <w:br/>
        <w:t xml:space="preserve">- Escape </w:t>
      </w:r>
      <w:proofErr w:type="spellStart"/>
      <w:r w:rsidRPr="006F3BD6">
        <w:rPr>
          <w:rFonts w:ascii="Times New Roman" w:hAnsi="Times New Roman" w:cs="Times New Roman"/>
        </w:rPr>
        <w:t>игра</w:t>
      </w:r>
      <w:proofErr w:type="spellEnd"/>
      <w:r w:rsidRPr="006F3BD6">
        <w:rPr>
          <w:rFonts w:ascii="Times New Roman" w:hAnsi="Times New Roman" w:cs="Times New Roman"/>
        </w:rPr>
        <w:t xml:space="preserve"> „</w:t>
      </w:r>
      <w:proofErr w:type="spellStart"/>
      <w:r w:rsidRPr="006F3BD6">
        <w:rPr>
          <w:rFonts w:ascii="Times New Roman" w:hAnsi="Times New Roman" w:cs="Times New Roman"/>
        </w:rPr>
        <w:t>Мисия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Коледен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дух</w:t>
      </w:r>
      <w:proofErr w:type="spellEnd"/>
      <w:r w:rsidRPr="006F3BD6">
        <w:rPr>
          <w:rFonts w:ascii="Times New Roman" w:hAnsi="Times New Roman" w:cs="Times New Roman"/>
        </w:rPr>
        <w:t>“</w:t>
      </w:r>
      <w:r w:rsidRPr="006F3BD6">
        <w:rPr>
          <w:rFonts w:ascii="Times New Roman" w:hAnsi="Times New Roman" w:cs="Times New Roman"/>
        </w:rPr>
        <w:br/>
        <w:t xml:space="preserve">- </w:t>
      </w:r>
      <w:proofErr w:type="spellStart"/>
      <w:r w:rsidRPr="006F3BD6">
        <w:rPr>
          <w:rFonts w:ascii="Times New Roman" w:hAnsi="Times New Roman" w:cs="Times New Roman"/>
        </w:rPr>
        <w:t>Снимка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за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спомен</w:t>
      </w:r>
      <w:proofErr w:type="spellEnd"/>
      <w:r w:rsidRPr="006F3BD6">
        <w:rPr>
          <w:rFonts w:ascii="Times New Roman" w:hAnsi="Times New Roman" w:cs="Times New Roman"/>
        </w:rPr>
        <w:t xml:space="preserve"> и </w:t>
      </w:r>
      <w:proofErr w:type="spellStart"/>
      <w:r w:rsidRPr="006F3BD6">
        <w:rPr>
          <w:rFonts w:ascii="Times New Roman" w:hAnsi="Times New Roman" w:cs="Times New Roman"/>
        </w:rPr>
        <w:t>сертификат</w:t>
      </w:r>
      <w:proofErr w:type="spellEnd"/>
    </w:p>
    <w:p w:rsidR="006F3BD6" w:rsidRDefault="006F3BD6">
      <w:pPr>
        <w:pStyle w:val="21"/>
        <w:rPr>
          <w:rFonts w:ascii="Times New Roman" w:hAnsi="Times New Roman" w:cs="Times New Roman"/>
        </w:rPr>
        <w:sectPr w:rsidR="006F3BD6" w:rsidSect="000346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626C6D" w:rsidRPr="006F3BD6" w:rsidRDefault="00461D3C">
      <w:pPr>
        <w:pStyle w:val="21"/>
        <w:rPr>
          <w:rFonts w:ascii="Times New Roman" w:hAnsi="Times New Roman" w:cs="Times New Roman"/>
          <w:color w:val="00B050"/>
        </w:rPr>
      </w:pPr>
      <w:proofErr w:type="spellStart"/>
      <w:r w:rsidRPr="006F3BD6">
        <w:rPr>
          <w:rFonts w:ascii="Times New Roman" w:hAnsi="Times New Roman" w:cs="Times New Roman"/>
          <w:color w:val="00B050"/>
        </w:rPr>
        <w:lastRenderedPageBreak/>
        <w:t>Включено</w:t>
      </w:r>
      <w:proofErr w:type="spellEnd"/>
      <w:r w:rsidRPr="006F3BD6">
        <w:rPr>
          <w:rFonts w:ascii="Times New Roman" w:hAnsi="Times New Roman" w:cs="Times New Roman"/>
          <w:color w:val="00B050"/>
        </w:rPr>
        <w:t xml:space="preserve"> в </w:t>
      </w:r>
      <w:proofErr w:type="spellStart"/>
      <w:r w:rsidRPr="006F3BD6">
        <w:rPr>
          <w:rFonts w:ascii="Times New Roman" w:hAnsi="Times New Roman" w:cs="Times New Roman"/>
          <w:color w:val="00B050"/>
        </w:rPr>
        <w:t>цената</w:t>
      </w:r>
      <w:proofErr w:type="spellEnd"/>
    </w:p>
    <w:p w:rsidR="00626C6D" w:rsidRPr="006F3BD6" w:rsidRDefault="00461D3C">
      <w:pPr>
        <w:rPr>
          <w:rFonts w:ascii="Times New Roman" w:hAnsi="Times New Roman" w:cs="Times New Roman"/>
        </w:rPr>
      </w:pPr>
      <w:r w:rsidRPr="006F3BD6">
        <w:rPr>
          <w:rFonts w:ascii="Times New Roman" w:hAnsi="Times New Roman" w:cs="Times New Roman"/>
        </w:rPr>
        <w:t xml:space="preserve">- </w:t>
      </w:r>
      <w:proofErr w:type="spellStart"/>
      <w:r w:rsidRPr="006F3BD6">
        <w:rPr>
          <w:rFonts w:ascii="Times New Roman" w:hAnsi="Times New Roman" w:cs="Times New Roman"/>
        </w:rPr>
        <w:t>Педагог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от</w:t>
      </w:r>
      <w:proofErr w:type="spellEnd"/>
      <w:r w:rsidRPr="006F3BD6">
        <w:rPr>
          <w:rFonts w:ascii="Times New Roman" w:hAnsi="Times New Roman" w:cs="Times New Roman"/>
        </w:rPr>
        <w:t xml:space="preserve"> 08:00 до 14:00 ч.</w:t>
      </w:r>
      <w:r w:rsidRPr="006F3BD6">
        <w:rPr>
          <w:rFonts w:ascii="Times New Roman" w:hAnsi="Times New Roman" w:cs="Times New Roman"/>
        </w:rPr>
        <w:br/>
        <w:t xml:space="preserve">- </w:t>
      </w:r>
      <w:proofErr w:type="spellStart"/>
      <w:r w:rsidRPr="006F3BD6">
        <w:rPr>
          <w:rFonts w:ascii="Times New Roman" w:hAnsi="Times New Roman" w:cs="Times New Roman"/>
        </w:rPr>
        <w:t>Всички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учебни</w:t>
      </w:r>
      <w:proofErr w:type="spellEnd"/>
      <w:r w:rsidRPr="006F3BD6">
        <w:rPr>
          <w:rFonts w:ascii="Times New Roman" w:hAnsi="Times New Roman" w:cs="Times New Roman"/>
        </w:rPr>
        <w:t xml:space="preserve"> и </w:t>
      </w:r>
      <w:proofErr w:type="spellStart"/>
      <w:r w:rsidRPr="006F3BD6">
        <w:rPr>
          <w:rFonts w:ascii="Times New Roman" w:hAnsi="Times New Roman" w:cs="Times New Roman"/>
        </w:rPr>
        <w:t>творчески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материали</w:t>
      </w:r>
      <w:proofErr w:type="spellEnd"/>
      <w:r w:rsidRPr="006F3BD6">
        <w:rPr>
          <w:rFonts w:ascii="Times New Roman" w:hAnsi="Times New Roman" w:cs="Times New Roman"/>
        </w:rPr>
        <w:br/>
        <w:t xml:space="preserve">- </w:t>
      </w:r>
      <w:proofErr w:type="spellStart"/>
      <w:r w:rsidRPr="006F3BD6">
        <w:rPr>
          <w:rFonts w:ascii="Times New Roman" w:hAnsi="Times New Roman" w:cs="Times New Roman"/>
        </w:rPr>
        <w:t>Подкреп</w:t>
      </w:r>
      <w:r w:rsidR="006F3BD6" w:rsidRPr="006F3BD6">
        <w:rPr>
          <w:rFonts w:ascii="Times New Roman" w:hAnsi="Times New Roman" w:cs="Times New Roman"/>
        </w:rPr>
        <w:t>ителна</w:t>
      </w:r>
      <w:proofErr w:type="spellEnd"/>
      <w:r w:rsidR="006F3BD6" w:rsidRPr="006F3BD6">
        <w:rPr>
          <w:rFonts w:ascii="Times New Roman" w:hAnsi="Times New Roman" w:cs="Times New Roman"/>
        </w:rPr>
        <w:t xml:space="preserve"> </w:t>
      </w:r>
      <w:proofErr w:type="spellStart"/>
      <w:r w:rsidR="006F3BD6" w:rsidRPr="006F3BD6">
        <w:rPr>
          <w:rFonts w:ascii="Times New Roman" w:hAnsi="Times New Roman" w:cs="Times New Roman"/>
        </w:rPr>
        <w:t>закуска</w:t>
      </w:r>
      <w:proofErr w:type="spellEnd"/>
      <w:r w:rsidR="006F3BD6" w:rsidRPr="006F3BD6">
        <w:rPr>
          <w:rFonts w:ascii="Times New Roman" w:hAnsi="Times New Roman" w:cs="Times New Roman"/>
        </w:rPr>
        <w:t xml:space="preserve"> – </w:t>
      </w:r>
      <w:proofErr w:type="spellStart"/>
      <w:r w:rsidR="006F3BD6" w:rsidRPr="006F3BD6">
        <w:rPr>
          <w:rFonts w:ascii="Times New Roman" w:hAnsi="Times New Roman" w:cs="Times New Roman"/>
        </w:rPr>
        <w:t>плод</w:t>
      </w:r>
      <w:proofErr w:type="spellEnd"/>
      <w:r w:rsidR="006F3BD6" w:rsidRPr="006F3BD6">
        <w:rPr>
          <w:rFonts w:ascii="Times New Roman" w:hAnsi="Times New Roman" w:cs="Times New Roman"/>
        </w:rPr>
        <w:t xml:space="preserve">, </w:t>
      </w:r>
      <w:proofErr w:type="spellStart"/>
      <w:r w:rsidR="006F3BD6" w:rsidRPr="006F3BD6">
        <w:rPr>
          <w:rFonts w:ascii="Times New Roman" w:hAnsi="Times New Roman" w:cs="Times New Roman"/>
        </w:rPr>
        <w:t>солети</w:t>
      </w:r>
      <w:proofErr w:type="spellEnd"/>
      <w:r w:rsidR="006F3BD6" w:rsidRPr="006F3BD6">
        <w:rPr>
          <w:rFonts w:ascii="Times New Roman" w:hAnsi="Times New Roman" w:cs="Times New Roman"/>
        </w:rPr>
        <w:t xml:space="preserve">, </w:t>
      </w:r>
      <w:proofErr w:type="spellStart"/>
      <w:r w:rsidRPr="006F3BD6">
        <w:rPr>
          <w:rFonts w:ascii="Times New Roman" w:hAnsi="Times New Roman" w:cs="Times New Roman"/>
        </w:rPr>
        <w:t>вода</w:t>
      </w:r>
      <w:proofErr w:type="spellEnd"/>
      <w:r w:rsidR="006F3BD6" w:rsidRPr="006F3BD6">
        <w:rPr>
          <w:rFonts w:ascii="Times New Roman" w:hAnsi="Times New Roman" w:cs="Times New Roman"/>
          <w:lang w:val="bg-BG"/>
        </w:rPr>
        <w:t xml:space="preserve"> и чай</w:t>
      </w:r>
      <w:r w:rsidRPr="006F3BD6">
        <w:rPr>
          <w:rFonts w:ascii="Times New Roman" w:hAnsi="Times New Roman" w:cs="Times New Roman"/>
        </w:rPr>
        <w:br/>
        <w:t xml:space="preserve">- </w:t>
      </w:r>
      <w:proofErr w:type="spellStart"/>
      <w:r w:rsidRPr="006F3BD6">
        <w:rPr>
          <w:rFonts w:ascii="Times New Roman" w:hAnsi="Times New Roman" w:cs="Times New Roman"/>
        </w:rPr>
        <w:t>Игри</w:t>
      </w:r>
      <w:proofErr w:type="spellEnd"/>
      <w:r w:rsidRPr="006F3BD6">
        <w:rPr>
          <w:rFonts w:ascii="Times New Roman" w:hAnsi="Times New Roman" w:cs="Times New Roman"/>
        </w:rPr>
        <w:t xml:space="preserve"> в </w:t>
      </w:r>
      <w:proofErr w:type="spellStart"/>
      <w:r w:rsidRPr="006F3BD6">
        <w:rPr>
          <w:rFonts w:ascii="Times New Roman" w:hAnsi="Times New Roman" w:cs="Times New Roman"/>
        </w:rPr>
        <w:t>детския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кът</w:t>
      </w:r>
      <w:proofErr w:type="spellEnd"/>
      <w:r w:rsidRPr="006F3BD6">
        <w:rPr>
          <w:rFonts w:ascii="Times New Roman" w:hAnsi="Times New Roman" w:cs="Times New Roman"/>
        </w:rPr>
        <w:br/>
        <w:t xml:space="preserve">- </w:t>
      </w:r>
      <w:proofErr w:type="spellStart"/>
      <w:r w:rsidRPr="006F3BD6">
        <w:rPr>
          <w:rFonts w:ascii="Times New Roman" w:hAnsi="Times New Roman" w:cs="Times New Roman"/>
        </w:rPr>
        <w:t>Професиона</w:t>
      </w:r>
      <w:r w:rsidRPr="006F3BD6">
        <w:rPr>
          <w:rFonts w:ascii="Times New Roman" w:hAnsi="Times New Roman" w:cs="Times New Roman"/>
        </w:rPr>
        <w:t>лна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снимка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за</w:t>
      </w:r>
      <w:proofErr w:type="spellEnd"/>
      <w:r w:rsidRPr="006F3BD6">
        <w:rPr>
          <w:rFonts w:ascii="Times New Roman" w:hAnsi="Times New Roman" w:cs="Times New Roman"/>
        </w:rPr>
        <w:t xml:space="preserve"> </w:t>
      </w:r>
      <w:proofErr w:type="spellStart"/>
      <w:r w:rsidRPr="006F3BD6">
        <w:rPr>
          <w:rFonts w:ascii="Times New Roman" w:hAnsi="Times New Roman" w:cs="Times New Roman"/>
        </w:rPr>
        <w:t>спомен</w:t>
      </w:r>
      <w:proofErr w:type="spellEnd"/>
    </w:p>
    <w:p w:rsidR="00626C6D" w:rsidRPr="006F3BD6" w:rsidRDefault="00461D3C">
      <w:pPr>
        <w:pStyle w:val="21"/>
        <w:rPr>
          <w:rFonts w:ascii="Times New Roman" w:hAnsi="Times New Roman" w:cs="Times New Roman"/>
          <w:color w:val="00B050"/>
        </w:rPr>
      </w:pPr>
      <w:r w:rsidRPr="006F3BD6">
        <w:rPr>
          <w:rFonts w:ascii="Times New Roman" w:hAnsi="Times New Roman" w:cs="Times New Roman"/>
          <w:color w:val="00B050"/>
        </w:rPr>
        <w:t>Цена</w:t>
      </w:r>
    </w:p>
    <w:p w:rsidR="00626C6D" w:rsidRPr="006F3BD6" w:rsidRDefault="00461D3C">
      <w:pPr>
        <w:rPr>
          <w:rFonts w:ascii="Times New Roman" w:hAnsi="Times New Roman" w:cs="Times New Roman"/>
        </w:rPr>
      </w:pPr>
      <w:r w:rsidRPr="006F3BD6">
        <w:rPr>
          <w:rFonts w:ascii="Times New Roman" w:hAnsi="Times New Roman" w:cs="Times New Roman"/>
          <w:b/>
        </w:rPr>
        <w:t>• 49,90 лв</w:t>
      </w:r>
      <w:r w:rsidRPr="006F3BD6">
        <w:rPr>
          <w:rFonts w:ascii="Times New Roman" w:hAnsi="Times New Roman" w:cs="Times New Roman"/>
        </w:rPr>
        <w:t>. – за един ден</w:t>
      </w:r>
      <w:r w:rsidRPr="006F3BD6">
        <w:rPr>
          <w:rFonts w:ascii="Times New Roman" w:hAnsi="Times New Roman" w:cs="Times New Roman"/>
        </w:rPr>
        <w:br/>
      </w:r>
      <w:r w:rsidRPr="006F3BD6">
        <w:rPr>
          <w:rFonts w:ascii="Times New Roman" w:hAnsi="Times New Roman" w:cs="Times New Roman"/>
          <w:b/>
        </w:rPr>
        <w:t>• 129,90 лв.</w:t>
      </w:r>
      <w:r w:rsidRPr="006F3BD6">
        <w:rPr>
          <w:rFonts w:ascii="Times New Roman" w:hAnsi="Times New Roman" w:cs="Times New Roman"/>
        </w:rPr>
        <w:t xml:space="preserve"> – за трите дни (пакет)</w:t>
      </w:r>
    </w:p>
    <w:p w:rsidR="006F3BD6" w:rsidRDefault="006F3BD6">
      <w:pPr>
        <w:pStyle w:val="21"/>
        <w:rPr>
          <w:rFonts w:ascii="Times New Roman" w:hAnsi="Times New Roman" w:cs="Times New Roman"/>
        </w:rPr>
      </w:pPr>
      <w:bookmarkStart w:id="0" w:name="_GoBack"/>
      <w:bookmarkEnd w:id="0"/>
    </w:p>
    <w:p w:rsidR="00626C6D" w:rsidRPr="006F3BD6" w:rsidRDefault="00461D3C">
      <w:pPr>
        <w:pStyle w:val="21"/>
        <w:rPr>
          <w:rFonts w:ascii="Times New Roman" w:hAnsi="Times New Roman" w:cs="Times New Roman"/>
          <w:color w:val="00B050"/>
        </w:rPr>
      </w:pPr>
      <w:proofErr w:type="spellStart"/>
      <w:r w:rsidRPr="006F3BD6">
        <w:rPr>
          <w:rFonts w:ascii="Times New Roman" w:hAnsi="Times New Roman" w:cs="Times New Roman"/>
          <w:color w:val="00B050"/>
        </w:rPr>
        <w:t>Записване</w:t>
      </w:r>
      <w:proofErr w:type="spellEnd"/>
    </w:p>
    <w:p w:rsidR="006F3BD6" w:rsidRDefault="006F3BD6" w:rsidP="006F3BD6">
      <w:pPr>
        <w:rPr>
          <w:rFonts w:ascii="Times New Roman" w:hAnsi="Times New Roman" w:cs="Times New Roman"/>
          <w:lang w:val="bg-BG"/>
        </w:rPr>
      </w:pPr>
      <w:proofErr w:type="spellStart"/>
      <w:r w:rsidRPr="00287013">
        <w:rPr>
          <w:rFonts w:ascii="Times New Roman" w:hAnsi="Times New Roman" w:cs="Times New Roman"/>
          <w:sz w:val="24"/>
          <w:szCs w:val="24"/>
        </w:rPr>
        <w:t>Записване</w:t>
      </w:r>
      <w:proofErr w:type="spellEnd"/>
      <w:r w:rsidRPr="0028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01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28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013">
        <w:rPr>
          <w:rFonts w:ascii="Times New Roman" w:hAnsi="Times New Roman" w:cs="Times New Roman"/>
          <w:sz w:val="24"/>
          <w:szCs w:val="24"/>
        </w:rPr>
        <w:t>телефон</w:t>
      </w:r>
      <w:proofErr w:type="spellEnd"/>
      <w:r w:rsidRPr="00287013">
        <w:rPr>
          <w:rFonts w:ascii="Times New Roman" w:hAnsi="Times New Roman" w:cs="Times New Roman"/>
          <w:sz w:val="24"/>
          <w:szCs w:val="24"/>
        </w:rPr>
        <w:t xml:space="preserve">: </w:t>
      </w:r>
      <w:r w:rsidRPr="006F3BD6">
        <w:rPr>
          <w:rFonts w:ascii="Times New Roman" w:hAnsi="Times New Roman" w:cs="Times New Roman"/>
          <w:b/>
          <w:sz w:val="24"/>
          <w:szCs w:val="24"/>
        </w:rPr>
        <w:t>0876 649 374</w:t>
      </w:r>
      <w:r w:rsidRPr="002870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87013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28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013">
        <w:rPr>
          <w:rFonts w:ascii="Times New Roman" w:hAnsi="Times New Roman" w:cs="Times New Roman"/>
          <w:sz w:val="24"/>
          <w:szCs w:val="24"/>
        </w:rPr>
        <w:t>имейл</w:t>
      </w:r>
      <w:proofErr w:type="spellEnd"/>
      <w:r w:rsidRPr="00287013">
        <w:rPr>
          <w:rFonts w:ascii="Times New Roman" w:hAnsi="Times New Roman" w:cs="Times New Roman"/>
          <w:sz w:val="24"/>
          <w:szCs w:val="24"/>
        </w:rPr>
        <w:t>: lenny@smehoum.com</w:t>
      </w:r>
      <w:r w:rsidRPr="0028701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87013">
        <w:rPr>
          <w:rFonts w:ascii="Times New Roman" w:hAnsi="Times New Roman" w:cs="Times New Roman"/>
          <w:sz w:val="24"/>
          <w:szCs w:val="24"/>
        </w:rPr>
        <w:t>Чрез</w:t>
      </w:r>
      <w:proofErr w:type="spellEnd"/>
      <w:r w:rsidRPr="0028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013">
        <w:rPr>
          <w:rFonts w:ascii="Times New Roman" w:hAnsi="Times New Roman" w:cs="Times New Roman"/>
          <w:sz w:val="24"/>
          <w:szCs w:val="24"/>
        </w:rPr>
        <w:t>формата</w:t>
      </w:r>
      <w:proofErr w:type="spellEnd"/>
      <w:r w:rsidRPr="0028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01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8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013">
        <w:rPr>
          <w:rFonts w:ascii="Times New Roman" w:hAnsi="Times New Roman" w:cs="Times New Roman"/>
          <w:sz w:val="24"/>
          <w:szCs w:val="24"/>
        </w:rPr>
        <w:t>контакт</w:t>
      </w:r>
      <w:proofErr w:type="spellEnd"/>
      <w:r w:rsidRPr="0028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013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287013">
        <w:rPr>
          <w:rFonts w:ascii="Times New Roman" w:hAnsi="Times New Roman" w:cs="Times New Roman"/>
          <w:sz w:val="24"/>
          <w:szCs w:val="24"/>
        </w:rPr>
        <w:t xml:space="preserve"> WhatsApp.</w:t>
      </w:r>
      <w:r w:rsidRPr="00287013">
        <w:rPr>
          <w:rFonts w:ascii="Times New Roman" w:hAnsi="Times New Roman" w:cs="Times New Roman"/>
          <w:sz w:val="24"/>
          <w:szCs w:val="24"/>
        </w:rPr>
        <w:br/>
      </w:r>
      <w:r w:rsidRPr="00287013">
        <w:rPr>
          <w:rFonts w:ascii="Times New Roman" w:hAnsi="Times New Roman" w:cs="Times New Roman"/>
        </w:rPr>
        <w:br/>
      </w:r>
    </w:p>
    <w:p w:rsidR="006F3BD6" w:rsidRPr="006F3BD6" w:rsidRDefault="006F3BD6">
      <w:pPr>
        <w:rPr>
          <w:rFonts w:ascii="Times New Roman" w:hAnsi="Times New Roman" w:cs="Times New Roman"/>
        </w:rPr>
      </w:pPr>
      <w:r w:rsidRPr="00287013">
        <w:rPr>
          <w:rFonts w:ascii="Times New Roman" w:hAnsi="Times New Roman" w:cs="Times New Roman"/>
          <w:i/>
          <w:lang w:val="bg-BG"/>
        </w:rPr>
        <w:t>*</w:t>
      </w:r>
      <w:proofErr w:type="spellStart"/>
      <w:r w:rsidRPr="00287013">
        <w:rPr>
          <w:rFonts w:ascii="Times New Roman" w:hAnsi="Times New Roman" w:cs="Times New Roman"/>
          <w:i/>
        </w:rPr>
        <w:t>Предварително</w:t>
      </w:r>
      <w:proofErr w:type="spellEnd"/>
      <w:r w:rsidRPr="00287013">
        <w:rPr>
          <w:rFonts w:ascii="Times New Roman" w:hAnsi="Times New Roman" w:cs="Times New Roman"/>
          <w:i/>
        </w:rPr>
        <w:t xml:space="preserve"> </w:t>
      </w:r>
      <w:proofErr w:type="spellStart"/>
      <w:r w:rsidRPr="00287013">
        <w:rPr>
          <w:rFonts w:ascii="Times New Roman" w:hAnsi="Times New Roman" w:cs="Times New Roman"/>
          <w:i/>
        </w:rPr>
        <w:t>записване</w:t>
      </w:r>
      <w:proofErr w:type="spellEnd"/>
      <w:r w:rsidRPr="00287013">
        <w:rPr>
          <w:rFonts w:ascii="Times New Roman" w:hAnsi="Times New Roman" w:cs="Times New Roman"/>
          <w:i/>
        </w:rPr>
        <w:t xml:space="preserve"> е </w:t>
      </w:r>
      <w:proofErr w:type="spellStart"/>
      <w:r w:rsidRPr="00287013">
        <w:rPr>
          <w:rFonts w:ascii="Times New Roman" w:hAnsi="Times New Roman" w:cs="Times New Roman"/>
          <w:i/>
        </w:rPr>
        <w:t>н</w:t>
      </w:r>
      <w:r>
        <w:rPr>
          <w:rFonts w:ascii="Times New Roman" w:hAnsi="Times New Roman" w:cs="Times New Roman"/>
          <w:i/>
        </w:rPr>
        <w:t>еобходимо</w:t>
      </w:r>
      <w:proofErr w:type="spellEnd"/>
      <w:r>
        <w:rPr>
          <w:rFonts w:ascii="Times New Roman" w:hAnsi="Times New Roman" w:cs="Times New Roman"/>
          <w:i/>
        </w:rPr>
        <w:t xml:space="preserve">. </w:t>
      </w:r>
      <w:proofErr w:type="spellStart"/>
      <w:r>
        <w:rPr>
          <w:rFonts w:ascii="Times New Roman" w:hAnsi="Times New Roman" w:cs="Times New Roman"/>
          <w:i/>
        </w:rPr>
        <w:t>С</w:t>
      </w:r>
      <w:r>
        <w:rPr>
          <w:rFonts w:ascii="Times New Roman" w:hAnsi="Times New Roman" w:cs="Times New Roman"/>
        </w:rPr>
        <w:t>лед</w:t>
      </w:r>
      <w:proofErr w:type="spellEnd"/>
      <w:r>
        <w:rPr>
          <w:rFonts w:ascii="Times New Roman" w:hAnsi="Times New Roman" w:cs="Times New Roman"/>
        </w:rPr>
        <w:t xml:space="preserve"> 5</w:t>
      </w:r>
      <w:r w:rsidR="00461D3C" w:rsidRPr="006F3BD6">
        <w:rPr>
          <w:rFonts w:ascii="Times New Roman" w:hAnsi="Times New Roman" w:cs="Times New Roman"/>
        </w:rPr>
        <w:t xml:space="preserve"> </w:t>
      </w:r>
      <w:proofErr w:type="spellStart"/>
      <w:r w:rsidR="00461D3C" w:rsidRPr="006F3BD6">
        <w:rPr>
          <w:rFonts w:ascii="Times New Roman" w:hAnsi="Times New Roman" w:cs="Times New Roman"/>
        </w:rPr>
        <w:t>декември</w:t>
      </w:r>
      <w:proofErr w:type="spellEnd"/>
      <w:r w:rsidR="00461D3C" w:rsidRPr="006F3BD6">
        <w:rPr>
          <w:rFonts w:ascii="Times New Roman" w:hAnsi="Times New Roman" w:cs="Times New Roman"/>
        </w:rPr>
        <w:t xml:space="preserve"> </w:t>
      </w:r>
      <w:proofErr w:type="spellStart"/>
      <w:r w:rsidR="00461D3C" w:rsidRPr="006F3BD6">
        <w:rPr>
          <w:rFonts w:ascii="Times New Roman" w:hAnsi="Times New Roman" w:cs="Times New Roman"/>
        </w:rPr>
        <w:t>ще</w:t>
      </w:r>
      <w:proofErr w:type="spellEnd"/>
      <w:r w:rsidR="00461D3C" w:rsidRPr="006F3BD6">
        <w:rPr>
          <w:rFonts w:ascii="Times New Roman" w:hAnsi="Times New Roman" w:cs="Times New Roman"/>
        </w:rPr>
        <w:t xml:space="preserve"> бъде </w:t>
      </w:r>
      <w:proofErr w:type="spellStart"/>
      <w:r w:rsidR="00461D3C" w:rsidRPr="006F3BD6">
        <w:rPr>
          <w:rFonts w:ascii="Times New Roman" w:hAnsi="Times New Roman" w:cs="Times New Roman"/>
        </w:rPr>
        <w:t>изпратена</w:t>
      </w:r>
      <w:proofErr w:type="spellEnd"/>
      <w:r w:rsidR="00461D3C" w:rsidRPr="006F3BD6">
        <w:rPr>
          <w:rFonts w:ascii="Times New Roman" w:hAnsi="Times New Roman" w:cs="Times New Roman"/>
        </w:rPr>
        <w:t xml:space="preserve"> </w:t>
      </w:r>
      <w:proofErr w:type="spellStart"/>
      <w:r w:rsidR="00461D3C" w:rsidRPr="006F3BD6">
        <w:rPr>
          <w:rFonts w:ascii="Times New Roman" w:hAnsi="Times New Roman" w:cs="Times New Roman"/>
        </w:rPr>
        <w:t>информация</w:t>
      </w:r>
      <w:proofErr w:type="spellEnd"/>
      <w:r w:rsidR="00461D3C" w:rsidRPr="006F3BD6">
        <w:rPr>
          <w:rFonts w:ascii="Times New Roman" w:hAnsi="Times New Roman" w:cs="Times New Roman"/>
        </w:rPr>
        <w:t xml:space="preserve"> </w:t>
      </w:r>
      <w:proofErr w:type="spellStart"/>
      <w:r w:rsidR="00461D3C" w:rsidRPr="006F3BD6">
        <w:rPr>
          <w:rFonts w:ascii="Times New Roman" w:hAnsi="Times New Roman" w:cs="Times New Roman"/>
        </w:rPr>
        <w:t>за</w:t>
      </w:r>
      <w:proofErr w:type="spellEnd"/>
      <w:r w:rsidR="00461D3C" w:rsidRPr="006F3BD6">
        <w:rPr>
          <w:rFonts w:ascii="Times New Roman" w:hAnsi="Times New Roman" w:cs="Times New Roman"/>
        </w:rPr>
        <w:t xml:space="preserve"> </w:t>
      </w:r>
      <w:proofErr w:type="spellStart"/>
      <w:r w:rsidR="00461D3C" w:rsidRPr="006F3BD6">
        <w:rPr>
          <w:rFonts w:ascii="Times New Roman" w:hAnsi="Times New Roman" w:cs="Times New Roman"/>
        </w:rPr>
        <w:t>капаро</w:t>
      </w:r>
      <w:proofErr w:type="spellEnd"/>
      <w:r w:rsidR="00461D3C" w:rsidRPr="006F3BD6">
        <w:rPr>
          <w:rFonts w:ascii="Times New Roman" w:hAnsi="Times New Roman" w:cs="Times New Roman"/>
        </w:rPr>
        <w:t>.</w:t>
      </w:r>
    </w:p>
    <w:sectPr w:rsidR="006F3BD6" w:rsidRPr="006F3BD6" w:rsidSect="006F3BD6">
      <w:type w:val="continuous"/>
      <w:pgSz w:w="12240" w:h="15840"/>
      <w:pgMar w:top="1440" w:right="1608" w:bottom="1440" w:left="1800" w:header="720" w:footer="720" w:gutter="0"/>
      <w:cols w:num="2" w:space="3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61D3C"/>
    <w:rsid w:val="00626C6D"/>
    <w:rsid w:val="006F3BD6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3903AC"/>
  <w14:defaultImageDpi w14:val="300"/>
  <w15:docId w15:val="{510C0529-FE38-4F81-85C8-9E5E1315F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лавие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лавие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лавие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лав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лавие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ен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ен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ен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на макрос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Цитат Знак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Заглавие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лавие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Интензивно цитиране Знак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A8A644-C874-44E5-8A4C-38EEEB7D7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2</cp:revision>
  <dcterms:created xsi:type="dcterms:W3CDTF">2025-11-17T14:57:00Z</dcterms:created>
  <dcterms:modified xsi:type="dcterms:W3CDTF">2025-11-17T14:57:00Z</dcterms:modified>
  <cp:category/>
</cp:coreProperties>
</file>