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DA7" w:rsidRDefault="00823239" w:rsidP="00823239">
      <w:pPr>
        <w:pStyle w:val="Heading1"/>
        <w:spacing w:line="720" w:lineRule="auto"/>
        <w:jc w:val="center"/>
      </w:pPr>
      <w:r>
        <w:t>Programme de Formation à l'Entrepreneuriat pour Femmes</w:t>
      </w:r>
    </w:p>
    <w:p w:rsidR="00451DA7" w:rsidRDefault="00823239" w:rsidP="00823239">
      <w:pPr>
        <w:spacing w:line="720" w:lineRule="auto"/>
        <w:jc w:val="center"/>
      </w:pPr>
      <w:r>
        <w:t>Thème : "Réveille ton potentiel et marche vers le succès avec Dieu"</w:t>
      </w:r>
      <w:r>
        <w:br/>
      </w:r>
    </w:p>
    <w:p w:rsidR="00451DA7" w:rsidRDefault="00823239" w:rsidP="00823239">
      <w:pPr>
        <w:spacing w:line="720" w:lineRule="auto"/>
        <w:jc w:val="center"/>
      </w:pPr>
      <w:r>
        <w:t>Organisé par : VIP Business Academy</w:t>
      </w:r>
    </w:p>
    <w:p w:rsidR="00823239" w:rsidRDefault="00823239" w:rsidP="00823239">
      <w:pPr>
        <w:pStyle w:val="ListParagraph"/>
        <w:spacing w:line="720" w:lineRule="auto"/>
      </w:pPr>
      <w:r>
        <w:t>Responsables</w:t>
      </w:r>
      <w:r>
        <w:t xml:space="preserve"> du Programme : </w:t>
      </w:r>
    </w:p>
    <w:p w:rsidR="00451DA7" w:rsidRDefault="00823239" w:rsidP="00823239">
      <w:pPr>
        <w:pStyle w:val="ListParagraph"/>
        <w:numPr>
          <w:ilvl w:val="0"/>
          <w:numId w:val="12"/>
        </w:numPr>
        <w:spacing w:line="720" w:lineRule="auto"/>
      </w:pPr>
      <w:r>
        <w:t>Love Aimee, Success Coach, USA</w:t>
      </w:r>
    </w:p>
    <w:p w:rsidR="00823239" w:rsidRDefault="00823239" w:rsidP="00823239">
      <w:pPr>
        <w:pStyle w:val="ListParagraph"/>
        <w:numPr>
          <w:ilvl w:val="0"/>
          <w:numId w:val="12"/>
        </w:numPr>
        <w:spacing w:line="720" w:lineRule="auto"/>
      </w:pPr>
      <w:r>
        <w:t xml:space="preserve">Eleonore Ngankam, Inspecteur  Regional </w:t>
      </w:r>
    </w:p>
    <w:p w:rsidR="00823239" w:rsidRDefault="00823239" w:rsidP="00823239">
      <w:pPr>
        <w:spacing w:line="720" w:lineRule="auto"/>
      </w:pPr>
    </w:p>
    <w:p w:rsidR="00451DA7" w:rsidRDefault="00823239" w:rsidP="00823239">
      <w:pPr>
        <w:spacing w:line="720" w:lineRule="auto"/>
        <w:jc w:val="center"/>
      </w:pPr>
      <w:r>
        <w:t xml:space="preserve">Durée de la Formation : 3 mois (1 </w:t>
      </w:r>
      <w:r>
        <w:t>session par semaine)</w:t>
      </w:r>
    </w:p>
    <w:p w:rsidR="00823239" w:rsidRDefault="00823239" w:rsidP="00823239">
      <w:pPr>
        <w:spacing w:line="720" w:lineRule="auto"/>
        <w:jc w:val="center"/>
      </w:pPr>
    </w:p>
    <w:p w:rsidR="00823239" w:rsidRDefault="00823239"/>
    <w:p w:rsidR="00823239" w:rsidRDefault="00823239"/>
    <w:p w:rsidR="00823239" w:rsidRDefault="00823239"/>
    <w:p w:rsidR="00823239" w:rsidRDefault="00823239"/>
    <w:p w:rsidR="00823239" w:rsidRDefault="00823239"/>
    <w:p w:rsidR="00823239" w:rsidRDefault="00823239"/>
    <w:p w:rsidR="00823239" w:rsidRDefault="00823239"/>
    <w:p w:rsidR="00823239" w:rsidRDefault="00823239"/>
    <w:p w:rsidR="00823239" w:rsidRDefault="00823239"/>
    <w:p w:rsidR="00823239" w:rsidRDefault="00823239"/>
    <w:p w:rsidR="00451DA7" w:rsidRDefault="00823239" w:rsidP="00823239">
      <w:pPr>
        <w:spacing w:line="480" w:lineRule="auto"/>
      </w:pPr>
      <w:r w:rsidRPr="00823239">
        <w:rPr>
          <w:b/>
        </w:rPr>
        <w:t>Objectif Principal</w:t>
      </w:r>
      <w:r>
        <w:t xml:space="preserve"> : Former des femmes à devenir des entrepreneures prospères et autonomes grâce à des principes bibliques solides et des outils pratiques.</w:t>
      </w:r>
    </w:p>
    <w:p w:rsidR="00451DA7" w:rsidRDefault="00823239" w:rsidP="00823239">
      <w:pPr>
        <w:spacing w:line="480" w:lineRule="auto"/>
      </w:pPr>
      <w:r w:rsidRPr="00823239">
        <w:rPr>
          <w:b/>
        </w:rPr>
        <w:t>Public Cible</w:t>
      </w:r>
      <w:r>
        <w:t xml:space="preserve"> : Femmes motivées à créer ou développer une entreprise.</w:t>
      </w:r>
    </w:p>
    <w:p w:rsidR="00451DA7" w:rsidRDefault="00823239" w:rsidP="00823239">
      <w:pPr>
        <w:spacing w:line="480" w:lineRule="auto"/>
      </w:pPr>
      <w:r>
        <w:t>Verset Pri</w:t>
      </w:r>
      <w:r>
        <w:t>ncipal : « Confie à l’Éternel tes œuvres, et tes projets réussiront. » — Proverbes 16:3</w:t>
      </w:r>
      <w:r>
        <w:br/>
      </w:r>
    </w:p>
    <w:p w:rsidR="00451DA7" w:rsidRDefault="00823239" w:rsidP="00823239">
      <w:pPr>
        <w:spacing w:line="480" w:lineRule="auto"/>
      </w:pPr>
      <w:r w:rsidRPr="00823239">
        <w:rPr>
          <w:b/>
        </w:rPr>
        <w:t>Structure du Programme</w:t>
      </w:r>
      <w:r>
        <w:t xml:space="preserve"> : Le programme se déroule sur 12 semaines, avec des cours théoriques, des exercices pratiques, des études de cas, et des discussions interactive</w:t>
      </w:r>
      <w:r>
        <w:t>s pour appliquer les enseignements dans des projets concrets.</w:t>
      </w:r>
      <w:r>
        <w:br/>
      </w:r>
    </w:p>
    <w:p w:rsidR="00451DA7" w:rsidRDefault="00823239" w:rsidP="00823239">
      <w:pPr>
        <w:spacing w:line="480" w:lineRule="auto"/>
      </w:pPr>
      <w:r w:rsidRPr="00823239">
        <w:rPr>
          <w:b/>
        </w:rPr>
        <w:t>Encouragement</w:t>
      </w:r>
      <w:r>
        <w:t xml:space="preserve"> : Ce parcours est conçu pour vous aider à passer de l'idée à l'action avec foi et confiance, en suivant les directives divines pour réussir dans l'entrepreneuriat. Chaque étape es</w:t>
      </w:r>
      <w:r>
        <w:t>t enrichie de versets bibliques pour nourrir votre esprit et éclairer votre chemin.</w:t>
      </w:r>
      <w:r>
        <w:br/>
      </w:r>
    </w:p>
    <w:p w:rsidR="00823239" w:rsidRDefault="00823239" w:rsidP="00823239">
      <w:pPr>
        <w:spacing w:line="480" w:lineRule="auto"/>
      </w:pPr>
    </w:p>
    <w:p w:rsidR="00823239" w:rsidRDefault="00823239" w:rsidP="00823239">
      <w:pPr>
        <w:spacing w:line="480" w:lineRule="auto"/>
      </w:pPr>
    </w:p>
    <w:p w:rsidR="00823239" w:rsidRDefault="00823239"/>
    <w:p w:rsidR="00823239" w:rsidRDefault="00823239"/>
    <w:p w:rsidR="00823239" w:rsidRDefault="00823239"/>
    <w:p w:rsidR="00451DA7" w:rsidRDefault="00823239">
      <w:pPr>
        <w:pStyle w:val="Heading2"/>
      </w:pPr>
      <w:bookmarkStart w:id="0" w:name="_GoBack"/>
      <w:bookmarkEnd w:id="0"/>
      <w:r>
        <w:t>Semaine 1 : Découvrir son potentiel entrepreneurial</w:t>
      </w:r>
    </w:p>
    <w:p w:rsidR="00451DA7" w:rsidRDefault="00823239">
      <w:r>
        <w:t>Enseignement : Identifier ses talents et passions.</w:t>
      </w:r>
    </w:p>
    <w:p w:rsidR="00451DA7" w:rsidRDefault="00823239">
      <w:r>
        <w:t>Verset : « Chacun a reçu un don particulier de Dieu, l'un d'une mani</w:t>
      </w:r>
      <w:r>
        <w:t>ère, l'autre d'une autre. » — 1 Corinthiens 7:7</w:t>
      </w:r>
    </w:p>
    <w:p w:rsidR="00451DA7" w:rsidRDefault="00823239">
      <w:r>
        <w:t>Exercice :</w:t>
      </w:r>
      <w:r>
        <w:br/>
        <w:t>Quiz : Citez trois talents ou passions que vous possédez et donnez un exemple où vous les avez utilisés avec succès.</w:t>
      </w:r>
      <w:r>
        <w:br/>
        <w:t>Devoir d'application : Rédigez un paragraphe expliquant comment vos talents peuv</w:t>
      </w:r>
      <w:r>
        <w:t>ent être transformés en une idée d'entreprise.</w:t>
      </w:r>
    </w:p>
    <w:p w:rsidR="00451DA7" w:rsidRDefault="00823239">
      <w:pPr>
        <w:pStyle w:val="Heading2"/>
      </w:pPr>
      <w:r>
        <w:t>Semaine 2 : Élaboration de l'idée d'entreprise</w:t>
      </w:r>
    </w:p>
    <w:p w:rsidR="00451DA7" w:rsidRDefault="00823239">
      <w:r>
        <w:t>Enseignement : Trouver une niche et analyser les besoins du marché.</w:t>
      </w:r>
    </w:p>
    <w:p w:rsidR="00451DA7" w:rsidRDefault="00823239">
      <w:r>
        <w:lastRenderedPageBreak/>
        <w:t>Verset : « Le cœur de l’homme médite sa voie, mais l’Éternel dirige ses pas. » — Proverbes 16:</w:t>
      </w:r>
      <w:r>
        <w:t>9</w:t>
      </w:r>
    </w:p>
    <w:p w:rsidR="00451DA7" w:rsidRDefault="00823239">
      <w:r>
        <w:t>Exercice :</w:t>
      </w:r>
      <w:r>
        <w:br/>
        <w:t>Étude de cas : Analysez l'histoire d'une entreprise locale qui a bien répondu aux besoins de son marché. Identifiez ce qui a contribué à son succès.</w:t>
      </w:r>
      <w:r>
        <w:br/>
        <w:t>Devoir d'application : Identifiez un problème dans votre communauté et proposez une solution s</w:t>
      </w:r>
      <w:r>
        <w:t>ous forme de service ou produit.</w:t>
      </w:r>
    </w:p>
    <w:p w:rsidR="00451DA7" w:rsidRDefault="00823239">
      <w:pPr>
        <w:pStyle w:val="Heading2"/>
      </w:pPr>
      <w:r>
        <w:t>Semaine 3 : Vision et objectifs</w:t>
      </w:r>
    </w:p>
    <w:p w:rsidR="00451DA7" w:rsidRDefault="00823239">
      <w:r>
        <w:t>Enseignement : Définir une vision claire et des objectifs SMART.</w:t>
      </w:r>
    </w:p>
    <w:p w:rsidR="00451DA7" w:rsidRDefault="00823239">
      <w:r>
        <w:t>Verset : « Écris la vision, grave-la sur des tables, afin qu'on la lise couramment. » — Habacuc 2:2</w:t>
      </w:r>
    </w:p>
    <w:p w:rsidR="00451DA7" w:rsidRDefault="00823239">
      <w:r>
        <w:t>Exercice :</w:t>
      </w:r>
      <w:r>
        <w:br/>
        <w:t>Quiz : Quels so</w:t>
      </w:r>
      <w:r>
        <w:t>nt les 5 critères d'un objectif SMART ? Donnez un exemple d'objectif SMART.</w:t>
      </w:r>
      <w:r>
        <w:br/>
        <w:t>Devoir d'application : Rédigez votre vision d'entreprise en 3 phrases et définissez trois objectifs SMART pour atteindre cette vision.</w:t>
      </w:r>
    </w:p>
    <w:p w:rsidR="00451DA7" w:rsidRDefault="00823239">
      <w:pPr>
        <w:pStyle w:val="Heading2"/>
      </w:pPr>
      <w:r>
        <w:t>Semaine 4 : Planification stratégique</w:t>
      </w:r>
    </w:p>
    <w:p w:rsidR="00451DA7" w:rsidRDefault="00823239">
      <w:r>
        <w:t>Enseign</w:t>
      </w:r>
      <w:r>
        <w:t>ement : Introduction au business plan simplifié.</w:t>
      </w:r>
    </w:p>
    <w:p w:rsidR="00451DA7" w:rsidRDefault="00823239">
      <w:r>
        <w:t>Verset : « Si quelqu'un veut bâtir une tour, ne s'assied-il pas d'abord pour calculer la dépense ? » — Luc 14:28</w:t>
      </w:r>
    </w:p>
    <w:p w:rsidR="00451DA7" w:rsidRDefault="00823239">
      <w:r>
        <w:t>Exercice :</w:t>
      </w:r>
      <w:r>
        <w:br/>
        <w:t>Étude de cas : Étudiez un exemple de business plan simplifié et identifiez ses poin</w:t>
      </w:r>
      <w:r>
        <w:t>ts forts et ses faiblesses.</w:t>
      </w:r>
      <w:r>
        <w:br/>
        <w:t>Devoir d'application : Complétez un modèle de business plan d'une page pour votre idée d'entreprise.</w:t>
      </w:r>
    </w:p>
    <w:p w:rsidR="00451DA7" w:rsidRDefault="00823239">
      <w:pPr>
        <w:pStyle w:val="Heading2"/>
      </w:pPr>
      <w:r>
        <w:t>Semaine 5 : Les bases juridiques et administratives</w:t>
      </w:r>
    </w:p>
    <w:p w:rsidR="00451DA7" w:rsidRDefault="00823239">
      <w:r>
        <w:t>Enseignement : Enregistrement et structure légale.</w:t>
      </w:r>
    </w:p>
    <w:p w:rsidR="00451DA7" w:rsidRDefault="00823239">
      <w:r>
        <w:t>Verset : « Que tout se f</w:t>
      </w:r>
      <w:r>
        <w:t>asse avec bienséance et avec ordre. » — 1 Corinthiens 14:40</w:t>
      </w:r>
    </w:p>
    <w:p w:rsidR="00451DA7" w:rsidRDefault="00823239">
      <w:r>
        <w:t>Exercice :</w:t>
      </w:r>
      <w:r>
        <w:br/>
        <w:t>Quiz : Quels sont les types de structures légales d'une entreprise ? Donnez un exemple pour chacune.</w:t>
      </w:r>
      <w:r>
        <w:br/>
        <w:t xml:space="preserve">Devoir d'application : Recherchez les formalités d'enregistrement d'une entreprise </w:t>
      </w:r>
      <w:r>
        <w:t>dans votre pays et préparez une liste des étapes à suivre.</w:t>
      </w:r>
    </w:p>
    <w:p w:rsidR="00451DA7" w:rsidRDefault="00823239">
      <w:pPr>
        <w:pStyle w:val="Heading2"/>
      </w:pPr>
      <w:r>
        <w:t>Semaine 6 : Gestion financière simplifiée</w:t>
      </w:r>
    </w:p>
    <w:p w:rsidR="00451DA7" w:rsidRDefault="00823239">
      <w:r>
        <w:t>Enseignement : Budget, sources de financement et gestion des dépenses.</w:t>
      </w:r>
    </w:p>
    <w:p w:rsidR="00451DA7" w:rsidRDefault="00823239">
      <w:r>
        <w:lastRenderedPageBreak/>
        <w:t>Verset : « Le bon sens de l'homme lui fait éviter les excès, et celui qui garde la s</w:t>
      </w:r>
      <w:r>
        <w:t>agesse demeure dans le droit chemin. » — Proverbes 17:27</w:t>
      </w:r>
    </w:p>
    <w:p w:rsidR="00451DA7" w:rsidRDefault="00823239">
      <w:r>
        <w:t>Exercice :</w:t>
      </w:r>
      <w:r>
        <w:br/>
        <w:t>Étude de cas : Analysez le budget d'une petite entreprise et identifiez les points d'amélioration.</w:t>
      </w:r>
      <w:r>
        <w:br/>
        <w:t>Devoir d'application : Créez un budget prévisionnel mensuel pour votre projet d'entrepris</w:t>
      </w:r>
      <w:r>
        <w:t>e.</w:t>
      </w:r>
    </w:p>
    <w:p w:rsidR="00451DA7" w:rsidRDefault="00823239">
      <w:pPr>
        <w:pStyle w:val="Heading2"/>
      </w:pPr>
      <w:r>
        <w:t>Semaine 7 : Marketing de base</w:t>
      </w:r>
    </w:p>
    <w:p w:rsidR="00451DA7" w:rsidRDefault="00823239">
      <w:r>
        <w:t>Enseignement : Ciblage des clients, création de contenu, réseaux sociaux.</w:t>
      </w:r>
    </w:p>
    <w:p w:rsidR="00451DA7" w:rsidRDefault="00823239">
      <w:r>
        <w:t>Verset : « Vous êtes la lumière du monde... que votre lumière brille devant les hommes. » — Matthieu 5:14-16</w:t>
      </w:r>
    </w:p>
    <w:p w:rsidR="00451DA7" w:rsidRDefault="00823239">
      <w:r>
        <w:t>Exercice :</w:t>
      </w:r>
      <w:r>
        <w:br/>
        <w:t>Quiz : Quelle est la différen</w:t>
      </w:r>
      <w:r>
        <w:t>ce entre marketing de contenu et publicité ? Donnez un exemple de contenu engageant.</w:t>
      </w:r>
      <w:r>
        <w:br/>
        <w:t>Devoir d'application : Créez une publication pour les réseaux sociaux mettant en avant votre produit ou service.</w:t>
      </w:r>
    </w:p>
    <w:p w:rsidR="00451DA7" w:rsidRDefault="00823239">
      <w:pPr>
        <w:pStyle w:val="Heading2"/>
      </w:pPr>
      <w:r>
        <w:t>Semaine 8 : Fidélisation des premiers clients</w:t>
      </w:r>
    </w:p>
    <w:p w:rsidR="00451DA7" w:rsidRDefault="00823239">
      <w:r>
        <w:t>Enseignement</w:t>
      </w:r>
      <w:r>
        <w:t xml:space="preserve"> : Service client et satisfaction.</w:t>
      </w:r>
    </w:p>
    <w:p w:rsidR="00451DA7" w:rsidRDefault="00823239">
      <w:r>
        <w:t>Verset : « Tout ce que vous voulez que les hommes fassent pour vous, faites-le de même pour eux. » — Matthieu 7:12</w:t>
      </w:r>
    </w:p>
    <w:p w:rsidR="00451DA7" w:rsidRDefault="00823239">
      <w:r>
        <w:t>Exercice :</w:t>
      </w:r>
      <w:r>
        <w:br/>
        <w:t>Étude de cas : Analysez une expérience client positive que vous avez vécue et identifiez les le</w:t>
      </w:r>
      <w:r>
        <w:t>çons à appliquer dans votre entreprise.</w:t>
      </w:r>
      <w:r>
        <w:br/>
        <w:t>Devoir d'application : Rédigez une procédure de service client pour garantir une expérience exceptionnelle.</w:t>
      </w:r>
    </w:p>
    <w:p w:rsidR="00451DA7" w:rsidRDefault="00823239">
      <w:pPr>
        <w:pStyle w:val="Heading2"/>
      </w:pPr>
      <w:r>
        <w:t>Semaine 9 : Diversification des revenus</w:t>
      </w:r>
    </w:p>
    <w:p w:rsidR="00451DA7" w:rsidRDefault="00823239">
      <w:r>
        <w:t>Enseignement : Identifier des sources d'extension.</w:t>
      </w:r>
    </w:p>
    <w:p w:rsidR="00451DA7" w:rsidRDefault="00823239">
      <w:r>
        <w:t>Verset : « Répart</w:t>
      </w:r>
      <w:r>
        <w:t>is ton bien entre sept, et même entre huit, car tu ne sais pas quel malheur peut arriver sur la terre. » — Ecclésiaste 11:2</w:t>
      </w:r>
    </w:p>
    <w:p w:rsidR="00451DA7" w:rsidRDefault="00823239">
      <w:r>
        <w:t>Exercice :</w:t>
      </w:r>
      <w:r>
        <w:br/>
        <w:t>Quiz : Donnez deux exemples de diversification des revenus pour une entreprise de services.</w:t>
      </w:r>
      <w:r>
        <w:br/>
        <w:t>Devoir d'application : Propos</w:t>
      </w:r>
      <w:r>
        <w:t>ez une idée complémentaire pour diversifier les revenus de votre projet.</w:t>
      </w:r>
    </w:p>
    <w:p w:rsidR="00451DA7" w:rsidRDefault="00823239">
      <w:pPr>
        <w:pStyle w:val="Heading2"/>
      </w:pPr>
      <w:r>
        <w:t>Semaine 10 : Gestion du temps et des priorités</w:t>
      </w:r>
    </w:p>
    <w:p w:rsidR="00451DA7" w:rsidRDefault="00823239">
      <w:r>
        <w:t>Enseignement : Équilibrer vie personnelle et business.</w:t>
      </w:r>
    </w:p>
    <w:p w:rsidR="00451DA7" w:rsidRDefault="00823239">
      <w:r>
        <w:lastRenderedPageBreak/>
        <w:t>Verset : « Apprends-nous à bien compter nos jours, afin que nous appliquions notr</w:t>
      </w:r>
      <w:r>
        <w:t>e cœur à la sagesse. » — Psaume 90:12</w:t>
      </w:r>
    </w:p>
    <w:p w:rsidR="00451DA7" w:rsidRDefault="00823239">
      <w:r>
        <w:t>Exercice :</w:t>
      </w:r>
      <w:r>
        <w:br/>
        <w:t>Étude de cas : Analysez la journée type d'un entrepreneur prospère et identifiez ses meilleures pratiques.</w:t>
      </w:r>
      <w:r>
        <w:br/>
        <w:t xml:space="preserve">Devoir d'application : Créez un emploi du temps hebdomadaire avec des plages horaires dédiées à vos </w:t>
      </w:r>
      <w:r>
        <w:t>priorités.</w:t>
      </w:r>
    </w:p>
    <w:p w:rsidR="00451DA7" w:rsidRDefault="00823239">
      <w:pPr>
        <w:pStyle w:val="Heading2"/>
      </w:pPr>
      <w:r>
        <w:t>Semaine 11 : Affronter les défis</w:t>
      </w:r>
    </w:p>
    <w:p w:rsidR="00451DA7" w:rsidRDefault="00823239">
      <w:r>
        <w:t>Enseignement : Comment surmonter les obstacles et rester motivée.</w:t>
      </w:r>
    </w:p>
    <w:p w:rsidR="00451DA7" w:rsidRDefault="00823239">
      <w:r>
        <w:t>Verset : « Je puis tout par celui qui me fortifie. » — Philippiens 4:13</w:t>
      </w:r>
    </w:p>
    <w:p w:rsidR="00451DA7" w:rsidRDefault="00823239">
      <w:r>
        <w:t>Exercice :</w:t>
      </w:r>
      <w:r>
        <w:br/>
        <w:t>Quiz : Citez trois défis courants des entrepreneurs et proposez</w:t>
      </w:r>
      <w:r>
        <w:t xml:space="preserve"> une solution pour chacun.</w:t>
      </w:r>
      <w:r>
        <w:br/>
        <w:t>Devoir d'application : Rédigez un plan de gestion des imprévus avec trois actions clés pour rester résiliente face aux défis.</w:t>
      </w:r>
    </w:p>
    <w:p w:rsidR="00451DA7" w:rsidRDefault="00823239">
      <w:pPr>
        <w:pStyle w:val="Heading2"/>
      </w:pPr>
      <w:r>
        <w:t>Semaine 12 : Présentation des projets</w:t>
      </w:r>
    </w:p>
    <w:p w:rsidR="00451DA7" w:rsidRDefault="00823239">
      <w:r>
        <w:t>Enseignement : Chaque participante présente son projet pour un fe</w:t>
      </w:r>
      <w:r>
        <w:t>edback collectif.</w:t>
      </w:r>
    </w:p>
    <w:p w:rsidR="00451DA7" w:rsidRDefault="00823239">
      <w:r>
        <w:t>Verset : « Les projets réussissent quand on tient compte des conseils. » — Proverbes 15:22</w:t>
      </w:r>
    </w:p>
    <w:p w:rsidR="00451DA7" w:rsidRDefault="00823239">
      <w:r>
        <w:t>Exercice :</w:t>
      </w:r>
      <w:r>
        <w:br/>
        <w:t>Étude de cas : Analyse des projets des participantes (feedback).</w:t>
      </w:r>
      <w:r>
        <w:br/>
        <w:t>Devoir d'application : Préparez un diaporama de 5 minutes pour présente</w:t>
      </w:r>
      <w:r>
        <w:t>r votre projet et expliquez votre stratégie.</w:t>
      </w:r>
    </w:p>
    <w:sectPr w:rsidR="00451DA7" w:rsidSect="00034616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3239" w:rsidRDefault="00823239" w:rsidP="00823239">
      <w:pPr>
        <w:spacing w:after="0" w:line="240" w:lineRule="auto"/>
      </w:pPr>
      <w:r>
        <w:separator/>
      </w:r>
    </w:p>
  </w:endnote>
  <w:endnote w:type="continuationSeparator" w:id="0">
    <w:p w:rsidR="00823239" w:rsidRDefault="00823239" w:rsidP="008232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239" w:rsidRDefault="00823239">
    <w:pPr>
      <w:pStyle w:val="Footer"/>
    </w:pPr>
    <w:r>
      <w:t>VIP Business Academy</w:t>
    </w:r>
    <w:r>
      <w:ptab w:relativeTo="margin" w:alignment="center" w:leader="none"/>
    </w:r>
    <w:r>
      <w:t>Success Coaching</w:t>
    </w:r>
    <w:r>
      <w:ptab w:relativeTo="margin" w:alignment="right" w:leader="none"/>
    </w:r>
    <w:r>
      <w:t xml:space="preserve">WWK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3239" w:rsidRDefault="00823239" w:rsidP="00823239">
      <w:pPr>
        <w:spacing w:after="0" w:line="240" w:lineRule="auto"/>
      </w:pPr>
      <w:r>
        <w:separator/>
      </w:r>
    </w:p>
  </w:footnote>
  <w:footnote w:type="continuationSeparator" w:id="0">
    <w:p w:rsidR="00823239" w:rsidRDefault="00823239" w:rsidP="008232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8096045"/>
      <w:docPartObj>
        <w:docPartGallery w:val="Page Numbers (Top of Page)"/>
        <w:docPartUnique/>
      </w:docPartObj>
    </w:sdtPr>
    <w:sdtEndPr>
      <w:rPr>
        <w:noProof/>
      </w:rPr>
    </w:sdtEndPr>
    <w:sdtContent>
      <w:p w:rsidR="00823239" w:rsidRDefault="00823239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23239" w:rsidRDefault="008232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37933F2"/>
    <w:multiLevelType w:val="hybridMultilevel"/>
    <w:tmpl w:val="016CFD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933D99"/>
    <w:multiLevelType w:val="hybridMultilevel"/>
    <w:tmpl w:val="B4A0D34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FB43EE6"/>
    <w:multiLevelType w:val="hybridMultilevel"/>
    <w:tmpl w:val="782245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1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30"/>
    <w:rsid w:val="00034616"/>
    <w:rsid w:val="0006063C"/>
    <w:rsid w:val="0015074B"/>
    <w:rsid w:val="0029639D"/>
    <w:rsid w:val="002C5C82"/>
    <w:rsid w:val="00326F90"/>
    <w:rsid w:val="00451DA7"/>
    <w:rsid w:val="00823239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18E6186"/>
  <w14:defaultImageDpi w14:val="300"/>
  <w15:docId w15:val="{EE36389E-A6B9-4E25-BA9C-9E69ED73C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38A"/>
    <w:rsid w:val="0038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DB69C7B21574874838FF11039A8FFE9">
    <w:name w:val="BDB69C7B21574874838FF11039A8FFE9"/>
    <w:rsid w:val="0038738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85A9787-0A1E-4D6B-BBE4-6D89412C6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970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6487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E1 Nursing</cp:lastModifiedBy>
  <cp:revision>2</cp:revision>
  <dcterms:created xsi:type="dcterms:W3CDTF">2025-01-09T10:53:00Z</dcterms:created>
  <dcterms:modified xsi:type="dcterms:W3CDTF">2025-01-09T10:53:00Z</dcterms:modified>
  <cp:category/>
</cp:coreProperties>
</file>