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Heading1"/>
      </w:pPr>
      <w:r>
        <w:t>Practical Phase</w:t>
      </w:r>
    </w:p>
    <w:p>
      <w:pPr>
        <w:pStyle w:val="Heading2"/>
      </w:pPr>
      <w:r>
        <w:t>📌 PRACTICAL EXERCISES TO APPLY THE TRAINING</w:t>
      </w:r>
    </w:p>
    <w:p>
      <w:r>
        <w:t>✅ Objective: Immediately put into practice what you have learned to quickly start your business.</w:t>
      </w:r>
    </w:p>
    <w:p>
      <w:pPr>
        <w:pStyle w:val="Heading3"/>
      </w:pPr>
      <w:r>
        <w:t>🔹 EXERCISE 1: CHOOSE YOUR PRODUCT</w:t>
      </w:r>
    </w:p>
    <w:p>
      <w:r>
        <w:t>✔ List three products or services you would like to sell online.</w:t>
      </w:r>
    </w:p>
    <w:p>
      <w:r>
        <w:t>✔ Search on Facebook to see if they are popular.</w:t>
      </w:r>
    </w:p>
    <w:p>
      <w:r>
        <w:t>✔ Choose the product with the highest demand.</w:t>
      </w:r>
    </w:p>
    <w:p>
      <w:pPr>
        <w:pStyle w:val="Heading3"/>
      </w:pPr>
      <w:r>
        <w:t>🔹 EXERCISE 2: CREATE YOUR FACEBOOK PAGE</w:t>
      </w:r>
    </w:p>
    <w:p>
      <w:r>
        <w:t>✔ Go to Facebook and create a professional page.</w:t>
      </w:r>
    </w:p>
    <w:p>
      <w:r>
        <w:t>✔ Add a clear and attractive name.</w:t>
      </w:r>
    </w:p>
    <w:p>
      <w:r>
        <w:t>✔ Upload a nice profile picture and cover photo.</w:t>
      </w:r>
    </w:p>
    <w:p>
      <w:r>
        <w:t>✔ Fill in the contact information and description.</w:t>
      </w:r>
    </w:p>
    <w:p>
      <w:pPr>
        <w:pStyle w:val="Heading3"/>
      </w:pPr>
      <w:r>
        <w:t>🔹 EXERCISE 3: POST YOUR FIRST PRODUCT</w:t>
      </w:r>
    </w:p>
    <w:p>
      <w:r>
        <w:t>✔ Take three high-quality photos of your product from different angles.</w:t>
      </w:r>
    </w:p>
    <w:p>
      <w:r>
        <w:t>✔ Write an engaging description explaining why it is useful.</w:t>
      </w:r>
    </w:p>
    <w:p>
      <w:r>
        <w:t>✔ Post on your Facebook page and share in three sales groups.</w:t>
      </w:r>
    </w:p>
    <w:p>
      <w:pPr>
        <w:pStyle w:val="Heading3"/>
      </w:pPr>
      <w:r>
        <w:t>🔹 EXERCISE 4: FIND YOUR FIRST 5 CUSTOMERS</w:t>
      </w:r>
    </w:p>
    <w:p>
      <w:r>
        <w:t>✔ Share your product on your WhatsApp status.</w:t>
      </w:r>
    </w:p>
    <w:p>
      <w:r>
        <w:t>✔ Send a private message to 10 friends to introduce your product.</w:t>
      </w:r>
    </w:p>
    <w:p>
      <w:r>
        <w:t>✔ Offer a discount for the first orders.</w:t>
      </w:r>
    </w:p>
    <w:p>
      <w:pPr>
        <w:pStyle w:val="Heading3"/>
      </w:pPr>
      <w:r>
        <w:t>🔹 EXERCISE 5: PLAN YOUR FACEBOOK POSTS FOR 7 DAYS</w:t>
      </w:r>
    </w:p>
    <w:p>
      <w:r>
        <w:t>✔ Day 1: Introduce your first product.</w:t>
      </w:r>
    </w:p>
    <w:p>
      <w:r>
        <w:t>✔ Day 2: Post a customer testimonial or a tip related to your product.</w:t>
      </w:r>
    </w:p>
    <w:p>
      <w:r>
        <w:t>✔ Day 3: Make a video showing your product in action.</w:t>
      </w:r>
    </w:p>
    <w:p>
      <w:r>
        <w:t>✔ Day 4: Create a special offer or promotion.</w:t>
      </w:r>
    </w:p>
    <w:p>
      <w:r>
        <w:t>✔ Day 5: Ask a question to engage customers (e.g., "Which color do you prefer?").</w:t>
      </w:r>
    </w:p>
    <w:p>
      <w:r>
        <w:t>✔ Day 6: Share a tip or advice related to your product.</w:t>
      </w:r>
    </w:p>
    <w:p>
      <w:r>
        <w:t>✔ Day 7: Recap available offers and make a flash promotion.</w:t>
      </w:r>
    </w:p>
    <w:p>
      <w:pPr>
        <w:pStyle w:val="Heading2"/>
      </w:pPr>
      <w:r>
        <w:t>📢 JOIN THE INCOME B BOOSTERS COMMUNITY!</w:t>
      </w:r>
    </w:p>
    <w:p>
      <w:r>
        <w:t>Do you want support to sell better online? Join our community!</w:t>
      </w:r>
    </w:p>
    <w:p>
      <w:r>
        <w:t>📞 WhatsApp: +267 597 5011</w:t>
      </w:r>
    </w:p>
    <w:p>
      <w:r>
        <w:t>📩 Email: contact@incomebboosters</w:t>
      </w:r>
    </w:p>
    <w:p>
      <w:r>
        <w:t>🌍 Facebook / Instagram Page: Income B Boosters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